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4698FC" w14:textId="77777777" w:rsidR="00000B84" w:rsidRDefault="00000000">
      <w:pPr>
        <w:pStyle w:val="Title"/>
      </w:pPr>
      <w:r>
        <w:t>Relatório do trabalho</w:t>
      </w:r>
      <w:r>
        <w:br/>
        <w:t>Preenchimento dos Termos de Bolsa</w:t>
      </w:r>
    </w:p>
    <w:p w14:paraId="4067DE27" w14:textId="5F6F6065" w:rsidR="00000B84" w:rsidRDefault="00000000">
      <w:pPr>
        <w:pStyle w:val="Subtitle"/>
      </w:pPr>
      <w:r>
        <w:t>Concluído e verificado em 3 de Setembro de 2026</w:t>
      </w:r>
    </w:p>
    <w:p w14:paraId="6BC25981" w14:textId="77777777" w:rsidR="00000B84" w:rsidRDefault="00000000" w:rsidP="00AF4CD1">
      <w:pPr>
        <w:jc w:val="both"/>
      </w:pPr>
      <w:r>
        <w:t>Foram produzidos 7 792 documentos PowerPoint editáveis a partir das duas folhas do Excel. Cada documento contém as duas páginas do modelo, num total de 15 584 páginas. Foram preservados os tipos de letra, os tamanhos, as cores, o estilo, a disposição e os elementos gráficos do modelo.</w:t>
      </w:r>
    </w:p>
    <w:p w14:paraId="19F093D1" w14:textId="77777777" w:rsidR="00000B84" w:rsidRDefault="00000000">
      <w:pPr>
        <w:pStyle w:val="Heading1"/>
      </w:pPr>
      <w:r>
        <w:t>Resumo da entrega</w:t>
      </w:r>
    </w:p>
    <w:tbl>
      <w:tblPr>
        <w:tblW w:w="10146" w:type="dxa"/>
        <w:tblInd w:w="120" w:type="dxa"/>
        <w:tblBorders>
          <w:top w:val="single" w:sz="4" w:space="0" w:color="D5DFDA"/>
          <w:left w:val="single" w:sz="4" w:space="0" w:color="D5DFDA"/>
          <w:bottom w:val="single" w:sz="4" w:space="0" w:color="D5DFDA"/>
          <w:right w:val="single" w:sz="4" w:space="0" w:color="D5DFDA"/>
          <w:insideH w:val="single" w:sz="4" w:space="0" w:color="D5DFDA"/>
          <w:insideV w:val="single" w:sz="4" w:space="0" w:color="D5DFDA"/>
        </w:tblBorders>
        <w:tblLayout w:type="fixed"/>
        <w:tblCellMar>
          <w:top w:w="100" w:type="dxa"/>
          <w:left w:w="120" w:type="dxa"/>
          <w:bottom w:w="100" w:type="dxa"/>
          <w:right w:w="120" w:type="dxa"/>
        </w:tblCellMar>
        <w:tblLook w:val="04A0" w:firstRow="1" w:lastRow="0" w:firstColumn="1" w:lastColumn="0" w:noHBand="0" w:noVBand="1"/>
      </w:tblPr>
      <w:tblGrid>
        <w:gridCol w:w="4236"/>
        <w:gridCol w:w="1970"/>
        <w:gridCol w:w="1970"/>
        <w:gridCol w:w="1970"/>
      </w:tblGrid>
      <w:tr w:rsidR="00000B84" w14:paraId="1539F245" w14:textId="77777777">
        <w:trPr>
          <w:cantSplit/>
          <w:tblHeader/>
        </w:trPr>
        <w:tc>
          <w:tcPr>
            <w:tcW w:w="4236" w:type="dxa"/>
            <w:shd w:val="clear" w:color="auto" w:fill="28715D"/>
          </w:tcPr>
          <w:p w14:paraId="3D636668" w14:textId="77777777" w:rsidR="00000B84" w:rsidRDefault="00000000">
            <w:pPr>
              <w:pStyle w:val="TableHeader"/>
            </w:pPr>
            <w:r>
              <w:t>Indicador</w:t>
            </w:r>
          </w:p>
        </w:tc>
        <w:tc>
          <w:tcPr>
            <w:tcW w:w="1970" w:type="dxa"/>
            <w:shd w:val="clear" w:color="auto" w:fill="28715D"/>
          </w:tcPr>
          <w:p w14:paraId="295C8770" w14:textId="77777777" w:rsidR="00000B84" w:rsidRDefault="00000000">
            <w:pPr>
              <w:pStyle w:val="TableHeader"/>
            </w:pPr>
            <w:r>
              <w:t>1.Apurados_F</w:t>
            </w:r>
          </w:p>
        </w:tc>
        <w:tc>
          <w:tcPr>
            <w:tcW w:w="1970" w:type="dxa"/>
            <w:shd w:val="clear" w:color="auto" w:fill="28715D"/>
          </w:tcPr>
          <w:p w14:paraId="5DC49D7E" w14:textId="77777777" w:rsidR="00000B84" w:rsidRDefault="00000000">
            <w:pPr>
              <w:pStyle w:val="TableHeader"/>
            </w:pPr>
            <w:r>
              <w:t>2.Apurados_M</w:t>
            </w:r>
          </w:p>
        </w:tc>
        <w:tc>
          <w:tcPr>
            <w:tcW w:w="1970" w:type="dxa"/>
            <w:shd w:val="clear" w:color="auto" w:fill="28715D"/>
          </w:tcPr>
          <w:p w14:paraId="5ADAC164" w14:textId="77777777" w:rsidR="00000B84" w:rsidRDefault="00000000">
            <w:pPr>
              <w:pStyle w:val="TableHeader"/>
            </w:pPr>
            <w:r>
              <w:t>Total</w:t>
            </w:r>
          </w:p>
        </w:tc>
      </w:tr>
      <w:tr w:rsidR="00000B84" w14:paraId="4E4AEED3" w14:textId="77777777">
        <w:trPr>
          <w:cantSplit/>
        </w:trPr>
        <w:tc>
          <w:tcPr>
            <w:tcW w:w="4236" w:type="dxa"/>
            <w:shd w:val="clear" w:color="auto" w:fill="FFFFFF"/>
          </w:tcPr>
          <w:p w14:paraId="6B100BD8" w14:textId="77777777" w:rsidR="00000B84" w:rsidRDefault="00000000">
            <w:pPr>
              <w:pStyle w:val="TableText"/>
            </w:pPr>
            <w:r>
              <w:t>Documentos PPTX</w:t>
            </w:r>
          </w:p>
        </w:tc>
        <w:tc>
          <w:tcPr>
            <w:tcW w:w="1970" w:type="dxa"/>
            <w:shd w:val="clear" w:color="auto" w:fill="FFFFFF"/>
          </w:tcPr>
          <w:p w14:paraId="61A341F2" w14:textId="77777777" w:rsidR="00000B84" w:rsidRDefault="00000000">
            <w:pPr>
              <w:pStyle w:val="TableText"/>
            </w:pPr>
            <w:r>
              <w:t>5 773</w:t>
            </w:r>
          </w:p>
        </w:tc>
        <w:tc>
          <w:tcPr>
            <w:tcW w:w="1970" w:type="dxa"/>
            <w:shd w:val="clear" w:color="auto" w:fill="FFFFFF"/>
          </w:tcPr>
          <w:p w14:paraId="4F25D115" w14:textId="77777777" w:rsidR="00000B84" w:rsidRDefault="00000000">
            <w:pPr>
              <w:pStyle w:val="TableText"/>
            </w:pPr>
            <w:r>
              <w:t>2 019</w:t>
            </w:r>
          </w:p>
        </w:tc>
        <w:tc>
          <w:tcPr>
            <w:tcW w:w="1970" w:type="dxa"/>
            <w:shd w:val="clear" w:color="auto" w:fill="FFFFFF"/>
          </w:tcPr>
          <w:p w14:paraId="78D2E93E" w14:textId="77777777" w:rsidR="00000B84" w:rsidRDefault="00000000">
            <w:pPr>
              <w:pStyle w:val="TableText"/>
            </w:pPr>
            <w:r>
              <w:t>7 792</w:t>
            </w:r>
          </w:p>
        </w:tc>
      </w:tr>
      <w:tr w:rsidR="00000B84" w14:paraId="2D0D10A4" w14:textId="77777777">
        <w:trPr>
          <w:cantSplit/>
        </w:trPr>
        <w:tc>
          <w:tcPr>
            <w:tcW w:w="4236" w:type="dxa"/>
            <w:shd w:val="clear" w:color="auto" w:fill="F0F5F2"/>
          </w:tcPr>
          <w:p w14:paraId="2BB905DF" w14:textId="77777777" w:rsidR="00000B84" w:rsidRDefault="00000000">
            <w:pPr>
              <w:pStyle w:val="TableText"/>
            </w:pPr>
            <w:r>
              <w:t>Nomes iguais aos do Excel*</w:t>
            </w:r>
          </w:p>
        </w:tc>
        <w:tc>
          <w:tcPr>
            <w:tcW w:w="1970" w:type="dxa"/>
            <w:shd w:val="clear" w:color="auto" w:fill="F0F5F2"/>
          </w:tcPr>
          <w:p w14:paraId="74230118" w14:textId="77777777" w:rsidR="00000B84" w:rsidRDefault="00000000">
            <w:pPr>
              <w:pStyle w:val="TableText"/>
            </w:pPr>
            <w:r>
              <w:t>5 249</w:t>
            </w:r>
          </w:p>
        </w:tc>
        <w:tc>
          <w:tcPr>
            <w:tcW w:w="1970" w:type="dxa"/>
            <w:shd w:val="clear" w:color="auto" w:fill="F0F5F2"/>
          </w:tcPr>
          <w:p w14:paraId="7DEDE1B0" w14:textId="77777777" w:rsidR="00000B84" w:rsidRDefault="00000000">
            <w:pPr>
              <w:pStyle w:val="TableText"/>
            </w:pPr>
            <w:r>
              <w:t>1 881</w:t>
            </w:r>
          </w:p>
        </w:tc>
        <w:tc>
          <w:tcPr>
            <w:tcW w:w="1970" w:type="dxa"/>
            <w:shd w:val="clear" w:color="auto" w:fill="F0F5F2"/>
          </w:tcPr>
          <w:p w14:paraId="29F81367" w14:textId="77777777" w:rsidR="00000B84" w:rsidRDefault="00000000">
            <w:pPr>
              <w:pStyle w:val="TableText"/>
            </w:pPr>
            <w:r>
              <w:t>7 130</w:t>
            </w:r>
          </w:p>
        </w:tc>
      </w:tr>
      <w:tr w:rsidR="00000B84" w14:paraId="78518F67" w14:textId="77777777">
        <w:trPr>
          <w:cantSplit/>
        </w:trPr>
        <w:tc>
          <w:tcPr>
            <w:tcW w:w="4236" w:type="dxa"/>
            <w:shd w:val="clear" w:color="auto" w:fill="FFFFFF"/>
          </w:tcPr>
          <w:p w14:paraId="69441C39" w14:textId="77777777" w:rsidR="00000B84" w:rsidRDefault="00000000">
            <w:pPr>
              <w:pStyle w:val="TableText"/>
            </w:pPr>
            <w:r>
              <w:t>Nomes abreviados por falta de espaço</w:t>
            </w:r>
          </w:p>
        </w:tc>
        <w:tc>
          <w:tcPr>
            <w:tcW w:w="1970" w:type="dxa"/>
            <w:shd w:val="clear" w:color="auto" w:fill="FFFFFF"/>
          </w:tcPr>
          <w:p w14:paraId="74FB9CD5" w14:textId="77777777" w:rsidR="00000B84" w:rsidRDefault="00000000">
            <w:pPr>
              <w:pStyle w:val="TableText"/>
            </w:pPr>
            <w:r>
              <w:t>523</w:t>
            </w:r>
          </w:p>
        </w:tc>
        <w:tc>
          <w:tcPr>
            <w:tcW w:w="1970" w:type="dxa"/>
            <w:shd w:val="clear" w:color="auto" w:fill="FFFFFF"/>
          </w:tcPr>
          <w:p w14:paraId="73BC8752" w14:textId="77777777" w:rsidR="00000B84" w:rsidRDefault="00000000">
            <w:pPr>
              <w:pStyle w:val="TableText"/>
            </w:pPr>
            <w:r>
              <w:t>137</w:t>
            </w:r>
          </w:p>
        </w:tc>
        <w:tc>
          <w:tcPr>
            <w:tcW w:w="1970" w:type="dxa"/>
            <w:shd w:val="clear" w:color="auto" w:fill="FFFFFF"/>
          </w:tcPr>
          <w:p w14:paraId="22A03D04" w14:textId="77777777" w:rsidR="00000B84" w:rsidRDefault="00000000">
            <w:pPr>
              <w:pStyle w:val="TableText"/>
            </w:pPr>
            <w:r>
              <w:t>660</w:t>
            </w:r>
          </w:p>
        </w:tc>
      </w:tr>
      <w:tr w:rsidR="00000B84" w14:paraId="45D4D0D4" w14:textId="77777777">
        <w:trPr>
          <w:cantSplit/>
        </w:trPr>
        <w:tc>
          <w:tcPr>
            <w:tcW w:w="4236" w:type="dxa"/>
            <w:shd w:val="clear" w:color="auto" w:fill="F0F5F2"/>
          </w:tcPr>
          <w:p w14:paraId="6BF75129" w14:textId="77777777" w:rsidR="00000B84" w:rsidRDefault="00000000">
            <w:pPr>
              <w:pStyle w:val="TableText"/>
            </w:pPr>
            <w:r>
              <w:t>Correcção do campo do nome</w:t>
            </w:r>
          </w:p>
        </w:tc>
        <w:tc>
          <w:tcPr>
            <w:tcW w:w="1970" w:type="dxa"/>
            <w:shd w:val="clear" w:color="auto" w:fill="F0F5F2"/>
          </w:tcPr>
          <w:p w14:paraId="09F17DB8" w14:textId="77777777" w:rsidR="00000B84" w:rsidRDefault="00000000">
            <w:pPr>
              <w:pStyle w:val="TableText"/>
            </w:pPr>
            <w:r>
              <w:t>1</w:t>
            </w:r>
          </w:p>
        </w:tc>
        <w:tc>
          <w:tcPr>
            <w:tcW w:w="1970" w:type="dxa"/>
            <w:shd w:val="clear" w:color="auto" w:fill="F0F5F2"/>
          </w:tcPr>
          <w:p w14:paraId="1070BE02" w14:textId="77777777" w:rsidR="00000B84" w:rsidRDefault="00000000">
            <w:pPr>
              <w:pStyle w:val="TableText"/>
            </w:pPr>
            <w:r>
              <w:t>0</w:t>
            </w:r>
          </w:p>
        </w:tc>
        <w:tc>
          <w:tcPr>
            <w:tcW w:w="1970" w:type="dxa"/>
            <w:shd w:val="clear" w:color="auto" w:fill="F0F5F2"/>
          </w:tcPr>
          <w:p w14:paraId="5036151D" w14:textId="77777777" w:rsidR="00000B84" w:rsidRDefault="00000000">
            <w:pPr>
              <w:pStyle w:val="TableText"/>
            </w:pPr>
            <w:r>
              <w:t>1</w:t>
            </w:r>
          </w:p>
        </w:tc>
      </w:tr>
      <w:tr w:rsidR="00000B84" w14:paraId="3C494210" w14:textId="77777777">
        <w:trPr>
          <w:cantSplit/>
        </w:trPr>
        <w:tc>
          <w:tcPr>
            <w:tcW w:w="4236" w:type="dxa"/>
            <w:shd w:val="clear" w:color="auto" w:fill="FFFFFF"/>
          </w:tcPr>
          <w:p w14:paraId="105C1FF2" w14:textId="77777777" w:rsidR="00000B84" w:rsidRDefault="00000000">
            <w:pPr>
              <w:pStyle w:val="TableText"/>
            </w:pPr>
            <w:r>
              <w:t>Conversão de letras decorativas**</w:t>
            </w:r>
          </w:p>
        </w:tc>
        <w:tc>
          <w:tcPr>
            <w:tcW w:w="1970" w:type="dxa"/>
            <w:shd w:val="clear" w:color="auto" w:fill="FFFFFF"/>
          </w:tcPr>
          <w:p w14:paraId="394252F8" w14:textId="77777777" w:rsidR="00000B84" w:rsidRDefault="00000000">
            <w:pPr>
              <w:pStyle w:val="TableText"/>
            </w:pPr>
            <w:r>
              <w:t>0</w:t>
            </w:r>
          </w:p>
        </w:tc>
        <w:tc>
          <w:tcPr>
            <w:tcW w:w="1970" w:type="dxa"/>
            <w:shd w:val="clear" w:color="auto" w:fill="FFFFFF"/>
          </w:tcPr>
          <w:p w14:paraId="4075B595" w14:textId="77777777" w:rsidR="00000B84" w:rsidRDefault="00000000">
            <w:pPr>
              <w:pStyle w:val="TableText"/>
            </w:pPr>
            <w:r>
              <w:t>1</w:t>
            </w:r>
          </w:p>
        </w:tc>
        <w:tc>
          <w:tcPr>
            <w:tcW w:w="1970" w:type="dxa"/>
            <w:shd w:val="clear" w:color="auto" w:fill="FFFFFF"/>
          </w:tcPr>
          <w:p w14:paraId="7EC3E586" w14:textId="77777777" w:rsidR="00000B84" w:rsidRDefault="00000000">
            <w:pPr>
              <w:pStyle w:val="TableText"/>
            </w:pPr>
            <w:r>
              <w:t>1</w:t>
            </w:r>
          </w:p>
        </w:tc>
      </w:tr>
    </w:tbl>
    <w:p w14:paraId="6178275E" w14:textId="77777777" w:rsidR="00000B84" w:rsidRDefault="00000000">
      <w:pPr>
        <w:pStyle w:val="ReportSmall"/>
      </w:pPr>
      <w:r>
        <w:t>* Após verificação dos espaços no início e no fim. ** Um nome continha letras Unicode decorativas; a conversão para letras comuns preservou a grafia. A correcção do campo do nome corresponde à remoção de um endereço de correio electrónico, aprovada pelo utilizador.</w:t>
      </w:r>
    </w:p>
    <w:p w14:paraId="598B2CE5" w14:textId="77777777" w:rsidR="00000B84" w:rsidRDefault="00000000">
      <w:pPr>
        <w:pStyle w:val="Heading1"/>
      </w:pPr>
      <w:r>
        <w:t>Ficheiros de origem</w:t>
      </w:r>
    </w:p>
    <w:p w14:paraId="4B462EAC" w14:textId="77777777" w:rsidR="00000B84" w:rsidRDefault="00000000">
      <w:r>
        <w:t>Modelo: MJD_Termo de Bolsa.ppt</w:t>
      </w:r>
      <w:r>
        <w:br/>
        <w:t>Dados: Apurados_Acredita_Emprega_Nicoadala_Quelimane (1).xlsx</w:t>
      </w:r>
    </w:p>
    <w:p w14:paraId="5E796263" w14:textId="77777777" w:rsidR="00000B84" w:rsidRDefault="00000000">
      <w:pPr>
        <w:pStyle w:val="Heading1"/>
      </w:pPr>
      <w:r>
        <w:t>Organização da pasta de entrega</w:t>
      </w:r>
    </w:p>
    <w:p w14:paraId="71C04B00" w14:textId="77777777" w:rsidR="00000B84" w:rsidRDefault="00000000">
      <w:r>
        <w:t>output/1.Apurados_F/ — um PPTX por registo da primeira folha.</w:t>
      </w:r>
      <w:r>
        <w:br/>
        <w:t>output/2.Apurados_M/ — um PPTX por registo da segunda folha.</w:t>
      </w:r>
      <w:r>
        <w:br/>
        <w:t>output/Relatorio_do_Trabalho.docx — este relatório editável em português.</w:t>
      </w:r>
    </w:p>
    <w:p w14:paraId="6789D699" w14:textId="77777777" w:rsidR="00AF4CD1" w:rsidRDefault="00AF4CD1" w:rsidP="00AF4CD1">
      <w:pPr>
        <w:jc w:val="both"/>
      </w:pPr>
    </w:p>
    <w:p w14:paraId="790A336F" w14:textId="4ED1F3FB" w:rsidR="00000B84" w:rsidRDefault="00000000" w:rsidP="00AF4CD1">
      <w:pPr>
        <w:jc w:val="both"/>
      </w:pPr>
      <w:r>
        <w:t>Os nomes dos ficheiros mantêm a posição do registo e o nome completo de origem, mesmo quando o nome apresentado nas páginas foi abreviado. No caso das letras decorativas, o ficheiro usa letras comuns. Os documentos individuais dos beneficiários são apenas PPTX.</w:t>
      </w:r>
    </w:p>
    <w:p w14:paraId="17643405" w14:textId="77777777" w:rsidR="00000B84" w:rsidRDefault="00000000">
      <w:r>
        <w:br w:type="page"/>
      </w:r>
    </w:p>
    <w:p w14:paraId="7A2C5FAE" w14:textId="77777777" w:rsidR="00000B84" w:rsidRDefault="00000000">
      <w:pPr>
        <w:pStyle w:val="Title"/>
      </w:pPr>
      <w:r>
        <w:lastRenderedPageBreak/>
        <w:t>Regras de preenchimento</w:t>
      </w:r>
      <w:r>
        <w:br/>
        <w:t>e formatação</w:t>
      </w:r>
    </w:p>
    <w:p w14:paraId="135F9B70" w14:textId="77777777" w:rsidR="00000B84" w:rsidRDefault="00000000" w:rsidP="00AF4CD1">
      <w:pPr>
        <w:jc w:val="both"/>
      </w:pPr>
      <w:r>
        <w:t>Os campos «Nome do Completo» e «Distrito» foram preenchidos nas duas páginas. Na página 1, o distrito aparece em maiúsculas; na página 2, mantém as maiúsculas e minúsculas do Excel, após a verificação dos espaços exteriores. O ficheiro Excel e o modelo PowerPoint originais não foram alterados.</w:t>
      </w:r>
    </w:p>
    <w:p w14:paraId="55DAC9AA" w14:textId="77777777" w:rsidR="00000B84" w:rsidRDefault="00000000">
      <w:pPr>
        <w:pStyle w:val="Heading1"/>
      </w:pPr>
      <w:r>
        <w:t>Tratamento dos nomes</w:t>
      </w:r>
    </w:p>
    <w:p w14:paraId="45775E84" w14:textId="5D13D1EA" w:rsidR="00000B84" w:rsidRDefault="00000000" w:rsidP="00AF4CD1">
      <w:pPr>
        <w:jc w:val="both"/>
      </w:pPr>
      <w:r>
        <w:t>Os nomes completos do Excel foram mantidos sempre que couberam nos campos. Quando ultrapassavam o espaço disponível, aplicou-se</w:t>
      </w:r>
      <w:r w:rsidR="00AF4CD1">
        <w:t xml:space="preserve"> a regra</w:t>
      </w:r>
      <w:r>
        <w:t xml:space="preserve">: </w:t>
      </w:r>
      <w:r w:rsidRPr="00AF4CD1">
        <w:rPr>
          <w:b/>
          <w:bCs/>
        </w:rPr>
        <w:t xml:space="preserve">manter </w:t>
      </w:r>
      <w:r w:rsidR="00AF4CD1" w:rsidRPr="00AF4CD1">
        <w:rPr>
          <w:b/>
          <w:bCs/>
        </w:rPr>
        <w:t>o</w:t>
      </w:r>
      <w:r w:rsidRPr="00AF4CD1">
        <w:rPr>
          <w:b/>
          <w:bCs/>
        </w:rPr>
        <w:t xml:space="preserve"> primeir</w:t>
      </w:r>
      <w:r w:rsidR="00AF4CD1" w:rsidRPr="00AF4CD1">
        <w:rPr>
          <w:b/>
          <w:bCs/>
        </w:rPr>
        <w:t>o</w:t>
      </w:r>
      <w:r w:rsidRPr="00AF4CD1">
        <w:rPr>
          <w:b/>
          <w:bCs/>
        </w:rPr>
        <w:t xml:space="preserve">, </w:t>
      </w:r>
      <w:r w:rsidR="00AF4CD1" w:rsidRPr="00AF4CD1">
        <w:rPr>
          <w:b/>
          <w:bCs/>
        </w:rPr>
        <w:t>o</w:t>
      </w:r>
      <w:r w:rsidRPr="00AF4CD1">
        <w:rPr>
          <w:b/>
          <w:bCs/>
        </w:rPr>
        <w:t xml:space="preserve"> segund</w:t>
      </w:r>
      <w:r w:rsidR="00AF4CD1" w:rsidRPr="00AF4CD1">
        <w:rPr>
          <w:b/>
          <w:bCs/>
        </w:rPr>
        <w:t>o</w:t>
      </w:r>
      <w:r w:rsidRPr="00AF4CD1">
        <w:rPr>
          <w:b/>
          <w:bCs/>
        </w:rPr>
        <w:t xml:space="preserve"> e </w:t>
      </w:r>
      <w:r w:rsidR="00AF4CD1" w:rsidRPr="00AF4CD1">
        <w:rPr>
          <w:b/>
          <w:bCs/>
        </w:rPr>
        <w:t>o</w:t>
      </w:r>
      <w:r w:rsidRPr="00AF4CD1">
        <w:rPr>
          <w:b/>
          <w:bCs/>
        </w:rPr>
        <w:t xml:space="preserve"> últim</w:t>
      </w:r>
      <w:r w:rsidR="00AF4CD1" w:rsidRPr="00AF4CD1">
        <w:rPr>
          <w:b/>
          <w:bCs/>
        </w:rPr>
        <w:t>o</w:t>
      </w:r>
      <w:r w:rsidRPr="00AF4CD1">
        <w:rPr>
          <w:b/>
          <w:bCs/>
        </w:rPr>
        <w:t xml:space="preserve"> nome</w:t>
      </w:r>
      <w:r>
        <w:t>. As partículas De, Da, Do, Dos e Das permanecem ligadas ao nome seguinte; por exemplo, De Almeida conta como uma unidade. Os tamanhos de letra não foram reduzidos.</w:t>
      </w:r>
    </w:p>
    <w:p w14:paraId="1BD3BF5E" w14:textId="41A29E29" w:rsidR="00000B84" w:rsidRDefault="00000000" w:rsidP="00AF4CD1">
      <w:pPr>
        <w:jc w:val="both"/>
      </w:pPr>
      <w:r>
        <w:t>A única conversão de letras decorativas ocorreu no último registo masculino, posição 2019, linha 2020 do Excel: Lopes Antonio Guveia. Os caracteres de traço duplo foram substituídos pelas letras comuns equivalentes, para permitir o uso dos tipos de letra fornecidos. Não foram omitidas letras nem alterada a grafia.</w:t>
      </w:r>
    </w:p>
    <w:p w14:paraId="25613E9C" w14:textId="77777777" w:rsidR="00000B84" w:rsidRDefault="00000000">
      <w:pPr>
        <w:pStyle w:val="Heading1"/>
      </w:pPr>
      <w:r>
        <w:t>Apresentação do texto preservada</w:t>
      </w:r>
    </w:p>
    <w:tbl>
      <w:tblPr>
        <w:tblW w:w="10146" w:type="dxa"/>
        <w:tblInd w:w="120" w:type="dxa"/>
        <w:tblBorders>
          <w:top w:val="single" w:sz="4" w:space="0" w:color="D5DFDA"/>
          <w:left w:val="single" w:sz="4" w:space="0" w:color="D5DFDA"/>
          <w:bottom w:val="single" w:sz="4" w:space="0" w:color="D5DFDA"/>
          <w:right w:val="single" w:sz="4" w:space="0" w:color="D5DFDA"/>
          <w:insideH w:val="single" w:sz="4" w:space="0" w:color="D5DFDA"/>
          <w:insideV w:val="single" w:sz="4" w:space="0" w:color="D5DFDA"/>
        </w:tblBorders>
        <w:tblLayout w:type="fixed"/>
        <w:tblCellMar>
          <w:top w:w="100" w:type="dxa"/>
          <w:left w:w="120" w:type="dxa"/>
          <w:bottom w:w="100" w:type="dxa"/>
          <w:right w:w="120" w:type="dxa"/>
        </w:tblCellMar>
        <w:tblLook w:val="04A0" w:firstRow="1" w:lastRow="0" w:firstColumn="1" w:lastColumn="0" w:noHBand="0" w:noVBand="1"/>
      </w:tblPr>
      <w:tblGrid>
        <w:gridCol w:w="2336"/>
        <w:gridCol w:w="3905"/>
        <w:gridCol w:w="3905"/>
      </w:tblGrid>
      <w:tr w:rsidR="00000B84" w14:paraId="586805E1" w14:textId="77777777">
        <w:trPr>
          <w:cantSplit/>
          <w:tblHeader/>
        </w:trPr>
        <w:tc>
          <w:tcPr>
            <w:tcW w:w="2336" w:type="dxa"/>
            <w:shd w:val="clear" w:color="auto" w:fill="28715D"/>
          </w:tcPr>
          <w:p w14:paraId="1EABA8C3" w14:textId="77777777" w:rsidR="00000B84" w:rsidRDefault="00000000">
            <w:pPr>
              <w:pStyle w:val="TableHeader"/>
            </w:pPr>
            <w:r>
              <w:t>Campo</w:t>
            </w:r>
          </w:p>
        </w:tc>
        <w:tc>
          <w:tcPr>
            <w:tcW w:w="3905" w:type="dxa"/>
            <w:shd w:val="clear" w:color="auto" w:fill="28715D"/>
          </w:tcPr>
          <w:p w14:paraId="3A75FC42" w14:textId="77777777" w:rsidR="00000B84" w:rsidRDefault="00000000">
            <w:pPr>
              <w:pStyle w:val="TableHeader"/>
            </w:pPr>
            <w:r>
              <w:t>Página 1</w:t>
            </w:r>
          </w:p>
        </w:tc>
        <w:tc>
          <w:tcPr>
            <w:tcW w:w="3905" w:type="dxa"/>
            <w:shd w:val="clear" w:color="auto" w:fill="28715D"/>
          </w:tcPr>
          <w:p w14:paraId="5B5B4B63" w14:textId="77777777" w:rsidR="00000B84" w:rsidRDefault="00000000">
            <w:pPr>
              <w:pStyle w:val="TableHeader"/>
            </w:pPr>
            <w:r>
              <w:t>Página 2</w:t>
            </w:r>
          </w:p>
        </w:tc>
      </w:tr>
      <w:tr w:rsidR="00000B84" w14:paraId="28864488" w14:textId="77777777">
        <w:trPr>
          <w:cantSplit/>
        </w:trPr>
        <w:tc>
          <w:tcPr>
            <w:tcW w:w="2336" w:type="dxa"/>
            <w:shd w:val="clear" w:color="auto" w:fill="FFFFFF"/>
          </w:tcPr>
          <w:p w14:paraId="29B67EAD" w14:textId="77777777" w:rsidR="00000B84" w:rsidRDefault="00000000">
            <w:pPr>
              <w:pStyle w:val="TableText"/>
            </w:pPr>
            <w:r>
              <w:t>Nome</w:t>
            </w:r>
          </w:p>
        </w:tc>
        <w:tc>
          <w:tcPr>
            <w:tcW w:w="3905" w:type="dxa"/>
            <w:shd w:val="clear" w:color="auto" w:fill="FFFFFF"/>
          </w:tcPr>
          <w:p w14:paraId="592688F0" w14:textId="77777777" w:rsidR="00000B84" w:rsidRDefault="00000000">
            <w:pPr>
              <w:pStyle w:val="TableText"/>
            </w:pPr>
            <w:r>
              <w:t>Allura, 38 pt, preto, regular</w:t>
            </w:r>
          </w:p>
        </w:tc>
        <w:tc>
          <w:tcPr>
            <w:tcW w:w="3905" w:type="dxa"/>
            <w:shd w:val="clear" w:color="auto" w:fill="FFFFFF"/>
          </w:tcPr>
          <w:p w14:paraId="36605414" w14:textId="77777777" w:rsidR="00000B84" w:rsidRDefault="00000000">
            <w:pPr>
              <w:pStyle w:val="TableText"/>
            </w:pPr>
            <w:r>
              <w:t>Arial, tamanho efectivo de 10 pt, preto, regular</w:t>
            </w:r>
          </w:p>
        </w:tc>
      </w:tr>
      <w:tr w:rsidR="00000B84" w14:paraId="00483DB7" w14:textId="77777777">
        <w:trPr>
          <w:cantSplit/>
        </w:trPr>
        <w:tc>
          <w:tcPr>
            <w:tcW w:w="2336" w:type="dxa"/>
            <w:shd w:val="clear" w:color="auto" w:fill="F0F5F2"/>
          </w:tcPr>
          <w:p w14:paraId="41FFD0E6" w14:textId="77777777" w:rsidR="00000B84" w:rsidRDefault="00000000">
            <w:pPr>
              <w:pStyle w:val="TableText"/>
            </w:pPr>
            <w:r>
              <w:t>Distrito</w:t>
            </w:r>
          </w:p>
        </w:tc>
        <w:tc>
          <w:tcPr>
            <w:tcW w:w="3905" w:type="dxa"/>
            <w:shd w:val="clear" w:color="auto" w:fill="F0F5F2"/>
          </w:tcPr>
          <w:p w14:paraId="0DFDE9F0" w14:textId="77777777" w:rsidR="00000B84" w:rsidRDefault="00000000">
            <w:pPr>
              <w:pStyle w:val="TableText"/>
            </w:pPr>
            <w:r>
              <w:t>Arial, 14 pt, preto</w:t>
            </w:r>
          </w:p>
        </w:tc>
        <w:tc>
          <w:tcPr>
            <w:tcW w:w="3905" w:type="dxa"/>
            <w:shd w:val="clear" w:color="auto" w:fill="F0F5F2"/>
          </w:tcPr>
          <w:p w14:paraId="6104629E" w14:textId="77777777" w:rsidR="00000B84" w:rsidRDefault="00000000">
            <w:pPr>
              <w:pStyle w:val="TableText"/>
            </w:pPr>
            <w:r>
              <w:t>Arial, tamanho efectivo de 10 pt, preto</w:t>
            </w:r>
          </w:p>
        </w:tc>
      </w:tr>
      <w:tr w:rsidR="00000B84" w14:paraId="37A173D5" w14:textId="77777777">
        <w:trPr>
          <w:cantSplit/>
        </w:trPr>
        <w:tc>
          <w:tcPr>
            <w:tcW w:w="2336" w:type="dxa"/>
            <w:shd w:val="clear" w:color="auto" w:fill="FFFFFF"/>
          </w:tcPr>
          <w:p w14:paraId="6E7441B0" w14:textId="77777777" w:rsidR="00000B84" w:rsidRDefault="00000000">
            <w:pPr>
              <w:pStyle w:val="TableText"/>
            </w:pPr>
            <w:r>
              <w:t>Disposição e elementos gráficos</w:t>
            </w:r>
          </w:p>
        </w:tc>
        <w:tc>
          <w:tcPr>
            <w:tcW w:w="3905" w:type="dxa"/>
            <w:shd w:val="clear" w:color="auto" w:fill="FFFFFF"/>
          </w:tcPr>
          <w:p w14:paraId="7D08DD38" w14:textId="77777777" w:rsidR="00000B84" w:rsidRDefault="00000000">
            <w:pPr>
              <w:pStyle w:val="TableText"/>
            </w:pPr>
            <w:r>
              <w:t>Posições e fundo originais</w:t>
            </w:r>
          </w:p>
        </w:tc>
        <w:tc>
          <w:tcPr>
            <w:tcW w:w="3905" w:type="dxa"/>
            <w:shd w:val="clear" w:color="auto" w:fill="FFFFFF"/>
          </w:tcPr>
          <w:p w14:paraId="581BA54E" w14:textId="77777777" w:rsidR="00000B84" w:rsidRDefault="00000000">
            <w:pPr>
              <w:pStyle w:val="TableText"/>
            </w:pPr>
            <w:r>
              <w:t>Posições e fundo originais</w:t>
            </w:r>
          </w:p>
        </w:tc>
      </w:tr>
    </w:tbl>
    <w:p w14:paraId="47E58BB1" w14:textId="77777777" w:rsidR="00000B84" w:rsidRDefault="00000000">
      <w:pPr>
        <w:pStyle w:val="ReportSmall"/>
      </w:pPr>
      <w:r>
        <w:t>O tamanho efectivo de 10 pt na página 2 mantém a escala de texto já existente no modelo. Foram preservados os tipos de letra incorporados, os elementos gráficos de fundo e o restante conteúdo não editado.</w:t>
      </w:r>
    </w:p>
    <w:p w14:paraId="2E468747" w14:textId="6FC0277C" w:rsidR="00000B84" w:rsidRDefault="00000000" w:rsidP="00AF4CD1">
      <w:pPr>
        <w:pStyle w:val="Heading1"/>
      </w:pPr>
      <w:r>
        <w:br w:type="page"/>
      </w:r>
    </w:p>
    <w:p w14:paraId="62C06CE8" w14:textId="77777777" w:rsidR="00000B84" w:rsidRDefault="00000000">
      <w:pPr>
        <w:pStyle w:val="Title"/>
      </w:pPr>
      <w:r>
        <w:lastRenderedPageBreak/>
        <w:t>Verificação e observações</w:t>
      </w:r>
      <w:r>
        <w:br/>
        <w:t>sobre os dados</w:t>
      </w:r>
    </w:p>
    <w:p w14:paraId="0B1EF061" w14:textId="77777777" w:rsidR="00000B84" w:rsidRDefault="00000000" w:rsidP="0002786E">
      <w:pPr>
        <w:jc w:val="both"/>
      </w:pPr>
      <w:r>
        <w:t>A verificação final comparou os 31 168 campos de nome e distrito preenchidos nas 15 584 páginas com os dados do Excel e as formas dos nomes aprovadas. Não foram encontradas diferenças inesperadas nos campos, documentos em falta ou documentos adicionais.</w:t>
      </w:r>
    </w:p>
    <w:p w14:paraId="3CF86286" w14:textId="77777777" w:rsidR="00000B84" w:rsidRDefault="00000000" w:rsidP="0002786E">
      <w:pPr>
        <w:jc w:val="both"/>
      </w:pPr>
      <w:r>
        <w:t>O próprio PowerPoint verificou se todos os nomes finais cabiam nos campos, aos tamanhos de letra originais. O programa de geração confirmou que apenas os campos de texto previstos foram alterados. Uma amostra de ficheiros guardados, incluindo nomes longos, nomes compostos e todos os valores de distrito, foi reaberta no PowerPoint para verificar texto, tipos de letra e ajuste ao espaço, e convertida em imagens para inspecção visual.</w:t>
      </w:r>
    </w:p>
    <w:p w14:paraId="1FE88BBE" w14:textId="77777777" w:rsidR="00000B84" w:rsidRDefault="00000000">
      <w:pPr>
        <w:pStyle w:val="Heading1"/>
      </w:pPr>
      <w:r>
        <w:t>Distritos mantidos conforme o Excel</w:t>
      </w:r>
    </w:p>
    <w:tbl>
      <w:tblPr>
        <w:tblW w:w="10146" w:type="dxa"/>
        <w:tblInd w:w="120" w:type="dxa"/>
        <w:tblBorders>
          <w:top w:val="single" w:sz="4" w:space="0" w:color="D5DFDA"/>
          <w:left w:val="single" w:sz="4" w:space="0" w:color="D5DFDA"/>
          <w:bottom w:val="single" w:sz="4" w:space="0" w:color="D5DFDA"/>
          <w:right w:val="single" w:sz="4" w:space="0" w:color="D5DFDA"/>
          <w:insideH w:val="single" w:sz="4" w:space="0" w:color="D5DFDA"/>
          <w:insideV w:val="single" w:sz="4" w:space="0" w:color="D5DFDA"/>
        </w:tblBorders>
        <w:tblLayout w:type="fixed"/>
        <w:tblCellMar>
          <w:top w:w="100" w:type="dxa"/>
          <w:left w:w="120" w:type="dxa"/>
          <w:bottom w:w="100" w:type="dxa"/>
          <w:right w:w="120" w:type="dxa"/>
        </w:tblCellMar>
        <w:tblLook w:val="04A0" w:firstRow="1" w:lastRow="0" w:firstColumn="1" w:lastColumn="0" w:noHBand="0" w:noVBand="1"/>
      </w:tblPr>
      <w:tblGrid>
        <w:gridCol w:w="3036"/>
        <w:gridCol w:w="5140"/>
        <w:gridCol w:w="1970"/>
      </w:tblGrid>
      <w:tr w:rsidR="00000B84" w14:paraId="243D7326" w14:textId="77777777">
        <w:trPr>
          <w:cantSplit/>
          <w:tblHeader/>
        </w:trPr>
        <w:tc>
          <w:tcPr>
            <w:tcW w:w="3036" w:type="dxa"/>
            <w:shd w:val="clear" w:color="auto" w:fill="28715D"/>
          </w:tcPr>
          <w:p w14:paraId="3745C26E" w14:textId="77777777" w:rsidR="00000B84" w:rsidRDefault="00000000">
            <w:pPr>
              <w:pStyle w:val="TableHeader"/>
            </w:pPr>
            <w:r>
              <w:t>Folha</w:t>
            </w:r>
          </w:p>
        </w:tc>
        <w:tc>
          <w:tcPr>
            <w:tcW w:w="5140" w:type="dxa"/>
            <w:shd w:val="clear" w:color="auto" w:fill="28715D"/>
          </w:tcPr>
          <w:p w14:paraId="0A40B79A" w14:textId="77777777" w:rsidR="00000B84" w:rsidRDefault="00000000">
            <w:pPr>
              <w:pStyle w:val="TableHeader"/>
            </w:pPr>
            <w:r>
              <w:t>Distrito</w:t>
            </w:r>
          </w:p>
        </w:tc>
        <w:tc>
          <w:tcPr>
            <w:tcW w:w="1970" w:type="dxa"/>
            <w:shd w:val="clear" w:color="auto" w:fill="28715D"/>
          </w:tcPr>
          <w:p w14:paraId="6FD046EA" w14:textId="77777777" w:rsidR="00000B84" w:rsidRDefault="00000000">
            <w:pPr>
              <w:pStyle w:val="TableHeader"/>
            </w:pPr>
            <w:r>
              <w:t>Registos</w:t>
            </w:r>
          </w:p>
        </w:tc>
      </w:tr>
      <w:tr w:rsidR="00000B84" w14:paraId="61E911C7" w14:textId="77777777">
        <w:trPr>
          <w:cantSplit/>
        </w:trPr>
        <w:tc>
          <w:tcPr>
            <w:tcW w:w="3036" w:type="dxa"/>
            <w:shd w:val="clear" w:color="auto" w:fill="FFFFFF"/>
          </w:tcPr>
          <w:p w14:paraId="64774142" w14:textId="77777777" w:rsidR="00000B84" w:rsidRDefault="00000000">
            <w:pPr>
              <w:pStyle w:val="TableText"/>
            </w:pPr>
            <w:r>
              <w:t>1.Apurados_F</w:t>
            </w:r>
          </w:p>
        </w:tc>
        <w:tc>
          <w:tcPr>
            <w:tcW w:w="5140" w:type="dxa"/>
            <w:shd w:val="clear" w:color="auto" w:fill="FFFFFF"/>
          </w:tcPr>
          <w:p w14:paraId="4E0F739E" w14:textId="77777777" w:rsidR="00000B84" w:rsidRDefault="00000000">
            <w:pPr>
              <w:pStyle w:val="TableText"/>
            </w:pPr>
            <w:r>
              <w:t>Cidade de Nampula</w:t>
            </w:r>
          </w:p>
        </w:tc>
        <w:tc>
          <w:tcPr>
            <w:tcW w:w="1970" w:type="dxa"/>
            <w:shd w:val="clear" w:color="auto" w:fill="FFFFFF"/>
          </w:tcPr>
          <w:p w14:paraId="41D34ACA" w14:textId="77777777" w:rsidR="00000B84" w:rsidRDefault="00000000">
            <w:pPr>
              <w:pStyle w:val="TableText"/>
            </w:pPr>
            <w:r>
              <w:t>1</w:t>
            </w:r>
          </w:p>
        </w:tc>
      </w:tr>
      <w:tr w:rsidR="00000B84" w14:paraId="238629DC" w14:textId="77777777">
        <w:trPr>
          <w:cantSplit/>
        </w:trPr>
        <w:tc>
          <w:tcPr>
            <w:tcW w:w="3036" w:type="dxa"/>
            <w:shd w:val="clear" w:color="auto" w:fill="F0F5F2"/>
          </w:tcPr>
          <w:p w14:paraId="455BFCCC" w14:textId="77777777" w:rsidR="00000B84" w:rsidRDefault="00000000">
            <w:pPr>
              <w:pStyle w:val="TableText"/>
            </w:pPr>
            <w:r>
              <w:t>1.Apurados_F</w:t>
            </w:r>
          </w:p>
        </w:tc>
        <w:tc>
          <w:tcPr>
            <w:tcW w:w="5140" w:type="dxa"/>
            <w:shd w:val="clear" w:color="auto" w:fill="F0F5F2"/>
          </w:tcPr>
          <w:p w14:paraId="74FE0176" w14:textId="77777777" w:rsidR="00000B84" w:rsidRDefault="00000000">
            <w:pPr>
              <w:pStyle w:val="TableText"/>
            </w:pPr>
            <w:r>
              <w:t>Molumbo</w:t>
            </w:r>
          </w:p>
        </w:tc>
        <w:tc>
          <w:tcPr>
            <w:tcW w:w="1970" w:type="dxa"/>
            <w:shd w:val="clear" w:color="auto" w:fill="F0F5F2"/>
          </w:tcPr>
          <w:p w14:paraId="4F8B0686" w14:textId="77777777" w:rsidR="00000B84" w:rsidRDefault="00000000">
            <w:pPr>
              <w:pStyle w:val="TableText"/>
            </w:pPr>
            <w:r>
              <w:t>1</w:t>
            </w:r>
          </w:p>
        </w:tc>
      </w:tr>
      <w:tr w:rsidR="00000B84" w14:paraId="7D43B9D4" w14:textId="77777777">
        <w:trPr>
          <w:cantSplit/>
        </w:trPr>
        <w:tc>
          <w:tcPr>
            <w:tcW w:w="3036" w:type="dxa"/>
            <w:shd w:val="clear" w:color="auto" w:fill="FFFFFF"/>
          </w:tcPr>
          <w:p w14:paraId="6D0094F7" w14:textId="77777777" w:rsidR="00000B84" w:rsidRDefault="00000000">
            <w:pPr>
              <w:pStyle w:val="TableText"/>
            </w:pPr>
            <w:r>
              <w:t>1.Apurados_F</w:t>
            </w:r>
          </w:p>
        </w:tc>
        <w:tc>
          <w:tcPr>
            <w:tcW w:w="5140" w:type="dxa"/>
            <w:shd w:val="clear" w:color="auto" w:fill="FFFFFF"/>
          </w:tcPr>
          <w:p w14:paraId="4A5FC2D6" w14:textId="77777777" w:rsidR="00000B84" w:rsidRDefault="00000000">
            <w:pPr>
              <w:pStyle w:val="TableText"/>
            </w:pPr>
            <w:r>
              <w:t>Nicoadala</w:t>
            </w:r>
          </w:p>
        </w:tc>
        <w:tc>
          <w:tcPr>
            <w:tcW w:w="1970" w:type="dxa"/>
            <w:shd w:val="clear" w:color="auto" w:fill="FFFFFF"/>
          </w:tcPr>
          <w:p w14:paraId="56C2765D" w14:textId="77777777" w:rsidR="00000B84" w:rsidRDefault="00000000">
            <w:pPr>
              <w:pStyle w:val="TableText"/>
            </w:pPr>
            <w:r>
              <w:t>3 139</w:t>
            </w:r>
          </w:p>
        </w:tc>
      </w:tr>
      <w:tr w:rsidR="00000B84" w14:paraId="19F460E2" w14:textId="77777777">
        <w:trPr>
          <w:cantSplit/>
        </w:trPr>
        <w:tc>
          <w:tcPr>
            <w:tcW w:w="3036" w:type="dxa"/>
            <w:shd w:val="clear" w:color="auto" w:fill="F0F5F2"/>
          </w:tcPr>
          <w:p w14:paraId="2A3CF75F" w14:textId="77777777" w:rsidR="00000B84" w:rsidRDefault="00000000">
            <w:pPr>
              <w:pStyle w:val="TableText"/>
            </w:pPr>
            <w:r>
              <w:t>1.Apurados_F</w:t>
            </w:r>
          </w:p>
        </w:tc>
        <w:tc>
          <w:tcPr>
            <w:tcW w:w="5140" w:type="dxa"/>
            <w:shd w:val="clear" w:color="auto" w:fill="F0F5F2"/>
          </w:tcPr>
          <w:p w14:paraId="7FEACD00" w14:textId="77777777" w:rsidR="00000B84" w:rsidRDefault="00000000">
            <w:pPr>
              <w:pStyle w:val="TableText"/>
            </w:pPr>
            <w:r>
              <w:t>Quelimane</w:t>
            </w:r>
          </w:p>
        </w:tc>
        <w:tc>
          <w:tcPr>
            <w:tcW w:w="1970" w:type="dxa"/>
            <w:shd w:val="clear" w:color="auto" w:fill="F0F5F2"/>
          </w:tcPr>
          <w:p w14:paraId="6DC782DE" w14:textId="77777777" w:rsidR="00000B84" w:rsidRDefault="00000000">
            <w:pPr>
              <w:pStyle w:val="TableText"/>
            </w:pPr>
            <w:r>
              <w:t>2 632</w:t>
            </w:r>
          </w:p>
        </w:tc>
      </w:tr>
      <w:tr w:rsidR="00000B84" w14:paraId="10356148" w14:textId="77777777">
        <w:trPr>
          <w:cantSplit/>
        </w:trPr>
        <w:tc>
          <w:tcPr>
            <w:tcW w:w="3036" w:type="dxa"/>
            <w:shd w:val="clear" w:color="auto" w:fill="FFFFFF"/>
          </w:tcPr>
          <w:p w14:paraId="4F3576AC" w14:textId="77777777" w:rsidR="00000B84" w:rsidRDefault="00000000">
            <w:pPr>
              <w:pStyle w:val="TableText"/>
            </w:pPr>
            <w:r>
              <w:t>2.Apurados_M</w:t>
            </w:r>
          </w:p>
        </w:tc>
        <w:tc>
          <w:tcPr>
            <w:tcW w:w="5140" w:type="dxa"/>
            <w:shd w:val="clear" w:color="auto" w:fill="FFFFFF"/>
          </w:tcPr>
          <w:p w14:paraId="511683A5" w14:textId="77777777" w:rsidR="00000B84" w:rsidRDefault="00000000">
            <w:pPr>
              <w:pStyle w:val="TableText"/>
            </w:pPr>
            <w:r>
              <w:t>Barue</w:t>
            </w:r>
          </w:p>
        </w:tc>
        <w:tc>
          <w:tcPr>
            <w:tcW w:w="1970" w:type="dxa"/>
            <w:shd w:val="clear" w:color="auto" w:fill="FFFFFF"/>
          </w:tcPr>
          <w:p w14:paraId="67C51EA4" w14:textId="77777777" w:rsidR="00000B84" w:rsidRDefault="00000000">
            <w:pPr>
              <w:pStyle w:val="TableText"/>
            </w:pPr>
            <w:r>
              <w:t>2</w:t>
            </w:r>
          </w:p>
        </w:tc>
      </w:tr>
      <w:tr w:rsidR="00000B84" w14:paraId="458ED922" w14:textId="77777777">
        <w:trPr>
          <w:cantSplit/>
        </w:trPr>
        <w:tc>
          <w:tcPr>
            <w:tcW w:w="3036" w:type="dxa"/>
            <w:shd w:val="clear" w:color="auto" w:fill="F0F5F2"/>
          </w:tcPr>
          <w:p w14:paraId="6AE1C99E" w14:textId="77777777" w:rsidR="00000B84" w:rsidRDefault="00000000">
            <w:pPr>
              <w:pStyle w:val="TableText"/>
            </w:pPr>
            <w:r>
              <w:t>2.Apurados_M</w:t>
            </w:r>
          </w:p>
        </w:tc>
        <w:tc>
          <w:tcPr>
            <w:tcW w:w="5140" w:type="dxa"/>
            <w:shd w:val="clear" w:color="auto" w:fill="F0F5F2"/>
          </w:tcPr>
          <w:p w14:paraId="730090A8" w14:textId="77777777" w:rsidR="00000B84" w:rsidRDefault="00000000">
            <w:pPr>
              <w:pStyle w:val="TableText"/>
            </w:pPr>
            <w:r>
              <w:t>Nicoadala</w:t>
            </w:r>
          </w:p>
        </w:tc>
        <w:tc>
          <w:tcPr>
            <w:tcW w:w="1970" w:type="dxa"/>
            <w:shd w:val="clear" w:color="auto" w:fill="F0F5F2"/>
          </w:tcPr>
          <w:p w14:paraId="77BA6A59" w14:textId="77777777" w:rsidR="00000B84" w:rsidRDefault="00000000">
            <w:pPr>
              <w:pStyle w:val="TableText"/>
            </w:pPr>
            <w:r>
              <w:t>1 224</w:t>
            </w:r>
          </w:p>
        </w:tc>
      </w:tr>
      <w:tr w:rsidR="00000B84" w14:paraId="490540B3" w14:textId="77777777">
        <w:trPr>
          <w:cantSplit/>
        </w:trPr>
        <w:tc>
          <w:tcPr>
            <w:tcW w:w="3036" w:type="dxa"/>
            <w:shd w:val="clear" w:color="auto" w:fill="FFFFFF"/>
          </w:tcPr>
          <w:p w14:paraId="142CD07C" w14:textId="77777777" w:rsidR="00000B84" w:rsidRDefault="00000000">
            <w:pPr>
              <w:pStyle w:val="TableText"/>
            </w:pPr>
            <w:r>
              <w:t>2.Apurados_M</w:t>
            </w:r>
          </w:p>
        </w:tc>
        <w:tc>
          <w:tcPr>
            <w:tcW w:w="5140" w:type="dxa"/>
            <w:shd w:val="clear" w:color="auto" w:fill="FFFFFF"/>
          </w:tcPr>
          <w:p w14:paraId="1646E470" w14:textId="77777777" w:rsidR="00000B84" w:rsidRDefault="00000000">
            <w:pPr>
              <w:pStyle w:val="TableText"/>
            </w:pPr>
            <w:r>
              <w:t>Quelimane</w:t>
            </w:r>
          </w:p>
        </w:tc>
        <w:tc>
          <w:tcPr>
            <w:tcW w:w="1970" w:type="dxa"/>
            <w:shd w:val="clear" w:color="auto" w:fill="FFFFFF"/>
          </w:tcPr>
          <w:p w14:paraId="38B669CA" w14:textId="77777777" w:rsidR="00000B84" w:rsidRDefault="00000000">
            <w:pPr>
              <w:pStyle w:val="TableText"/>
            </w:pPr>
            <w:r>
              <w:t>793</w:t>
            </w:r>
          </w:p>
        </w:tc>
      </w:tr>
    </w:tbl>
    <w:p w14:paraId="698FF674" w14:textId="77777777" w:rsidR="00000B84" w:rsidRDefault="00000000">
      <w:pPr>
        <w:pStyle w:val="ReportSmall"/>
      </w:pPr>
      <w:r>
        <w:t>Foram mantidas as quatro entradas fora de Nicoadala e Quelimane: Molumbo (1.Apurados_F, linha 778); Cidade de Nampula (1.Apurados_F, linha 5546); Barue (2.Apurados_M, linhas 917 e 1377).</w:t>
      </w:r>
    </w:p>
    <w:p w14:paraId="52EEC1C4" w14:textId="77777777" w:rsidR="00000B84" w:rsidRDefault="00000000">
      <w:pPr>
        <w:pStyle w:val="Heading1"/>
      </w:pPr>
      <w:r>
        <w:t>Espaços exteriores e nomes repetidos</w:t>
      </w:r>
    </w:p>
    <w:p w14:paraId="2C8C5F2F" w14:textId="77777777" w:rsidR="00000B84" w:rsidRDefault="00000000">
      <w:pPr>
        <w:pStyle w:val="ReportSmall"/>
      </w:pPr>
      <w:r>
        <w:t>Não foram detectados espaços no início ou no fim das células de nome ou distrito nas duas folhas. A folha 1.Apurados_F contém 33 grupos de nomes repetidos, abrangendo 66 registos; a folha 2.Apurados_M contém 8 grupos, abrangendo 16 registos. Cada linha de origem mantém o seu próprio documento.</w:t>
      </w:r>
    </w:p>
    <w:p w14:paraId="202C65E4" w14:textId="77777777" w:rsidR="00000B84" w:rsidRDefault="00000000">
      <w:pPr>
        <w:pStyle w:val="Heading1"/>
      </w:pPr>
      <w:r>
        <w:t>Integridade dos ficheiros de origem</w:t>
      </w:r>
    </w:p>
    <w:p w14:paraId="624DB12B" w14:textId="77777777" w:rsidR="00000B84" w:rsidRDefault="00000000">
      <w:pPr>
        <w:pStyle w:val="ReportSmall"/>
      </w:pPr>
      <w:r>
        <w:t>A comparação das assinaturas SHA-256 confirmou que o ficheiro Excel e o modelo PPT originais permaneceram inalterados. Os registos técnicos completos da verificação estão guardados em build/final_report/final_audit.json e nas pastas de trabalho de cada folha.</w:t>
      </w:r>
    </w:p>
    <w:p w14:paraId="5992BA8D" w14:textId="77777777" w:rsidR="00000B84" w:rsidRDefault="00000000">
      <w:r>
        <w:br w:type="page"/>
      </w:r>
    </w:p>
    <w:p w14:paraId="6D0B9DB1" w14:textId="77777777" w:rsidR="00000B84" w:rsidRDefault="00000000">
      <w:pPr>
        <w:pStyle w:val="Title"/>
      </w:pPr>
      <w:r>
        <w:lastRenderedPageBreak/>
        <w:t>Nomes excepcionais aprovados</w:t>
      </w:r>
    </w:p>
    <w:p w14:paraId="71AD93C5" w14:textId="77777777" w:rsidR="00000B84" w:rsidRDefault="00000000">
      <w:r>
        <w:t>As nove entradas seguintes da folha 1.Apurados_F exigiram uma decisão adicional à regra de primeira, segunda e última unidade. O utilizador aprovou cada forma final. Todas foram verificadas no PowerPoint, nas duas páginas e aos tamanhos de letra originais. O ficheiro Excel de origem não foi editado.</w:t>
      </w:r>
    </w:p>
    <w:tbl>
      <w:tblPr>
        <w:tblW w:w="10146" w:type="dxa"/>
        <w:tblInd w:w="120" w:type="dxa"/>
        <w:tblBorders>
          <w:top w:val="single" w:sz="4" w:space="0" w:color="D5DFDA"/>
          <w:left w:val="single" w:sz="4" w:space="0" w:color="D5DFDA"/>
          <w:bottom w:val="single" w:sz="4" w:space="0" w:color="D5DFDA"/>
          <w:right w:val="single" w:sz="4" w:space="0" w:color="D5DFDA"/>
          <w:insideH w:val="single" w:sz="4" w:space="0" w:color="D5DFDA"/>
          <w:insideV w:val="single" w:sz="4" w:space="0" w:color="D5DFDA"/>
        </w:tblBorders>
        <w:tblLayout w:type="fixed"/>
        <w:tblCellMar>
          <w:top w:w="100" w:type="dxa"/>
          <w:left w:w="120" w:type="dxa"/>
          <w:bottom w:w="100" w:type="dxa"/>
          <w:right w:w="120" w:type="dxa"/>
        </w:tblCellMar>
        <w:tblLook w:val="04A0" w:firstRow="1" w:lastRow="0" w:firstColumn="1" w:lastColumn="0" w:noHBand="0" w:noVBand="1"/>
      </w:tblPr>
      <w:tblGrid>
        <w:gridCol w:w="1126"/>
        <w:gridCol w:w="4810"/>
        <w:gridCol w:w="4210"/>
      </w:tblGrid>
      <w:tr w:rsidR="00000B84" w14:paraId="7479BBEF" w14:textId="77777777">
        <w:trPr>
          <w:cantSplit/>
          <w:tblHeader/>
        </w:trPr>
        <w:tc>
          <w:tcPr>
            <w:tcW w:w="1126" w:type="dxa"/>
            <w:shd w:val="clear" w:color="auto" w:fill="28715D"/>
          </w:tcPr>
          <w:p w14:paraId="2B0AF22A" w14:textId="77777777" w:rsidR="00000B84" w:rsidRDefault="00000000">
            <w:pPr>
              <w:pStyle w:val="TableHeader"/>
            </w:pPr>
            <w:r>
              <w:t>Linha do Excel</w:t>
            </w:r>
          </w:p>
        </w:tc>
        <w:tc>
          <w:tcPr>
            <w:tcW w:w="4810" w:type="dxa"/>
            <w:shd w:val="clear" w:color="auto" w:fill="28715D"/>
          </w:tcPr>
          <w:p w14:paraId="5DF90A00" w14:textId="77777777" w:rsidR="00000B84" w:rsidRDefault="00000000">
            <w:pPr>
              <w:pStyle w:val="TableHeader"/>
            </w:pPr>
            <w:r>
              <w:t>Nome original no Excel</w:t>
            </w:r>
          </w:p>
        </w:tc>
        <w:tc>
          <w:tcPr>
            <w:tcW w:w="4210" w:type="dxa"/>
            <w:shd w:val="clear" w:color="auto" w:fill="28715D"/>
          </w:tcPr>
          <w:p w14:paraId="36018C8D" w14:textId="77777777" w:rsidR="00000B84" w:rsidRDefault="00000000">
            <w:pPr>
              <w:pStyle w:val="TableHeader"/>
            </w:pPr>
            <w:r>
              <w:t>Nome final aprovado</w:t>
            </w:r>
          </w:p>
        </w:tc>
      </w:tr>
      <w:tr w:rsidR="00000B84" w14:paraId="47E6A70E" w14:textId="77777777">
        <w:trPr>
          <w:cantSplit/>
        </w:trPr>
        <w:tc>
          <w:tcPr>
            <w:tcW w:w="1126" w:type="dxa"/>
            <w:shd w:val="clear" w:color="auto" w:fill="FFFFFF"/>
          </w:tcPr>
          <w:p w14:paraId="7D2BC14C" w14:textId="77777777" w:rsidR="00000B84" w:rsidRDefault="00000000">
            <w:pPr>
              <w:pStyle w:val="TableText"/>
            </w:pPr>
            <w:r>
              <w:t>190</w:t>
            </w:r>
          </w:p>
        </w:tc>
        <w:tc>
          <w:tcPr>
            <w:tcW w:w="4810" w:type="dxa"/>
            <w:shd w:val="clear" w:color="auto" w:fill="FFFFFF"/>
          </w:tcPr>
          <w:p w14:paraId="12A37C05" w14:textId="77777777" w:rsidR="00000B84" w:rsidRDefault="00000000">
            <w:pPr>
              <w:pStyle w:val="TableText"/>
            </w:pPr>
            <w:r>
              <w:t>Alfrina Dos Santosagento Agento</w:t>
            </w:r>
          </w:p>
        </w:tc>
        <w:tc>
          <w:tcPr>
            <w:tcW w:w="4210" w:type="dxa"/>
            <w:shd w:val="clear" w:color="auto" w:fill="FFFFFF"/>
          </w:tcPr>
          <w:p w14:paraId="24D98597" w14:textId="77777777" w:rsidR="00000B84" w:rsidRDefault="00000000">
            <w:pPr>
              <w:pStyle w:val="TableText"/>
            </w:pPr>
            <w:r>
              <w:t>Alfrina Dos S. Agento</w:t>
            </w:r>
          </w:p>
        </w:tc>
      </w:tr>
      <w:tr w:rsidR="00000B84" w14:paraId="05B9D5A8" w14:textId="77777777">
        <w:trPr>
          <w:cantSplit/>
        </w:trPr>
        <w:tc>
          <w:tcPr>
            <w:tcW w:w="1126" w:type="dxa"/>
            <w:shd w:val="clear" w:color="auto" w:fill="F0F5F2"/>
          </w:tcPr>
          <w:p w14:paraId="76A39C93" w14:textId="77777777" w:rsidR="00000B84" w:rsidRDefault="00000000">
            <w:pPr>
              <w:pStyle w:val="TableText"/>
            </w:pPr>
            <w:r>
              <w:t>191</w:t>
            </w:r>
          </w:p>
        </w:tc>
        <w:tc>
          <w:tcPr>
            <w:tcW w:w="4810" w:type="dxa"/>
            <w:shd w:val="clear" w:color="auto" w:fill="F0F5F2"/>
          </w:tcPr>
          <w:p w14:paraId="7DBAA118" w14:textId="77777777" w:rsidR="00000B84" w:rsidRDefault="00000000">
            <w:pPr>
              <w:pStyle w:val="TableText"/>
            </w:pPr>
            <w:r>
              <w:t>Alfuqueque Miranda Champanha</w:t>
            </w:r>
          </w:p>
        </w:tc>
        <w:tc>
          <w:tcPr>
            <w:tcW w:w="4210" w:type="dxa"/>
            <w:shd w:val="clear" w:color="auto" w:fill="F0F5F2"/>
          </w:tcPr>
          <w:p w14:paraId="7BC312EC" w14:textId="77777777" w:rsidR="00000B84" w:rsidRDefault="00000000">
            <w:pPr>
              <w:pStyle w:val="TableText"/>
            </w:pPr>
            <w:r>
              <w:t>Alfuqueque M. Champanha</w:t>
            </w:r>
          </w:p>
        </w:tc>
      </w:tr>
      <w:tr w:rsidR="00000B84" w14:paraId="416B43CE" w14:textId="77777777">
        <w:trPr>
          <w:cantSplit/>
        </w:trPr>
        <w:tc>
          <w:tcPr>
            <w:tcW w:w="1126" w:type="dxa"/>
            <w:shd w:val="clear" w:color="auto" w:fill="FFFFFF"/>
          </w:tcPr>
          <w:p w14:paraId="4546537D" w14:textId="77777777" w:rsidR="00000B84" w:rsidRDefault="00000000">
            <w:pPr>
              <w:pStyle w:val="TableText"/>
            </w:pPr>
            <w:r>
              <w:t>634</w:t>
            </w:r>
          </w:p>
        </w:tc>
        <w:tc>
          <w:tcPr>
            <w:tcW w:w="4810" w:type="dxa"/>
            <w:shd w:val="clear" w:color="auto" w:fill="FFFFFF"/>
          </w:tcPr>
          <w:p w14:paraId="35FDCADC" w14:textId="77777777" w:rsidR="00000B84" w:rsidRDefault="00000000">
            <w:pPr>
              <w:pStyle w:val="TableText"/>
            </w:pPr>
            <w:r>
              <w:t>Assineite Gil Álvaro Brasilkhaliifa@Gmail.Com</w:t>
            </w:r>
          </w:p>
        </w:tc>
        <w:tc>
          <w:tcPr>
            <w:tcW w:w="4210" w:type="dxa"/>
            <w:shd w:val="clear" w:color="auto" w:fill="FFFFFF"/>
          </w:tcPr>
          <w:p w14:paraId="645C3BB4" w14:textId="77777777" w:rsidR="00000B84" w:rsidRDefault="00000000">
            <w:pPr>
              <w:pStyle w:val="TableText"/>
            </w:pPr>
            <w:r>
              <w:t>Assineite Gil Álvaro</w:t>
            </w:r>
          </w:p>
        </w:tc>
      </w:tr>
      <w:tr w:rsidR="00000B84" w14:paraId="289CC8B1" w14:textId="77777777">
        <w:trPr>
          <w:cantSplit/>
        </w:trPr>
        <w:tc>
          <w:tcPr>
            <w:tcW w:w="1126" w:type="dxa"/>
            <w:shd w:val="clear" w:color="auto" w:fill="F0F5F2"/>
          </w:tcPr>
          <w:p w14:paraId="4B150064" w14:textId="77777777" w:rsidR="00000B84" w:rsidRDefault="00000000">
            <w:pPr>
              <w:pStyle w:val="TableText"/>
            </w:pPr>
            <w:r>
              <w:t>1282</w:t>
            </w:r>
          </w:p>
        </w:tc>
        <w:tc>
          <w:tcPr>
            <w:tcW w:w="4810" w:type="dxa"/>
            <w:shd w:val="clear" w:color="auto" w:fill="F0F5F2"/>
          </w:tcPr>
          <w:p w14:paraId="7FBCCBE6" w14:textId="77777777" w:rsidR="00000B84" w:rsidRDefault="00000000">
            <w:pPr>
              <w:pStyle w:val="TableText"/>
            </w:pPr>
            <w:r>
              <w:t>Constância Constâncio João De Carvalho</w:t>
            </w:r>
          </w:p>
        </w:tc>
        <w:tc>
          <w:tcPr>
            <w:tcW w:w="4210" w:type="dxa"/>
            <w:shd w:val="clear" w:color="auto" w:fill="F0F5F2"/>
          </w:tcPr>
          <w:p w14:paraId="08E73304" w14:textId="77777777" w:rsidR="00000B84" w:rsidRDefault="00000000">
            <w:pPr>
              <w:pStyle w:val="TableText"/>
            </w:pPr>
            <w:r>
              <w:t>Constância C. De Carvalho</w:t>
            </w:r>
          </w:p>
        </w:tc>
      </w:tr>
      <w:tr w:rsidR="00000B84" w14:paraId="4423E4A7" w14:textId="77777777">
        <w:trPr>
          <w:cantSplit/>
        </w:trPr>
        <w:tc>
          <w:tcPr>
            <w:tcW w:w="1126" w:type="dxa"/>
            <w:shd w:val="clear" w:color="auto" w:fill="FFFFFF"/>
          </w:tcPr>
          <w:p w14:paraId="21CBF689" w14:textId="77777777" w:rsidR="00000B84" w:rsidRDefault="00000000">
            <w:pPr>
              <w:pStyle w:val="TableText"/>
            </w:pPr>
            <w:r>
              <w:t>1993</w:t>
            </w:r>
          </w:p>
        </w:tc>
        <w:tc>
          <w:tcPr>
            <w:tcW w:w="4810" w:type="dxa"/>
            <w:shd w:val="clear" w:color="auto" w:fill="FFFFFF"/>
          </w:tcPr>
          <w:p w14:paraId="28BD9D25" w14:textId="77777777" w:rsidR="00000B84" w:rsidRDefault="00000000">
            <w:pPr>
              <w:pStyle w:val="TableText"/>
            </w:pPr>
            <w:r>
              <w:t>Fanzemanayadafinafranciscooutracoisa Coisa Coisa</w:t>
            </w:r>
          </w:p>
        </w:tc>
        <w:tc>
          <w:tcPr>
            <w:tcW w:w="4210" w:type="dxa"/>
            <w:shd w:val="clear" w:color="auto" w:fill="FFFFFF"/>
          </w:tcPr>
          <w:p w14:paraId="0D4250D6" w14:textId="77777777" w:rsidR="00000B84" w:rsidRDefault="00000000">
            <w:pPr>
              <w:pStyle w:val="TableText"/>
            </w:pPr>
            <w:r>
              <w:t>F. Coisa</w:t>
            </w:r>
          </w:p>
        </w:tc>
      </w:tr>
      <w:tr w:rsidR="00000B84" w14:paraId="04CC376F" w14:textId="77777777">
        <w:trPr>
          <w:cantSplit/>
        </w:trPr>
        <w:tc>
          <w:tcPr>
            <w:tcW w:w="1126" w:type="dxa"/>
            <w:shd w:val="clear" w:color="auto" w:fill="F0F5F2"/>
          </w:tcPr>
          <w:p w14:paraId="3007BC60" w14:textId="77777777" w:rsidR="00000B84" w:rsidRDefault="00000000">
            <w:pPr>
              <w:pStyle w:val="TableText"/>
            </w:pPr>
            <w:r>
              <w:t>2515</w:t>
            </w:r>
          </w:p>
        </w:tc>
        <w:tc>
          <w:tcPr>
            <w:tcW w:w="4810" w:type="dxa"/>
            <w:shd w:val="clear" w:color="auto" w:fill="F0F5F2"/>
          </w:tcPr>
          <w:p w14:paraId="33D28352" w14:textId="77777777" w:rsidR="00000B84" w:rsidRDefault="00000000">
            <w:pPr>
              <w:pStyle w:val="TableText"/>
            </w:pPr>
            <w:r>
              <w:t>Herminia Manjor Herminiajuliomanjor</w:t>
            </w:r>
          </w:p>
        </w:tc>
        <w:tc>
          <w:tcPr>
            <w:tcW w:w="4210" w:type="dxa"/>
            <w:shd w:val="clear" w:color="auto" w:fill="F0F5F2"/>
          </w:tcPr>
          <w:p w14:paraId="2E04AF77" w14:textId="77777777" w:rsidR="00000B84" w:rsidRDefault="00000000">
            <w:pPr>
              <w:pStyle w:val="TableText"/>
            </w:pPr>
            <w:r>
              <w:t>Herminia Herminiajuliomanjor</w:t>
            </w:r>
          </w:p>
        </w:tc>
      </w:tr>
      <w:tr w:rsidR="00000B84" w14:paraId="07B40700" w14:textId="77777777">
        <w:trPr>
          <w:cantSplit/>
        </w:trPr>
        <w:tc>
          <w:tcPr>
            <w:tcW w:w="1126" w:type="dxa"/>
            <w:shd w:val="clear" w:color="auto" w:fill="FFFFFF"/>
          </w:tcPr>
          <w:p w14:paraId="29775094" w14:textId="77777777" w:rsidR="00000B84" w:rsidRDefault="00000000">
            <w:pPr>
              <w:pStyle w:val="TableText"/>
            </w:pPr>
            <w:r>
              <w:t>2887</w:t>
            </w:r>
          </w:p>
        </w:tc>
        <w:tc>
          <w:tcPr>
            <w:tcW w:w="4810" w:type="dxa"/>
            <w:shd w:val="clear" w:color="auto" w:fill="FFFFFF"/>
          </w:tcPr>
          <w:p w14:paraId="615AFA88" w14:textId="77777777" w:rsidR="00000B84" w:rsidRDefault="00000000">
            <w:pPr>
              <w:pStyle w:val="TableText"/>
            </w:pPr>
            <w:r>
              <w:t>Joana Mamunagade Joana João Artur Mamunagade</w:t>
            </w:r>
          </w:p>
        </w:tc>
        <w:tc>
          <w:tcPr>
            <w:tcW w:w="4210" w:type="dxa"/>
            <w:shd w:val="clear" w:color="auto" w:fill="FFFFFF"/>
          </w:tcPr>
          <w:p w14:paraId="7A4A1928" w14:textId="77777777" w:rsidR="00000B84" w:rsidRDefault="00000000">
            <w:pPr>
              <w:pStyle w:val="TableText"/>
            </w:pPr>
            <w:r>
              <w:t>Joana M. Mamunagade</w:t>
            </w:r>
          </w:p>
        </w:tc>
      </w:tr>
      <w:tr w:rsidR="00000B84" w14:paraId="70465ABA" w14:textId="77777777">
        <w:trPr>
          <w:cantSplit/>
        </w:trPr>
        <w:tc>
          <w:tcPr>
            <w:tcW w:w="1126" w:type="dxa"/>
            <w:shd w:val="clear" w:color="auto" w:fill="F0F5F2"/>
          </w:tcPr>
          <w:p w14:paraId="207D3B08" w14:textId="77777777" w:rsidR="00000B84" w:rsidRDefault="00000000">
            <w:pPr>
              <w:pStyle w:val="TableText"/>
            </w:pPr>
            <w:r>
              <w:t>3828</w:t>
            </w:r>
          </w:p>
        </w:tc>
        <w:tc>
          <w:tcPr>
            <w:tcW w:w="4810" w:type="dxa"/>
            <w:shd w:val="clear" w:color="auto" w:fill="F0F5F2"/>
          </w:tcPr>
          <w:p w14:paraId="7F4E65F0" w14:textId="77777777" w:rsidR="00000B84" w:rsidRDefault="00000000">
            <w:pPr>
              <w:pStyle w:val="TableText"/>
            </w:pPr>
            <w:r>
              <w:t>Marta Transfiguração Patricio Muquelampa</w:t>
            </w:r>
          </w:p>
        </w:tc>
        <w:tc>
          <w:tcPr>
            <w:tcW w:w="4210" w:type="dxa"/>
            <w:shd w:val="clear" w:color="auto" w:fill="F0F5F2"/>
          </w:tcPr>
          <w:p w14:paraId="7DA9A5B0" w14:textId="77777777" w:rsidR="00000B84" w:rsidRDefault="00000000">
            <w:pPr>
              <w:pStyle w:val="TableText"/>
            </w:pPr>
            <w:r>
              <w:t>Marta T. Muquelampa</w:t>
            </w:r>
          </w:p>
        </w:tc>
      </w:tr>
      <w:tr w:rsidR="00000B84" w14:paraId="6CE07269" w14:textId="77777777">
        <w:trPr>
          <w:cantSplit/>
        </w:trPr>
        <w:tc>
          <w:tcPr>
            <w:tcW w:w="1126" w:type="dxa"/>
            <w:shd w:val="clear" w:color="auto" w:fill="FFFFFF"/>
          </w:tcPr>
          <w:p w14:paraId="56139345" w14:textId="77777777" w:rsidR="00000B84" w:rsidRDefault="00000000">
            <w:pPr>
              <w:pStyle w:val="TableText"/>
            </w:pPr>
            <w:r>
              <w:t>3973</w:t>
            </w:r>
          </w:p>
        </w:tc>
        <w:tc>
          <w:tcPr>
            <w:tcW w:w="4810" w:type="dxa"/>
            <w:shd w:val="clear" w:color="auto" w:fill="FFFFFF"/>
          </w:tcPr>
          <w:p w14:paraId="4805A817" w14:textId="77777777" w:rsidR="00000B84" w:rsidRDefault="00000000">
            <w:pPr>
              <w:pStyle w:val="TableText"/>
            </w:pPr>
            <w:r>
              <w:t>Minjurda Branquinho Augustinho</w:t>
            </w:r>
          </w:p>
        </w:tc>
        <w:tc>
          <w:tcPr>
            <w:tcW w:w="4210" w:type="dxa"/>
            <w:shd w:val="clear" w:color="auto" w:fill="FFFFFF"/>
          </w:tcPr>
          <w:p w14:paraId="1C0E5505" w14:textId="77777777" w:rsidR="00000B84" w:rsidRDefault="00000000">
            <w:pPr>
              <w:pStyle w:val="TableText"/>
            </w:pPr>
            <w:r>
              <w:t>Minjurda B. Augustinho</w:t>
            </w:r>
          </w:p>
        </w:tc>
      </w:tr>
    </w:tbl>
    <w:p w14:paraId="79921EED" w14:textId="77777777" w:rsidR="00000B84" w:rsidRDefault="00000000">
      <w:pPr>
        <w:pStyle w:val="ReportSmall"/>
      </w:pPr>
      <w:r>
        <w:t>A linha 634 continha um endereço de correio electrónico no campo do nome; a forma aprovada é Assineite Gil Álvaro. As outras oito entradas usam iniciais aprovadas ou uma selecção mais curta das unidades do nome. Essas oito entradas também constam do anexo dos nomes abreviados.</w:t>
      </w:r>
    </w:p>
    <w:p w14:paraId="75B962CE" w14:textId="77777777" w:rsidR="00000B84" w:rsidRDefault="00000000">
      <w:r>
        <w:br w:type="page"/>
      </w:r>
    </w:p>
    <w:p w14:paraId="64106AA6" w14:textId="77777777" w:rsidR="00000B84" w:rsidRDefault="00000000">
      <w:pPr>
        <w:pStyle w:val="Title"/>
      </w:pPr>
      <w:r>
        <w:lastRenderedPageBreak/>
        <w:t>Anexo: registo dos nomes</w:t>
      </w:r>
      <w:r>
        <w:br/>
        <w:t>abreviados</w:t>
      </w:r>
    </w:p>
    <w:p w14:paraId="64D85F35" w14:textId="77777777" w:rsidR="00000B84" w:rsidRDefault="00000000">
      <w:pPr>
        <w:pStyle w:val="ReportSmall"/>
      </w:pPr>
      <w:r>
        <w:t>Este anexo apresenta os 660 nomes abreviados: 523 da primeira folha e 137 da segunda. A posição identifica o prefixo de quatro algarismos do nome do ficheiro; a linha identifica a linha de origem no Excel. As duas páginas de cada PPTX usam o nome final indicado. Os nomes compostos abrangidos pela regra aprovada são mantidos completos. O asterisco (*) assinala uma abreviação adicional aprovada pelo utilizador.</w:t>
      </w:r>
    </w:p>
    <w:p w14:paraId="5BC96C96" w14:textId="77777777" w:rsidR="00000B84" w:rsidRDefault="00000000">
      <w:pPr>
        <w:pStyle w:val="Heading1"/>
      </w:pPr>
      <w:r>
        <w:t>1.Apurados_F — 523 nomes</w:t>
      </w:r>
    </w:p>
    <w:tbl>
      <w:tblPr>
        <w:tblW w:w="10146" w:type="dxa"/>
        <w:tblInd w:w="120" w:type="dxa"/>
        <w:tblBorders>
          <w:top w:val="single" w:sz="4" w:space="0" w:color="D5DFDA"/>
          <w:left w:val="single" w:sz="4" w:space="0" w:color="D5DFDA"/>
          <w:bottom w:val="single" w:sz="4" w:space="0" w:color="D5DFDA"/>
          <w:right w:val="single" w:sz="4" w:space="0" w:color="D5DFDA"/>
          <w:insideH w:val="single" w:sz="4" w:space="0" w:color="D5DFDA"/>
          <w:insideV w:val="single" w:sz="4" w:space="0" w:color="D5DFDA"/>
        </w:tblBorders>
        <w:tblLayout w:type="fixed"/>
        <w:tblCellMar>
          <w:top w:w="100" w:type="dxa"/>
          <w:left w:w="120" w:type="dxa"/>
          <w:bottom w:w="100" w:type="dxa"/>
          <w:right w:w="120" w:type="dxa"/>
        </w:tblCellMar>
        <w:tblLook w:val="04A0" w:firstRow="1" w:lastRow="0" w:firstColumn="1" w:lastColumn="0" w:noHBand="0" w:noVBand="1"/>
      </w:tblPr>
      <w:tblGrid>
        <w:gridCol w:w="1406"/>
        <w:gridCol w:w="4630"/>
        <w:gridCol w:w="4110"/>
      </w:tblGrid>
      <w:tr w:rsidR="00000B84" w14:paraId="26CF1F7A" w14:textId="77777777">
        <w:trPr>
          <w:cantSplit/>
          <w:tblHeader/>
        </w:trPr>
        <w:tc>
          <w:tcPr>
            <w:tcW w:w="1406" w:type="dxa"/>
            <w:shd w:val="clear" w:color="auto" w:fill="28715D"/>
          </w:tcPr>
          <w:p w14:paraId="5957ABC1" w14:textId="77777777" w:rsidR="00000B84" w:rsidRDefault="00000000">
            <w:pPr>
              <w:pStyle w:val="TableHeader"/>
            </w:pPr>
            <w:r>
              <w:t>Posição / linha</w:t>
            </w:r>
          </w:p>
        </w:tc>
        <w:tc>
          <w:tcPr>
            <w:tcW w:w="4630" w:type="dxa"/>
            <w:shd w:val="clear" w:color="auto" w:fill="28715D"/>
          </w:tcPr>
          <w:p w14:paraId="1364EF38" w14:textId="77777777" w:rsidR="00000B84" w:rsidRDefault="00000000">
            <w:pPr>
              <w:pStyle w:val="TableHeader"/>
            </w:pPr>
            <w:r>
              <w:t>Nome original no Excel</w:t>
            </w:r>
          </w:p>
        </w:tc>
        <w:tc>
          <w:tcPr>
            <w:tcW w:w="4110" w:type="dxa"/>
            <w:shd w:val="clear" w:color="auto" w:fill="28715D"/>
          </w:tcPr>
          <w:p w14:paraId="223A0499" w14:textId="77777777" w:rsidR="00000B84" w:rsidRDefault="00000000">
            <w:pPr>
              <w:pStyle w:val="TableHeader"/>
            </w:pPr>
            <w:r>
              <w:t>Nome final nas duas páginas</w:t>
            </w:r>
          </w:p>
        </w:tc>
      </w:tr>
      <w:tr w:rsidR="00000B84" w14:paraId="4B92793C" w14:textId="77777777">
        <w:trPr>
          <w:cantSplit/>
        </w:trPr>
        <w:tc>
          <w:tcPr>
            <w:tcW w:w="1406" w:type="dxa"/>
            <w:shd w:val="clear" w:color="auto" w:fill="FFFFFF"/>
          </w:tcPr>
          <w:p w14:paraId="72F74024" w14:textId="77777777" w:rsidR="00000B84" w:rsidRDefault="00000000">
            <w:pPr>
              <w:pStyle w:val="TableText"/>
            </w:pPr>
            <w:r>
              <w:t>0006 / 7</w:t>
            </w:r>
          </w:p>
        </w:tc>
        <w:tc>
          <w:tcPr>
            <w:tcW w:w="4630" w:type="dxa"/>
            <w:shd w:val="clear" w:color="auto" w:fill="FFFFFF"/>
          </w:tcPr>
          <w:p w14:paraId="1264A775" w14:textId="77777777" w:rsidR="00000B84" w:rsidRDefault="00000000">
            <w:pPr>
              <w:pStyle w:val="TableText"/>
            </w:pPr>
            <w:r>
              <w:t>Abiliana Armando Amusiamala Armando</w:t>
            </w:r>
          </w:p>
        </w:tc>
        <w:tc>
          <w:tcPr>
            <w:tcW w:w="4110" w:type="dxa"/>
            <w:shd w:val="clear" w:color="auto" w:fill="FFFFFF"/>
          </w:tcPr>
          <w:p w14:paraId="3A78E914" w14:textId="77777777" w:rsidR="00000B84" w:rsidRDefault="00000000">
            <w:pPr>
              <w:pStyle w:val="TableText"/>
            </w:pPr>
            <w:r>
              <w:t>Abiliana Armando Armando</w:t>
            </w:r>
          </w:p>
        </w:tc>
      </w:tr>
      <w:tr w:rsidR="00000B84" w14:paraId="6DB370D4" w14:textId="77777777">
        <w:trPr>
          <w:cantSplit/>
        </w:trPr>
        <w:tc>
          <w:tcPr>
            <w:tcW w:w="1406" w:type="dxa"/>
            <w:shd w:val="clear" w:color="auto" w:fill="F0F5F2"/>
          </w:tcPr>
          <w:p w14:paraId="4D41CBE3" w14:textId="77777777" w:rsidR="00000B84" w:rsidRDefault="00000000">
            <w:pPr>
              <w:pStyle w:val="TableText"/>
            </w:pPr>
            <w:r>
              <w:t>0013 / 14</w:t>
            </w:r>
          </w:p>
        </w:tc>
        <w:tc>
          <w:tcPr>
            <w:tcW w:w="4630" w:type="dxa"/>
            <w:shd w:val="clear" w:color="auto" w:fill="F0F5F2"/>
          </w:tcPr>
          <w:p w14:paraId="70379C2D" w14:textId="77777777" w:rsidR="00000B84" w:rsidRDefault="00000000">
            <w:pPr>
              <w:pStyle w:val="TableText"/>
            </w:pPr>
            <w:r>
              <w:t>Acaina Amido Acaina Amido Salém</w:t>
            </w:r>
          </w:p>
        </w:tc>
        <w:tc>
          <w:tcPr>
            <w:tcW w:w="4110" w:type="dxa"/>
            <w:shd w:val="clear" w:color="auto" w:fill="F0F5F2"/>
          </w:tcPr>
          <w:p w14:paraId="206F6CF3" w14:textId="77777777" w:rsidR="00000B84" w:rsidRDefault="00000000">
            <w:pPr>
              <w:pStyle w:val="TableText"/>
            </w:pPr>
            <w:r>
              <w:t>Acaina Amido Salém</w:t>
            </w:r>
          </w:p>
        </w:tc>
      </w:tr>
      <w:tr w:rsidR="00000B84" w14:paraId="5F8D2DB2" w14:textId="77777777">
        <w:trPr>
          <w:cantSplit/>
        </w:trPr>
        <w:tc>
          <w:tcPr>
            <w:tcW w:w="1406" w:type="dxa"/>
            <w:shd w:val="clear" w:color="auto" w:fill="FFFFFF"/>
          </w:tcPr>
          <w:p w14:paraId="17FC6AF5" w14:textId="77777777" w:rsidR="00000B84" w:rsidRDefault="00000000">
            <w:pPr>
              <w:pStyle w:val="TableText"/>
            </w:pPr>
            <w:r>
              <w:t>0021 / 22</w:t>
            </w:r>
          </w:p>
        </w:tc>
        <w:tc>
          <w:tcPr>
            <w:tcW w:w="4630" w:type="dxa"/>
            <w:shd w:val="clear" w:color="auto" w:fill="FFFFFF"/>
          </w:tcPr>
          <w:p w14:paraId="499FE8E2" w14:textId="77777777" w:rsidR="00000B84" w:rsidRDefault="00000000">
            <w:pPr>
              <w:pStyle w:val="TableText"/>
            </w:pPr>
            <w:r>
              <w:t>Adelaide Eduardo Correia Mendes</w:t>
            </w:r>
          </w:p>
        </w:tc>
        <w:tc>
          <w:tcPr>
            <w:tcW w:w="4110" w:type="dxa"/>
            <w:shd w:val="clear" w:color="auto" w:fill="FFFFFF"/>
          </w:tcPr>
          <w:p w14:paraId="16B60291" w14:textId="77777777" w:rsidR="00000B84" w:rsidRDefault="00000000">
            <w:pPr>
              <w:pStyle w:val="TableText"/>
            </w:pPr>
            <w:r>
              <w:t>Adelaide Eduardo Mendes</w:t>
            </w:r>
          </w:p>
        </w:tc>
      </w:tr>
      <w:tr w:rsidR="00000B84" w14:paraId="189808D9" w14:textId="77777777">
        <w:trPr>
          <w:cantSplit/>
        </w:trPr>
        <w:tc>
          <w:tcPr>
            <w:tcW w:w="1406" w:type="dxa"/>
            <w:shd w:val="clear" w:color="auto" w:fill="F0F5F2"/>
          </w:tcPr>
          <w:p w14:paraId="461EE845" w14:textId="77777777" w:rsidR="00000B84" w:rsidRDefault="00000000">
            <w:pPr>
              <w:pStyle w:val="TableText"/>
            </w:pPr>
            <w:r>
              <w:t>0022 / 23</w:t>
            </w:r>
          </w:p>
        </w:tc>
        <w:tc>
          <w:tcPr>
            <w:tcW w:w="4630" w:type="dxa"/>
            <w:shd w:val="clear" w:color="auto" w:fill="F0F5F2"/>
          </w:tcPr>
          <w:p w14:paraId="2AC17A68" w14:textId="77777777" w:rsidR="00000B84" w:rsidRDefault="00000000">
            <w:pPr>
              <w:pStyle w:val="TableText"/>
            </w:pPr>
            <w:r>
              <w:t>Adelaide Enfim Madeira Manhique</w:t>
            </w:r>
          </w:p>
        </w:tc>
        <w:tc>
          <w:tcPr>
            <w:tcW w:w="4110" w:type="dxa"/>
            <w:shd w:val="clear" w:color="auto" w:fill="F0F5F2"/>
          </w:tcPr>
          <w:p w14:paraId="5B81AB5D" w14:textId="77777777" w:rsidR="00000B84" w:rsidRDefault="00000000">
            <w:pPr>
              <w:pStyle w:val="TableText"/>
            </w:pPr>
            <w:r>
              <w:t>Adelaide Enfim Manhique</w:t>
            </w:r>
          </w:p>
        </w:tc>
      </w:tr>
      <w:tr w:rsidR="00000B84" w14:paraId="591B59FD" w14:textId="77777777">
        <w:trPr>
          <w:cantSplit/>
        </w:trPr>
        <w:tc>
          <w:tcPr>
            <w:tcW w:w="1406" w:type="dxa"/>
            <w:shd w:val="clear" w:color="auto" w:fill="FFFFFF"/>
          </w:tcPr>
          <w:p w14:paraId="1B981C30" w14:textId="77777777" w:rsidR="00000B84" w:rsidRDefault="00000000">
            <w:pPr>
              <w:pStyle w:val="TableText"/>
            </w:pPr>
            <w:r>
              <w:t>0042 / 43</w:t>
            </w:r>
          </w:p>
        </w:tc>
        <w:tc>
          <w:tcPr>
            <w:tcW w:w="4630" w:type="dxa"/>
            <w:shd w:val="clear" w:color="auto" w:fill="FFFFFF"/>
          </w:tcPr>
          <w:p w14:paraId="357E2F7C" w14:textId="77777777" w:rsidR="00000B84" w:rsidRDefault="00000000">
            <w:pPr>
              <w:pStyle w:val="TableText"/>
            </w:pPr>
            <w:r>
              <w:t>Adelina Benedito Mário Mariano</w:t>
            </w:r>
          </w:p>
        </w:tc>
        <w:tc>
          <w:tcPr>
            <w:tcW w:w="4110" w:type="dxa"/>
            <w:shd w:val="clear" w:color="auto" w:fill="FFFFFF"/>
          </w:tcPr>
          <w:p w14:paraId="44F07DEA" w14:textId="77777777" w:rsidR="00000B84" w:rsidRDefault="00000000">
            <w:pPr>
              <w:pStyle w:val="TableText"/>
            </w:pPr>
            <w:r>
              <w:t>Adelina Benedito Mariano</w:t>
            </w:r>
          </w:p>
        </w:tc>
      </w:tr>
      <w:tr w:rsidR="00000B84" w14:paraId="3D850E1E" w14:textId="77777777">
        <w:trPr>
          <w:cantSplit/>
        </w:trPr>
        <w:tc>
          <w:tcPr>
            <w:tcW w:w="1406" w:type="dxa"/>
            <w:shd w:val="clear" w:color="auto" w:fill="F0F5F2"/>
          </w:tcPr>
          <w:p w14:paraId="095832E7" w14:textId="77777777" w:rsidR="00000B84" w:rsidRDefault="00000000">
            <w:pPr>
              <w:pStyle w:val="TableText"/>
            </w:pPr>
            <w:r>
              <w:t>0074 / 75</w:t>
            </w:r>
          </w:p>
        </w:tc>
        <w:tc>
          <w:tcPr>
            <w:tcW w:w="4630" w:type="dxa"/>
            <w:shd w:val="clear" w:color="auto" w:fill="F0F5F2"/>
          </w:tcPr>
          <w:p w14:paraId="17A5824A" w14:textId="77777777" w:rsidR="00000B84" w:rsidRDefault="00000000">
            <w:pPr>
              <w:pStyle w:val="TableText"/>
            </w:pPr>
            <w:r>
              <w:t>Admira Tito Gulamudne Chemeriua</w:t>
            </w:r>
          </w:p>
        </w:tc>
        <w:tc>
          <w:tcPr>
            <w:tcW w:w="4110" w:type="dxa"/>
            <w:shd w:val="clear" w:color="auto" w:fill="F0F5F2"/>
          </w:tcPr>
          <w:p w14:paraId="43841777" w14:textId="77777777" w:rsidR="00000B84" w:rsidRDefault="00000000">
            <w:pPr>
              <w:pStyle w:val="TableText"/>
            </w:pPr>
            <w:r>
              <w:t>Admira Tito Chemeriua</w:t>
            </w:r>
          </w:p>
        </w:tc>
      </w:tr>
      <w:tr w:rsidR="00000B84" w14:paraId="422C3378" w14:textId="77777777">
        <w:trPr>
          <w:cantSplit/>
        </w:trPr>
        <w:tc>
          <w:tcPr>
            <w:tcW w:w="1406" w:type="dxa"/>
            <w:shd w:val="clear" w:color="auto" w:fill="FFFFFF"/>
          </w:tcPr>
          <w:p w14:paraId="347B5F3A" w14:textId="77777777" w:rsidR="00000B84" w:rsidRDefault="00000000">
            <w:pPr>
              <w:pStyle w:val="TableText"/>
            </w:pPr>
            <w:r>
              <w:t>0097 / 98</w:t>
            </w:r>
          </w:p>
        </w:tc>
        <w:tc>
          <w:tcPr>
            <w:tcW w:w="4630" w:type="dxa"/>
            <w:shd w:val="clear" w:color="auto" w:fill="FFFFFF"/>
          </w:tcPr>
          <w:p w14:paraId="7C011519" w14:textId="77777777" w:rsidR="00000B84" w:rsidRDefault="00000000">
            <w:pPr>
              <w:pStyle w:val="TableText"/>
            </w:pPr>
            <w:r>
              <w:t>Agnelia Daniel Dos Santos Lampiao</w:t>
            </w:r>
          </w:p>
        </w:tc>
        <w:tc>
          <w:tcPr>
            <w:tcW w:w="4110" w:type="dxa"/>
            <w:shd w:val="clear" w:color="auto" w:fill="FFFFFF"/>
          </w:tcPr>
          <w:p w14:paraId="509368E7" w14:textId="77777777" w:rsidR="00000B84" w:rsidRDefault="00000000">
            <w:pPr>
              <w:pStyle w:val="TableText"/>
            </w:pPr>
            <w:r>
              <w:t>Agnelia Daniel Lampiao</w:t>
            </w:r>
          </w:p>
        </w:tc>
      </w:tr>
      <w:tr w:rsidR="00000B84" w14:paraId="3E517191" w14:textId="77777777">
        <w:trPr>
          <w:cantSplit/>
        </w:trPr>
        <w:tc>
          <w:tcPr>
            <w:tcW w:w="1406" w:type="dxa"/>
            <w:shd w:val="clear" w:color="auto" w:fill="F0F5F2"/>
          </w:tcPr>
          <w:p w14:paraId="34BF5C5C" w14:textId="77777777" w:rsidR="00000B84" w:rsidRDefault="00000000">
            <w:pPr>
              <w:pStyle w:val="TableText"/>
            </w:pPr>
            <w:r>
              <w:t>0105 / 106</w:t>
            </w:r>
          </w:p>
        </w:tc>
        <w:tc>
          <w:tcPr>
            <w:tcW w:w="4630" w:type="dxa"/>
            <w:shd w:val="clear" w:color="auto" w:fill="F0F5F2"/>
          </w:tcPr>
          <w:p w14:paraId="2C470020" w14:textId="77777777" w:rsidR="00000B84" w:rsidRDefault="00000000">
            <w:pPr>
              <w:pStyle w:val="TableText"/>
            </w:pPr>
            <w:r>
              <w:t>Agostinha Sulude Agostinho Francisco</w:t>
            </w:r>
          </w:p>
        </w:tc>
        <w:tc>
          <w:tcPr>
            <w:tcW w:w="4110" w:type="dxa"/>
            <w:shd w:val="clear" w:color="auto" w:fill="F0F5F2"/>
          </w:tcPr>
          <w:p w14:paraId="3ADCA923" w14:textId="77777777" w:rsidR="00000B84" w:rsidRDefault="00000000">
            <w:pPr>
              <w:pStyle w:val="TableText"/>
            </w:pPr>
            <w:r>
              <w:t>Agostinha Sulude Francisco</w:t>
            </w:r>
          </w:p>
        </w:tc>
      </w:tr>
      <w:tr w:rsidR="00000B84" w14:paraId="6E995696" w14:textId="77777777">
        <w:trPr>
          <w:cantSplit/>
        </w:trPr>
        <w:tc>
          <w:tcPr>
            <w:tcW w:w="1406" w:type="dxa"/>
            <w:shd w:val="clear" w:color="auto" w:fill="FFFFFF"/>
          </w:tcPr>
          <w:p w14:paraId="557E96F3" w14:textId="77777777" w:rsidR="00000B84" w:rsidRDefault="00000000">
            <w:pPr>
              <w:pStyle w:val="TableText"/>
            </w:pPr>
            <w:r>
              <w:t>0136 / 137</w:t>
            </w:r>
          </w:p>
        </w:tc>
        <w:tc>
          <w:tcPr>
            <w:tcW w:w="4630" w:type="dxa"/>
            <w:shd w:val="clear" w:color="auto" w:fill="FFFFFF"/>
          </w:tcPr>
          <w:p w14:paraId="7471C8DB" w14:textId="77777777" w:rsidR="00000B84" w:rsidRDefault="00000000">
            <w:pPr>
              <w:pStyle w:val="TableText"/>
            </w:pPr>
            <w:r>
              <w:t>Ailen Da Graça Eugénio Simindila Sarifo</w:t>
            </w:r>
          </w:p>
        </w:tc>
        <w:tc>
          <w:tcPr>
            <w:tcW w:w="4110" w:type="dxa"/>
            <w:shd w:val="clear" w:color="auto" w:fill="FFFFFF"/>
          </w:tcPr>
          <w:p w14:paraId="4C337EEE" w14:textId="77777777" w:rsidR="00000B84" w:rsidRDefault="00000000">
            <w:pPr>
              <w:pStyle w:val="TableText"/>
            </w:pPr>
            <w:r>
              <w:t>Ailen Da Graça Sarifo</w:t>
            </w:r>
          </w:p>
        </w:tc>
      </w:tr>
      <w:tr w:rsidR="00000B84" w14:paraId="5C15BF02" w14:textId="77777777">
        <w:trPr>
          <w:cantSplit/>
        </w:trPr>
        <w:tc>
          <w:tcPr>
            <w:tcW w:w="1406" w:type="dxa"/>
            <w:shd w:val="clear" w:color="auto" w:fill="F0F5F2"/>
          </w:tcPr>
          <w:p w14:paraId="0B9BA870" w14:textId="77777777" w:rsidR="00000B84" w:rsidRDefault="00000000">
            <w:pPr>
              <w:pStyle w:val="TableText"/>
            </w:pPr>
            <w:r>
              <w:t>0140 / 141</w:t>
            </w:r>
          </w:p>
        </w:tc>
        <w:tc>
          <w:tcPr>
            <w:tcW w:w="4630" w:type="dxa"/>
            <w:shd w:val="clear" w:color="auto" w:fill="F0F5F2"/>
          </w:tcPr>
          <w:p w14:paraId="6D99928C" w14:textId="77777777" w:rsidR="00000B84" w:rsidRDefault="00000000">
            <w:pPr>
              <w:pStyle w:val="TableText"/>
            </w:pPr>
            <w:r>
              <w:t>Aissa Almeida António Donça Almeida António Donça</w:t>
            </w:r>
          </w:p>
        </w:tc>
        <w:tc>
          <w:tcPr>
            <w:tcW w:w="4110" w:type="dxa"/>
            <w:shd w:val="clear" w:color="auto" w:fill="F0F5F2"/>
          </w:tcPr>
          <w:p w14:paraId="3797F81A" w14:textId="77777777" w:rsidR="00000B84" w:rsidRDefault="00000000">
            <w:pPr>
              <w:pStyle w:val="TableText"/>
            </w:pPr>
            <w:r>
              <w:t>Aissa Almeida Donça</w:t>
            </w:r>
          </w:p>
        </w:tc>
      </w:tr>
      <w:tr w:rsidR="00000B84" w14:paraId="19D6DCBE" w14:textId="77777777">
        <w:trPr>
          <w:cantSplit/>
        </w:trPr>
        <w:tc>
          <w:tcPr>
            <w:tcW w:w="1406" w:type="dxa"/>
            <w:shd w:val="clear" w:color="auto" w:fill="FFFFFF"/>
          </w:tcPr>
          <w:p w14:paraId="494D8718" w14:textId="77777777" w:rsidR="00000B84" w:rsidRDefault="00000000">
            <w:pPr>
              <w:pStyle w:val="TableText"/>
            </w:pPr>
            <w:r>
              <w:t>0154 / 155</w:t>
            </w:r>
          </w:p>
        </w:tc>
        <w:tc>
          <w:tcPr>
            <w:tcW w:w="4630" w:type="dxa"/>
            <w:shd w:val="clear" w:color="auto" w:fill="FFFFFF"/>
          </w:tcPr>
          <w:p w14:paraId="3E44759E" w14:textId="77777777" w:rsidR="00000B84" w:rsidRDefault="00000000">
            <w:pPr>
              <w:pStyle w:val="TableText"/>
            </w:pPr>
            <w:r>
              <w:t>Albertina  Alberto Da Costa Tayobo</w:t>
            </w:r>
          </w:p>
        </w:tc>
        <w:tc>
          <w:tcPr>
            <w:tcW w:w="4110" w:type="dxa"/>
            <w:shd w:val="clear" w:color="auto" w:fill="FFFFFF"/>
          </w:tcPr>
          <w:p w14:paraId="6360F654" w14:textId="77777777" w:rsidR="00000B84" w:rsidRDefault="00000000">
            <w:pPr>
              <w:pStyle w:val="TableText"/>
            </w:pPr>
            <w:r>
              <w:t>Albertina Alberto Tayobo</w:t>
            </w:r>
          </w:p>
        </w:tc>
      </w:tr>
      <w:tr w:rsidR="00000B84" w14:paraId="1F3AEAD7" w14:textId="77777777">
        <w:trPr>
          <w:cantSplit/>
        </w:trPr>
        <w:tc>
          <w:tcPr>
            <w:tcW w:w="1406" w:type="dxa"/>
            <w:shd w:val="clear" w:color="auto" w:fill="F0F5F2"/>
          </w:tcPr>
          <w:p w14:paraId="62DF31E6" w14:textId="77777777" w:rsidR="00000B84" w:rsidRDefault="00000000">
            <w:pPr>
              <w:pStyle w:val="TableText"/>
            </w:pPr>
            <w:r>
              <w:t>0158 / 159</w:t>
            </w:r>
          </w:p>
        </w:tc>
        <w:tc>
          <w:tcPr>
            <w:tcW w:w="4630" w:type="dxa"/>
            <w:shd w:val="clear" w:color="auto" w:fill="F0F5F2"/>
          </w:tcPr>
          <w:p w14:paraId="278A2C55" w14:textId="77777777" w:rsidR="00000B84" w:rsidRDefault="00000000">
            <w:pPr>
              <w:pStyle w:val="TableText"/>
            </w:pPr>
            <w:r>
              <w:t>Albertina Angela Nicolau Antonio</w:t>
            </w:r>
          </w:p>
        </w:tc>
        <w:tc>
          <w:tcPr>
            <w:tcW w:w="4110" w:type="dxa"/>
            <w:shd w:val="clear" w:color="auto" w:fill="F0F5F2"/>
          </w:tcPr>
          <w:p w14:paraId="7AD3824E" w14:textId="77777777" w:rsidR="00000B84" w:rsidRDefault="00000000">
            <w:pPr>
              <w:pStyle w:val="TableText"/>
            </w:pPr>
            <w:r>
              <w:t>Albertina Angela Antonio</w:t>
            </w:r>
          </w:p>
        </w:tc>
      </w:tr>
      <w:tr w:rsidR="00000B84" w14:paraId="77DAFD0A" w14:textId="77777777">
        <w:trPr>
          <w:cantSplit/>
        </w:trPr>
        <w:tc>
          <w:tcPr>
            <w:tcW w:w="1406" w:type="dxa"/>
            <w:shd w:val="clear" w:color="auto" w:fill="FFFFFF"/>
          </w:tcPr>
          <w:p w14:paraId="3250015D" w14:textId="77777777" w:rsidR="00000B84" w:rsidRDefault="00000000">
            <w:pPr>
              <w:pStyle w:val="TableText"/>
            </w:pPr>
            <w:r>
              <w:t>0159 / 160</w:t>
            </w:r>
          </w:p>
        </w:tc>
        <w:tc>
          <w:tcPr>
            <w:tcW w:w="4630" w:type="dxa"/>
            <w:shd w:val="clear" w:color="auto" w:fill="FFFFFF"/>
          </w:tcPr>
          <w:p w14:paraId="42511CA9" w14:textId="77777777" w:rsidR="00000B84" w:rsidRDefault="00000000">
            <w:pPr>
              <w:pStyle w:val="TableText"/>
            </w:pPr>
            <w:r>
              <w:t>Albertina Arlindo Albertina Arlindo Francisco Ocalauaia Pacala</w:t>
            </w:r>
          </w:p>
        </w:tc>
        <w:tc>
          <w:tcPr>
            <w:tcW w:w="4110" w:type="dxa"/>
            <w:shd w:val="clear" w:color="auto" w:fill="FFFFFF"/>
          </w:tcPr>
          <w:p w14:paraId="3CC54AFF" w14:textId="77777777" w:rsidR="00000B84" w:rsidRDefault="00000000">
            <w:pPr>
              <w:pStyle w:val="TableText"/>
            </w:pPr>
            <w:r>
              <w:t>Albertina Arlindo Pacala</w:t>
            </w:r>
          </w:p>
        </w:tc>
      </w:tr>
      <w:tr w:rsidR="00000B84" w14:paraId="22C06338" w14:textId="77777777">
        <w:trPr>
          <w:cantSplit/>
        </w:trPr>
        <w:tc>
          <w:tcPr>
            <w:tcW w:w="1406" w:type="dxa"/>
            <w:shd w:val="clear" w:color="auto" w:fill="F0F5F2"/>
          </w:tcPr>
          <w:p w14:paraId="272A51C2" w14:textId="77777777" w:rsidR="00000B84" w:rsidRDefault="00000000">
            <w:pPr>
              <w:pStyle w:val="TableText"/>
            </w:pPr>
            <w:r>
              <w:t>0161 / 162</w:t>
            </w:r>
          </w:p>
        </w:tc>
        <w:tc>
          <w:tcPr>
            <w:tcW w:w="4630" w:type="dxa"/>
            <w:shd w:val="clear" w:color="auto" w:fill="F0F5F2"/>
          </w:tcPr>
          <w:p w14:paraId="1D8F5353" w14:textId="77777777" w:rsidR="00000B84" w:rsidRDefault="00000000">
            <w:pPr>
              <w:pStyle w:val="TableText"/>
            </w:pPr>
            <w:r>
              <w:t>Albertina Carlos Albertina Carlos Culaço Amela</w:t>
            </w:r>
          </w:p>
        </w:tc>
        <w:tc>
          <w:tcPr>
            <w:tcW w:w="4110" w:type="dxa"/>
            <w:shd w:val="clear" w:color="auto" w:fill="F0F5F2"/>
          </w:tcPr>
          <w:p w14:paraId="1E7C5472" w14:textId="77777777" w:rsidR="00000B84" w:rsidRDefault="00000000">
            <w:pPr>
              <w:pStyle w:val="TableText"/>
            </w:pPr>
            <w:r>
              <w:t>Albertina Carlos Amela</w:t>
            </w:r>
          </w:p>
        </w:tc>
      </w:tr>
      <w:tr w:rsidR="00000B84" w14:paraId="03FD84CE" w14:textId="77777777">
        <w:trPr>
          <w:cantSplit/>
        </w:trPr>
        <w:tc>
          <w:tcPr>
            <w:tcW w:w="1406" w:type="dxa"/>
            <w:shd w:val="clear" w:color="auto" w:fill="FFFFFF"/>
          </w:tcPr>
          <w:p w14:paraId="49AB31F6" w14:textId="77777777" w:rsidR="00000B84" w:rsidRDefault="00000000">
            <w:pPr>
              <w:pStyle w:val="TableText"/>
            </w:pPr>
            <w:r>
              <w:t>0182 / 183</w:t>
            </w:r>
          </w:p>
        </w:tc>
        <w:tc>
          <w:tcPr>
            <w:tcW w:w="4630" w:type="dxa"/>
            <w:shd w:val="clear" w:color="auto" w:fill="FFFFFF"/>
          </w:tcPr>
          <w:p w14:paraId="47A8834F" w14:textId="77777777" w:rsidR="00000B84" w:rsidRDefault="00000000">
            <w:pPr>
              <w:pStyle w:val="TableText"/>
            </w:pPr>
            <w:r>
              <w:t>Alesse Tequete Saide Alesse Tequete Saide Cazembe</w:t>
            </w:r>
          </w:p>
        </w:tc>
        <w:tc>
          <w:tcPr>
            <w:tcW w:w="4110" w:type="dxa"/>
            <w:shd w:val="clear" w:color="auto" w:fill="FFFFFF"/>
          </w:tcPr>
          <w:p w14:paraId="26C2387B" w14:textId="77777777" w:rsidR="00000B84" w:rsidRDefault="00000000">
            <w:pPr>
              <w:pStyle w:val="TableText"/>
            </w:pPr>
            <w:r>
              <w:t>Alesse Tequete Cazembe</w:t>
            </w:r>
          </w:p>
        </w:tc>
      </w:tr>
      <w:tr w:rsidR="00000B84" w14:paraId="3D42FF91" w14:textId="77777777">
        <w:trPr>
          <w:cantSplit/>
        </w:trPr>
        <w:tc>
          <w:tcPr>
            <w:tcW w:w="1406" w:type="dxa"/>
            <w:shd w:val="clear" w:color="auto" w:fill="F0F5F2"/>
          </w:tcPr>
          <w:p w14:paraId="2FDC7634" w14:textId="77777777" w:rsidR="00000B84" w:rsidRDefault="00000000">
            <w:pPr>
              <w:pStyle w:val="TableText"/>
            </w:pPr>
            <w:r>
              <w:t>0189 / 190 *</w:t>
            </w:r>
          </w:p>
        </w:tc>
        <w:tc>
          <w:tcPr>
            <w:tcW w:w="4630" w:type="dxa"/>
            <w:shd w:val="clear" w:color="auto" w:fill="F0F5F2"/>
          </w:tcPr>
          <w:p w14:paraId="37AF788A" w14:textId="77777777" w:rsidR="00000B84" w:rsidRDefault="00000000">
            <w:pPr>
              <w:pStyle w:val="TableText"/>
            </w:pPr>
            <w:r>
              <w:t>Alfrina Dos Santosagento Agento</w:t>
            </w:r>
          </w:p>
        </w:tc>
        <w:tc>
          <w:tcPr>
            <w:tcW w:w="4110" w:type="dxa"/>
            <w:shd w:val="clear" w:color="auto" w:fill="F0F5F2"/>
          </w:tcPr>
          <w:p w14:paraId="61B02331" w14:textId="77777777" w:rsidR="00000B84" w:rsidRDefault="00000000">
            <w:pPr>
              <w:pStyle w:val="TableText"/>
            </w:pPr>
            <w:r>
              <w:t>Alfrina Dos S. Agento</w:t>
            </w:r>
          </w:p>
        </w:tc>
      </w:tr>
      <w:tr w:rsidR="00000B84" w14:paraId="424FA7A7" w14:textId="77777777">
        <w:trPr>
          <w:cantSplit/>
        </w:trPr>
        <w:tc>
          <w:tcPr>
            <w:tcW w:w="1406" w:type="dxa"/>
            <w:shd w:val="clear" w:color="auto" w:fill="FFFFFF"/>
          </w:tcPr>
          <w:p w14:paraId="4E5345AD" w14:textId="77777777" w:rsidR="00000B84" w:rsidRDefault="00000000">
            <w:pPr>
              <w:pStyle w:val="TableText"/>
            </w:pPr>
            <w:r>
              <w:t>0190 / 191 *</w:t>
            </w:r>
          </w:p>
        </w:tc>
        <w:tc>
          <w:tcPr>
            <w:tcW w:w="4630" w:type="dxa"/>
            <w:shd w:val="clear" w:color="auto" w:fill="FFFFFF"/>
          </w:tcPr>
          <w:p w14:paraId="6BA4DC2E" w14:textId="77777777" w:rsidR="00000B84" w:rsidRDefault="00000000">
            <w:pPr>
              <w:pStyle w:val="TableText"/>
            </w:pPr>
            <w:r>
              <w:t>Alfuqueque Miranda Champanha</w:t>
            </w:r>
          </w:p>
        </w:tc>
        <w:tc>
          <w:tcPr>
            <w:tcW w:w="4110" w:type="dxa"/>
            <w:shd w:val="clear" w:color="auto" w:fill="FFFFFF"/>
          </w:tcPr>
          <w:p w14:paraId="2E9FC4DA" w14:textId="77777777" w:rsidR="00000B84" w:rsidRDefault="00000000">
            <w:pPr>
              <w:pStyle w:val="TableText"/>
            </w:pPr>
            <w:r>
              <w:t>Alfuqueque M. Champanha</w:t>
            </w:r>
          </w:p>
        </w:tc>
      </w:tr>
      <w:tr w:rsidR="00000B84" w14:paraId="52B9D070" w14:textId="77777777">
        <w:trPr>
          <w:cantSplit/>
        </w:trPr>
        <w:tc>
          <w:tcPr>
            <w:tcW w:w="1406" w:type="dxa"/>
            <w:shd w:val="clear" w:color="auto" w:fill="F0F5F2"/>
          </w:tcPr>
          <w:p w14:paraId="04DF7DF3" w14:textId="77777777" w:rsidR="00000B84" w:rsidRDefault="00000000">
            <w:pPr>
              <w:pStyle w:val="TableText"/>
            </w:pPr>
            <w:r>
              <w:t>0226 / 227</w:t>
            </w:r>
          </w:p>
        </w:tc>
        <w:tc>
          <w:tcPr>
            <w:tcW w:w="4630" w:type="dxa"/>
            <w:shd w:val="clear" w:color="auto" w:fill="F0F5F2"/>
          </w:tcPr>
          <w:p w14:paraId="0CEF834F" w14:textId="77777777" w:rsidR="00000B84" w:rsidRDefault="00000000">
            <w:pPr>
              <w:pStyle w:val="TableText"/>
            </w:pPr>
            <w:r>
              <w:t>Alzira Alexi Boaventura Boaventura</w:t>
            </w:r>
          </w:p>
        </w:tc>
        <w:tc>
          <w:tcPr>
            <w:tcW w:w="4110" w:type="dxa"/>
            <w:shd w:val="clear" w:color="auto" w:fill="F0F5F2"/>
          </w:tcPr>
          <w:p w14:paraId="5B8D31BC" w14:textId="77777777" w:rsidR="00000B84" w:rsidRDefault="00000000">
            <w:pPr>
              <w:pStyle w:val="TableText"/>
            </w:pPr>
            <w:r>
              <w:t>Alzira Alexi Boaventura</w:t>
            </w:r>
          </w:p>
        </w:tc>
      </w:tr>
      <w:tr w:rsidR="00000B84" w14:paraId="3D3E79FD" w14:textId="77777777">
        <w:trPr>
          <w:cantSplit/>
        </w:trPr>
        <w:tc>
          <w:tcPr>
            <w:tcW w:w="1406" w:type="dxa"/>
            <w:shd w:val="clear" w:color="auto" w:fill="FFFFFF"/>
          </w:tcPr>
          <w:p w14:paraId="3D7E3C0B" w14:textId="77777777" w:rsidR="00000B84" w:rsidRDefault="00000000">
            <w:pPr>
              <w:pStyle w:val="TableText"/>
            </w:pPr>
            <w:r>
              <w:t>0234 / 235</w:t>
            </w:r>
          </w:p>
        </w:tc>
        <w:tc>
          <w:tcPr>
            <w:tcW w:w="4630" w:type="dxa"/>
            <w:shd w:val="clear" w:color="auto" w:fill="FFFFFF"/>
          </w:tcPr>
          <w:p w14:paraId="2ED2464B" w14:textId="77777777" w:rsidR="00000B84" w:rsidRDefault="00000000">
            <w:pPr>
              <w:pStyle w:val="TableText"/>
            </w:pPr>
            <w:r>
              <w:t>Alzira Gilberto Francisco De Almeida</w:t>
            </w:r>
          </w:p>
        </w:tc>
        <w:tc>
          <w:tcPr>
            <w:tcW w:w="4110" w:type="dxa"/>
            <w:shd w:val="clear" w:color="auto" w:fill="FFFFFF"/>
          </w:tcPr>
          <w:p w14:paraId="53DF6BFC" w14:textId="77777777" w:rsidR="00000B84" w:rsidRDefault="00000000">
            <w:pPr>
              <w:pStyle w:val="TableText"/>
            </w:pPr>
            <w:r>
              <w:t>Alzira Gilberto De Almeida</w:t>
            </w:r>
          </w:p>
        </w:tc>
      </w:tr>
      <w:tr w:rsidR="00000B84" w14:paraId="7628C4B7" w14:textId="77777777">
        <w:trPr>
          <w:cantSplit/>
        </w:trPr>
        <w:tc>
          <w:tcPr>
            <w:tcW w:w="1406" w:type="dxa"/>
            <w:shd w:val="clear" w:color="auto" w:fill="F0F5F2"/>
          </w:tcPr>
          <w:p w14:paraId="20DAB7C7" w14:textId="77777777" w:rsidR="00000B84" w:rsidRDefault="00000000">
            <w:pPr>
              <w:pStyle w:val="TableText"/>
            </w:pPr>
            <w:r>
              <w:t>0253 / 254</w:t>
            </w:r>
          </w:p>
        </w:tc>
        <w:tc>
          <w:tcPr>
            <w:tcW w:w="4630" w:type="dxa"/>
            <w:shd w:val="clear" w:color="auto" w:fill="F0F5F2"/>
          </w:tcPr>
          <w:p w14:paraId="01C9111B" w14:textId="77777777" w:rsidR="00000B84" w:rsidRDefault="00000000">
            <w:pPr>
              <w:pStyle w:val="TableText"/>
            </w:pPr>
            <w:r>
              <w:t>Amélia Barbosa Da Silva Messico</w:t>
            </w:r>
          </w:p>
        </w:tc>
        <w:tc>
          <w:tcPr>
            <w:tcW w:w="4110" w:type="dxa"/>
            <w:shd w:val="clear" w:color="auto" w:fill="F0F5F2"/>
          </w:tcPr>
          <w:p w14:paraId="19A1FB0C" w14:textId="77777777" w:rsidR="00000B84" w:rsidRDefault="00000000">
            <w:pPr>
              <w:pStyle w:val="TableText"/>
            </w:pPr>
            <w:r>
              <w:t>Amélia Barbosa Messico</w:t>
            </w:r>
          </w:p>
        </w:tc>
      </w:tr>
      <w:tr w:rsidR="00000B84" w14:paraId="3DE3654C" w14:textId="77777777">
        <w:trPr>
          <w:cantSplit/>
        </w:trPr>
        <w:tc>
          <w:tcPr>
            <w:tcW w:w="1406" w:type="dxa"/>
            <w:shd w:val="clear" w:color="auto" w:fill="FFFFFF"/>
          </w:tcPr>
          <w:p w14:paraId="150F8AA8" w14:textId="77777777" w:rsidR="00000B84" w:rsidRDefault="00000000">
            <w:pPr>
              <w:pStyle w:val="TableText"/>
            </w:pPr>
            <w:r>
              <w:t>0269 / 270</w:t>
            </w:r>
          </w:p>
        </w:tc>
        <w:tc>
          <w:tcPr>
            <w:tcW w:w="4630" w:type="dxa"/>
            <w:shd w:val="clear" w:color="auto" w:fill="FFFFFF"/>
          </w:tcPr>
          <w:p w14:paraId="10471159" w14:textId="77777777" w:rsidR="00000B84" w:rsidRDefault="00000000">
            <w:pPr>
              <w:pStyle w:val="TableText"/>
            </w:pPr>
            <w:r>
              <w:t>Amelia Lucas Manteiga Wachave</w:t>
            </w:r>
          </w:p>
        </w:tc>
        <w:tc>
          <w:tcPr>
            <w:tcW w:w="4110" w:type="dxa"/>
            <w:shd w:val="clear" w:color="auto" w:fill="FFFFFF"/>
          </w:tcPr>
          <w:p w14:paraId="11712D4C" w14:textId="77777777" w:rsidR="00000B84" w:rsidRDefault="00000000">
            <w:pPr>
              <w:pStyle w:val="TableText"/>
            </w:pPr>
            <w:r>
              <w:t>Amelia Lucas Wachave</w:t>
            </w:r>
          </w:p>
        </w:tc>
      </w:tr>
      <w:tr w:rsidR="00000B84" w14:paraId="0C628587" w14:textId="77777777">
        <w:trPr>
          <w:cantSplit/>
        </w:trPr>
        <w:tc>
          <w:tcPr>
            <w:tcW w:w="1406" w:type="dxa"/>
            <w:shd w:val="clear" w:color="auto" w:fill="F0F5F2"/>
          </w:tcPr>
          <w:p w14:paraId="57B1E049" w14:textId="77777777" w:rsidR="00000B84" w:rsidRDefault="00000000">
            <w:pPr>
              <w:pStyle w:val="TableText"/>
            </w:pPr>
            <w:r>
              <w:t>0275 / 276</w:t>
            </w:r>
          </w:p>
        </w:tc>
        <w:tc>
          <w:tcPr>
            <w:tcW w:w="4630" w:type="dxa"/>
            <w:shd w:val="clear" w:color="auto" w:fill="F0F5F2"/>
          </w:tcPr>
          <w:p w14:paraId="5DF63BE4" w14:textId="77777777" w:rsidR="00000B84" w:rsidRDefault="00000000">
            <w:pPr>
              <w:pStyle w:val="TableText"/>
            </w:pPr>
            <w:r>
              <w:t>Amélia Manecas Henriques Alberto</w:t>
            </w:r>
          </w:p>
        </w:tc>
        <w:tc>
          <w:tcPr>
            <w:tcW w:w="4110" w:type="dxa"/>
            <w:shd w:val="clear" w:color="auto" w:fill="F0F5F2"/>
          </w:tcPr>
          <w:p w14:paraId="4A647ED5" w14:textId="77777777" w:rsidR="00000B84" w:rsidRDefault="00000000">
            <w:pPr>
              <w:pStyle w:val="TableText"/>
            </w:pPr>
            <w:r>
              <w:t>Amélia Manecas Alberto</w:t>
            </w:r>
          </w:p>
        </w:tc>
      </w:tr>
      <w:tr w:rsidR="00000B84" w14:paraId="2E0B8F60" w14:textId="77777777">
        <w:trPr>
          <w:cantSplit/>
        </w:trPr>
        <w:tc>
          <w:tcPr>
            <w:tcW w:w="1406" w:type="dxa"/>
            <w:shd w:val="clear" w:color="auto" w:fill="FFFFFF"/>
          </w:tcPr>
          <w:p w14:paraId="3AA93ED8" w14:textId="77777777" w:rsidR="00000B84" w:rsidRDefault="00000000">
            <w:pPr>
              <w:pStyle w:val="TableText"/>
            </w:pPr>
            <w:r>
              <w:t>0281 / 282</w:t>
            </w:r>
          </w:p>
        </w:tc>
        <w:tc>
          <w:tcPr>
            <w:tcW w:w="4630" w:type="dxa"/>
            <w:shd w:val="clear" w:color="auto" w:fill="FFFFFF"/>
          </w:tcPr>
          <w:p w14:paraId="09DCC428" w14:textId="77777777" w:rsidR="00000B84" w:rsidRDefault="00000000">
            <w:pPr>
              <w:pStyle w:val="TableText"/>
            </w:pPr>
            <w:r>
              <w:t>Amelia Salvador Hortencio Maquique</w:t>
            </w:r>
          </w:p>
        </w:tc>
        <w:tc>
          <w:tcPr>
            <w:tcW w:w="4110" w:type="dxa"/>
            <w:shd w:val="clear" w:color="auto" w:fill="FFFFFF"/>
          </w:tcPr>
          <w:p w14:paraId="755DE448" w14:textId="77777777" w:rsidR="00000B84" w:rsidRDefault="00000000">
            <w:pPr>
              <w:pStyle w:val="TableText"/>
            </w:pPr>
            <w:r>
              <w:t>Amelia Salvador Maquique</w:t>
            </w:r>
          </w:p>
        </w:tc>
      </w:tr>
      <w:tr w:rsidR="00000B84" w14:paraId="53ABAA36" w14:textId="77777777">
        <w:trPr>
          <w:cantSplit/>
        </w:trPr>
        <w:tc>
          <w:tcPr>
            <w:tcW w:w="1406" w:type="dxa"/>
            <w:shd w:val="clear" w:color="auto" w:fill="F0F5F2"/>
          </w:tcPr>
          <w:p w14:paraId="0C881B0A" w14:textId="77777777" w:rsidR="00000B84" w:rsidRDefault="00000000">
            <w:pPr>
              <w:pStyle w:val="TableText"/>
            </w:pPr>
            <w:r>
              <w:lastRenderedPageBreak/>
              <w:t>0283 / 284</w:t>
            </w:r>
          </w:p>
        </w:tc>
        <w:tc>
          <w:tcPr>
            <w:tcW w:w="4630" w:type="dxa"/>
            <w:shd w:val="clear" w:color="auto" w:fill="F0F5F2"/>
          </w:tcPr>
          <w:p w14:paraId="5C81F4D8" w14:textId="77777777" w:rsidR="00000B84" w:rsidRDefault="00000000">
            <w:pPr>
              <w:pStyle w:val="TableText"/>
            </w:pPr>
            <w:r>
              <w:t>Amélia Tomas António Mussafo Mussafo</w:t>
            </w:r>
          </w:p>
        </w:tc>
        <w:tc>
          <w:tcPr>
            <w:tcW w:w="4110" w:type="dxa"/>
            <w:shd w:val="clear" w:color="auto" w:fill="F0F5F2"/>
          </w:tcPr>
          <w:p w14:paraId="009AF4BD" w14:textId="77777777" w:rsidR="00000B84" w:rsidRDefault="00000000">
            <w:pPr>
              <w:pStyle w:val="TableText"/>
            </w:pPr>
            <w:r>
              <w:t>Amélia Tomas Mussafo</w:t>
            </w:r>
          </w:p>
        </w:tc>
      </w:tr>
      <w:tr w:rsidR="00000B84" w14:paraId="0D874AC9" w14:textId="77777777">
        <w:trPr>
          <w:cantSplit/>
        </w:trPr>
        <w:tc>
          <w:tcPr>
            <w:tcW w:w="1406" w:type="dxa"/>
            <w:shd w:val="clear" w:color="auto" w:fill="FFFFFF"/>
          </w:tcPr>
          <w:p w14:paraId="7BADB241" w14:textId="77777777" w:rsidR="00000B84" w:rsidRDefault="00000000">
            <w:pPr>
              <w:pStyle w:val="TableText"/>
            </w:pPr>
            <w:r>
              <w:t>0290 / 291</w:t>
            </w:r>
          </w:p>
        </w:tc>
        <w:tc>
          <w:tcPr>
            <w:tcW w:w="4630" w:type="dxa"/>
            <w:shd w:val="clear" w:color="auto" w:fill="FFFFFF"/>
          </w:tcPr>
          <w:p w14:paraId="519C6EB5" w14:textId="77777777" w:rsidR="00000B84" w:rsidRDefault="00000000">
            <w:pPr>
              <w:pStyle w:val="TableText"/>
            </w:pPr>
            <w:r>
              <w:t>Amida Daniel Francisco Marqueza</w:t>
            </w:r>
          </w:p>
        </w:tc>
        <w:tc>
          <w:tcPr>
            <w:tcW w:w="4110" w:type="dxa"/>
            <w:shd w:val="clear" w:color="auto" w:fill="FFFFFF"/>
          </w:tcPr>
          <w:p w14:paraId="795002C5" w14:textId="77777777" w:rsidR="00000B84" w:rsidRDefault="00000000">
            <w:pPr>
              <w:pStyle w:val="TableText"/>
            </w:pPr>
            <w:r>
              <w:t>Amida Daniel Marqueza</w:t>
            </w:r>
          </w:p>
        </w:tc>
      </w:tr>
      <w:tr w:rsidR="00000B84" w14:paraId="3E7BED2E" w14:textId="77777777">
        <w:trPr>
          <w:cantSplit/>
        </w:trPr>
        <w:tc>
          <w:tcPr>
            <w:tcW w:w="1406" w:type="dxa"/>
            <w:shd w:val="clear" w:color="auto" w:fill="F0F5F2"/>
          </w:tcPr>
          <w:p w14:paraId="1A4CC761" w14:textId="77777777" w:rsidR="00000B84" w:rsidRDefault="00000000">
            <w:pPr>
              <w:pStyle w:val="TableText"/>
            </w:pPr>
            <w:r>
              <w:t>0293 / 294</w:t>
            </w:r>
          </w:p>
        </w:tc>
        <w:tc>
          <w:tcPr>
            <w:tcW w:w="4630" w:type="dxa"/>
            <w:shd w:val="clear" w:color="auto" w:fill="F0F5F2"/>
          </w:tcPr>
          <w:p w14:paraId="0E899D39" w14:textId="77777777" w:rsidR="00000B84" w:rsidRDefault="00000000">
            <w:pPr>
              <w:pStyle w:val="TableText"/>
            </w:pPr>
            <w:r>
              <w:t>Amina Abdul Saide Sualei Sualei</w:t>
            </w:r>
          </w:p>
        </w:tc>
        <w:tc>
          <w:tcPr>
            <w:tcW w:w="4110" w:type="dxa"/>
            <w:shd w:val="clear" w:color="auto" w:fill="F0F5F2"/>
          </w:tcPr>
          <w:p w14:paraId="50614409" w14:textId="77777777" w:rsidR="00000B84" w:rsidRDefault="00000000">
            <w:pPr>
              <w:pStyle w:val="TableText"/>
            </w:pPr>
            <w:r>
              <w:t>Amina Abdul Sualei</w:t>
            </w:r>
          </w:p>
        </w:tc>
      </w:tr>
      <w:tr w:rsidR="00000B84" w14:paraId="27DC6573" w14:textId="77777777">
        <w:trPr>
          <w:cantSplit/>
        </w:trPr>
        <w:tc>
          <w:tcPr>
            <w:tcW w:w="1406" w:type="dxa"/>
            <w:shd w:val="clear" w:color="auto" w:fill="FFFFFF"/>
          </w:tcPr>
          <w:p w14:paraId="3346C45F" w14:textId="77777777" w:rsidR="00000B84" w:rsidRDefault="00000000">
            <w:pPr>
              <w:pStyle w:val="TableText"/>
            </w:pPr>
            <w:r>
              <w:t>0299 / 300</w:t>
            </w:r>
          </w:p>
        </w:tc>
        <w:tc>
          <w:tcPr>
            <w:tcW w:w="4630" w:type="dxa"/>
            <w:shd w:val="clear" w:color="auto" w:fill="FFFFFF"/>
          </w:tcPr>
          <w:p w14:paraId="3CE82F01" w14:textId="77777777" w:rsidR="00000B84" w:rsidRDefault="00000000">
            <w:pPr>
              <w:pStyle w:val="TableText"/>
            </w:pPr>
            <w:r>
              <w:t>Amina Esmael Enriques Amina Esmael Enriques Mipielacodo</w:t>
            </w:r>
          </w:p>
        </w:tc>
        <w:tc>
          <w:tcPr>
            <w:tcW w:w="4110" w:type="dxa"/>
            <w:shd w:val="clear" w:color="auto" w:fill="FFFFFF"/>
          </w:tcPr>
          <w:p w14:paraId="325FFF92" w14:textId="77777777" w:rsidR="00000B84" w:rsidRDefault="00000000">
            <w:pPr>
              <w:pStyle w:val="TableText"/>
            </w:pPr>
            <w:r>
              <w:t>Amina Esmael Mipielacodo</w:t>
            </w:r>
          </w:p>
        </w:tc>
      </w:tr>
      <w:tr w:rsidR="00000B84" w14:paraId="371772A9" w14:textId="77777777">
        <w:trPr>
          <w:cantSplit/>
        </w:trPr>
        <w:tc>
          <w:tcPr>
            <w:tcW w:w="1406" w:type="dxa"/>
            <w:shd w:val="clear" w:color="auto" w:fill="F0F5F2"/>
          </w:tcPr>
          <w:p w14:paraId="4D2CA559" w14:textId="77777777" w:rsidR="00000B84" w:rsidRDefault="00000000">
            <w:pPr>
              <w:pStyle w:val="TableText"/>
            </w:pPr>
            <w:r>
              <w:t>0303 / 304</w:t>
            </w:r>
          </w:p>
        </w:tc>
        <w:tc>
          <w:tcPr>
            <w:tcW w:w="4630" w:type="dxa"/>
            <w:shd w:val="clear" w:color="auto" w:fill="F0F5F2"/>
          </w:tcPr>
          <w:p w14:paraId="44D0267E" w14:textId="77777777" w:rsidR="00000B84" w:rsidRDefault="00000000">
            <w:pPr>
              <w:pStyle w:val="TableText"/>
            </w:pPr>
            <w:r>
              <w:t>Amina Julião Amina Julião Chimuaza</w:t>
            </w:r>
          </w:p>
        </w:tc>
        <w:tc>
          <w:tcPr>
            <w:tcW w:w="4110" w:type="dxa"/>
            <w:shd w:val="clear" w:color="auto" w:fill="F0F5F2"/>
          </w:tcPr>
          <w:p w14:paraId="00617D7A" w14:textId="77777777" w:rsidR="00000B84" w:rsidRDefault="00000000">
            <w:pPr>
              <w:pStyle w:val="TableText"/>
            </w:pPr>
            <w:r>
              <w:t>Amina Julião Chimuaza</w:t>
            </w:r>
          </w:p>
        </w:tc>
      </w:tr>
      <w:tr w:rsidR="00000B84" w14:paraId="2286BB85" w14:textId="77777777">
        <w:trPr>
          <w:cantSplit/>
        </w:trPr>
        <w:tc>
          <w:tcPr>
            <w:tcW w:w="1406" w:type="dxa"/>
            <w:shd w:val="clear" w:color="auto" w:fill="FFFFFF"/>
          </w:tcPr>
          <w:p w14:paraId="19967FDC" w14:textId="77777777" w:rsidR="00000B84" w:rsidRDefault="00000000">
            <w:pPr>
              <w:pStyle w:val="TableText"/>
            </w:pPr>
            <w:r>
              <w:t>0305 / 306</w:t>
            </w:r>
          </w:p>
        </w:tc>
        <w:tc>
          <w:tcPr>
            <w:tcW w:w="4630" w:type="dxa"/>
            <w:shd w:val="clear" w:color="auto" w:fill="FFFFFF"/>
          </w:tcPr>
          <w:p w14:paraId="3DB3E135" w14:textId="77777777" w:rsidR="00000B84" w:rsidRDefault="00000000">
            <w:pPr>
              <w:pStyle w:val="TableText"/>
            </w:pPr>
            <w:r>
              <w:t>Amina Juma Momade Mussapaha</w:t>
            </w:r>
          </w:p>
        </w:tc>
        <w:tc>
          <w:tcPr>
            <w:tcW w:w="4110" w:type="dxa"/>
            <w:shd w:val="clear" w:color="auto" w:fill="FFFFFF"/>
          </w:tcPr>
          <w:p w14:paraId="38D37044" w14:textId="77777777" w:rsidR="00000B84" w:rsidRDefault="00000000">
            <w:pPr>
              <w:pStyle w:val="TableText"/>
            </w:pPr>
            <w:r>
              <w:t>Amina Juma Mussapaha</w:t>
            </w:r>
          </w:p>
        </w:tc>
      </w:tr>
      <w:tr w:rsidR="00000B84" w14:paraId="7A6B76F9" w14:textId="77777777">
        <w:trPr>
          <w:cantSplit/>
        </w:trPr>
        <w:tc>
          <w:tcPr>
            <w:tcW w:w="1406" w:type="dxa"/>
            <w:shd w:val="clear" w:color="auto" w:fill="F0F5F2"/>
          </w:tcPr>
          <w:p w14:paraId="25D4967D" w14:textId="77777777" w:rsidR="00000B84" w:rsidRDefault="00000000">
            <w:pPr>
              <w:pStyle w:val="TableText"/>
            </w:pPr>
            <w:r>
              <w:t>0310 / 311</w:t>
            </w:r>
          </w:p>
        </w:tc>
        <w:tc>
          <w:tcPr>
            <w:tcW w:w="4630" w:type="dxa"/>
            <w:shd w:val="clear" w:color="auto" w:fill="F0F5F2"/>
          </w:tcPr>
          <w:p w14:paraId="679E0396" w14:textId="77777777" w:rsidR="00000B84" w:rsidRDefault="00000000">
            <w:pPr>
              <w:pStyle w:val="TableText"/>
            </w:pPr>
            <w:r>
              <w:t>Amina Paulino Branquinho Branquinho</w:t>
            </w:r>
          </w:p>
        </w:tc>
        <w:tc>
          <w:tcPr>
            <w:tcW w:w="4110" w:type="dxa"/>
            <w:shd w:val="clear" w:color="auto" w:fill="F0F5F2"/>
          </w:tcPr>
          <w:p w14:paraId="33FC8AF4" w14:textId="77777777" w:rsidR="00000B84" w:rsidRDefault="00000000">
            <w:pPr>
              <w:pStyle w:val="TableText"/>
            </w:pPr>
            <w:r>
              <w:t>Amina Paulino Branquinho</w:t>
            </w:r>
          </w:p>
        </w:tc>
      </w:tr>
      <w:tr w:rsidR="00000B84" w14:paraId="2C7C7342" w14:textId="77777777">
        <w:trPr>
          <w:cantSplit/>
        </w:trPr>
        <w:tc>
          <w:tcPr>
            <w:tcW w:w="1406" w:type="dxa"/>
            <w:shd w:val="clear" w:color="auto" w:fill="FFFFFF"/>
          </w:tcPr>
          <w:p w14:paraId="07C0217A" w14:textId="77777777" w:rsidR="00000B84" w:rsidRDefault="00000000">
            <w:pPr>
              <w:pStyle w:val="TableText"/>
            </w:pPr>
            <w:r>
              <w:t>0315 / 316</w:t>
            </w:r>
          </w:p>
        </w:tc>
        <w:tc>
          <w:tcPr>
            <w:tcW w:w="4630" w:type="dxa"/>
            <w:shd w:val="clear" w:color="auto" w:fill="FFFFFF"/>
          </w:tcPr>
          <w:p w14:paraId="70D0F1E6" w14:textId="77777777" w:rsidR="00000B84" w:rsidRDefault="00000000">
            <w:pPr>
              <w:pStyle w:val="TableText"/>
            </w:pPr>
            <w:r>
              <w:t>Ana Ana Victoria Marcelino José</w:t>
            </w:r>
          </w:p>
        </w:tc>
        <w:tc>
          <w:tcPr>
            <w:tcW w:w="4110" w:type="dxa"/>
            <w:shd w:val="clear" w:color="auto" w:fill="FFFFFF"/>
          </w:tcPr>
          <w:p w14:paraId="1ADD07AF" w14:textId="77777777" w:rsidR="00000B84" w:rsidRDefault="00000000">
            <w:pPr>
              <w:pStyle w:val="TableText"/>
            </w:pPr>
            <w:r>
              <w:t>Ana Ana José</w:t>
            </w:r>
          </w:p>
        </w:tc>
      </w:tr>
      <w:tr w:rsidR="00000B84" w14:paraId="1E29B4B3" w14:textId="77777777">
        <w:trPr>
          <w:cantSplit/>
        </w:trPr>
        <w:tc>
          <w:tcPr>
            <w:tcW w:w="1406" w:type="dxa"/>
            <w:shd w:val="clear" w:color="auto" w:fill="F0F5F2"/>
          </w:tcPr>
          <w:p w14:paraId="3D5E64AC" w14:textId="77777777" w:rsidR="00000B84" w:rsidRDefault="00000000">
            <w:pPr>
              <w:pStyle w:val="TableText"/>
            </w:pPr>
            <w:r>
              <w:t>0319 / 320</w:t>
            </w:r>
          </w:p>
        </w:tc>
        <w:tc>
          <w:tcPr>
            <w:tcW w:w="4630" w:type="dxa"/>
            <w:shd w:val="clear" w:color="auto" w:fill="F0F5F2"/>
          </w:tcPr>
          <w:p w14:paraId="6948EF14" w14:textId="77777777" w:rsidR="00000B84" w:rsidRDefault="00000000">
            <w:pPr>
              <w:pStyle w:val="TableText"/>
            </w:pPr>
            <w:r>
              <w:t>Ana Armando Ana Armando António Titia</w:t>
            </w:r>
          </w:p>
        </w:tc>
        <w:tc>
          <w:tcPr>
            <w:tcW w:w="4110" w:type="dxa"/>
            <w:shd w:val="clear" w:color="auto" w:fill="F0F5F2"/>
          </w:tcPr>
          <w:p w14:paraId="2E08AEE1" w14:textId="77777777" w:rsidR="00000B84" w:rsidRDefault="00000000">
            <w:pPr>
              <w:pStyle w:val="TableText"/>
            </w:pPr>
            <w:r>
              <w:t>Ana Armando Titia</w:t>
            </w:r>
          </w:p>
        </w:tc>
      </w:tr>
      <w:tr w:rsidR="00000B84" w14:paraId="25E8C98A" w14:textId="77777777">
        <w:trPr>
          <w:cantSplit/>
        </w:trPr>
        <w:tc>
          <w:tcPr>
            <w:tcW w:w="1406" w:type="dxa"/>
            <w:shd w:val="clear" w:color="auto" w:fill="FFFFFF"/>
          </w:tcPr>
          <w:p w14:paraId="4105EB07" w14:textId="77777777" w:rsidR="00000B84" w:rsidRDefault="00000000">
            <w:pPr>
              <w:pStyle w:val="TableText"/>
            </w:pPr>
            <w:r>
              <w:t>0321 / 322</w:t>
            </w:r>
          </w:p>
        </w:tc>
        <w:tc>
          <w:tcPr>
            <w:tcW w:w="4630" w:type="dxa"/>
            <w:shd w:val="clear" w:color="auto" w:fill="FFFFFF"/>
          </w:tcPr>
          <w:p w14:paraId="1B1647A2" w14:textId="77777777" w:rsidR="00000B84" w:rsidRDefault="00000000">
            <w:pPr>
              <w:pStyle w:val="TableText"/>
            </w:pPr>
            <w:r>
              <w:t>Ana Armindo Manual Armindo Manual</w:t>
            </w:r>
          </w:p>
        </w:tc>
        <w:tc>
          <w:tcPr>
            <w:tcW w:w="4110" w:type="dxa"/>
            <w:shd w:val="clear" w:color="auto" w:fill="FFFFFF"/>
          </w:tcPr>
          <w:p w14:paraId="40C6CE65" w14:textId="77777777" w:rsidR="00000B84" w:rsidRDefault="00000000">
            <w:pPr>
              <w:pStyle w:val="TableText"/>
            </w:pPr>
            <w:r>
              <w:t>Ana Armindo Manual</w:t>
            </w:r>
          </w:p>
        </w:tc>
      </w:tr>
      <w:tr w:rsidR="00000B84" w14:paraId="79BAD351" w14:textId="77777777">
        <w:trPr>
          <w:cantSplit/>
        </w:trPr>
        <w:tc>
          <w:tcPr>
            <w:tcW w:w="1406" w:type="dxa"/>
            <w:shd w:val="clear" w:color="auto" w:fill="F0F5F2"/>
          </w:tcPr>
          <w:p w14:paraId="6E888C98" w14:textId="77777777" w:rsidR="00000B84" w:rsidRDefault="00000000">
            <w:pPr>
              <w:pStyle w:val="TableText"/>
            </w:pPr>
            <w:r>
              <w:t>0326 / 327</w:t>
            </w:r>
          </w:p>
        </w:tc>
        <w:tc>
          <w:tcPr>
            <w:tcW w:w="4630" w:type="dxa"/>
            <w:shd w:val="clear" w:color="auto" w:fill="F0F5F2"/>
          </w:tcPr>
          <w:p w14:paraId="07869EC7" w14:textId="77777777" w:rsidR="00000B84" w:rsidRDefault="00000000">
            <w:pPr>
              <w:pStyle w:val="TableText"/>
            </w:pPr>
            <w:r>
              <w:t>Ana Carla Ana Carla Agostinho Sarifo Cassimo</w:t>
            </w:r>
          </w:p>
        </w:tc>
        <w:tc>
          <w:tcPr>
            <w:tcW w:w="4110" w:type="dxa"/>
            <w:shd w:val="clear" w:color="auto" w:fill="F0F5F2"/>
          </w:tcPr>
          <w:p w14:paraId="52860000" w14:textId="77777777" w:rsidR="00000B84" w:rsidRDefault="00000000">
            <w:pPr>
              <w:pStyle w:val="TableText"/>
            </w:pPr>
            <w:r>
              <w:t>Ana Carla Cassimo</w:t>
            </w:r>
          </w:p>
        </w:tc>
      </w:tr>
      <w:tr w:rsidR="00000B84" w14:paraId="2B82E104" w14:textId="77777777">
        <w:trPr>
          <w:cantSplit/>
        </w:trPr>
        <w:tc>
          <w:tcPr>
            <w:tcW w:w="1406" w:type="dxa"/>
            <w:shd w:val="clear" w:color="auto" w:fill="FFFFFF"/>
          </w:tcPr>
          <w:p w14:paraId="0F49CA08" w14:textId="77777777" w:rsidR="00000B84" w:rsidRDefault="00000000">
            <w:pPr>
              <w:pStyle w:val="TableText"/>
            </w:pPr>
            <w:r>
              <w:t>0328 / 329</w:t>
            </w:r>
          </w:p>
        </w:tc>
        <w:tc>
          <w:tcPr>
            <w:tcW w:w="4630" w:type="dxa"/>
            <w:shd w:val="clear" w:color="auto" w:fill="FFFFFF"/>
          </w:tcPr>
          <w:p w14:paraId="1CD85546" w14:textId="77777777" w:rsidR="00000B84" w:rsidRDefault="00000000">
            <w:pPr>
              <w:pStyle w:val="TableText"/>
            </w:pPr>
            <w:r>
              <w:t>Ana Da Flora Carlos Agustinho Muaquiwa</w:t>
            </w:r>
          </w:p>
        </w:tc>
        <w:tc>
          <w:tcPr>
            <w:tcW w:w="4110" w:type="dxa"/>
            <w:shd w:val="clear" w:color="auto" w:fill="FFFFFF"/>
          </w:tcPr>
          <w:p w14:paraId="324C1308" w14:textId="77777777" w:rsidR="00000B84" w:rsidRDefault="00000000">
            <w:pPr>
              <w:pStyle w:val="TableText"/>
            </w:pPr>
            <w:r>
              <w:t>Ana Da Flora Muaquiwa</w:t>
            </w:r>
          </w:p>
        </w:tc>
      </w:tr>
      <w:tr w:rsidR="00000B84" w14:paraId="1C9CD463" w14:textId="77777777">
        <w:trPr>
          <w:cantSplit/>
        </w:trPr>
        <w:tc>
          <w:tcPr>
            <w:tcW w:w="1406" w:type="dxa"/>
            <w:shd w:val="clear" w:color="auto" w:fill="F0F5F2"/>
          </w:tcPr>
          <w:p w14:paraId="56FF1864" w14:textId="77777777" w:rsidR="00000B84" w:rsidRDefault="00000000">
            <w:pPr>
              <w:pStyle w:val="TableText"/>
            </w:pPr>
            <w:r>
              <w:t>0339 / 340</w:t>
            </w:r>
          </w:p>
        </w:tc>
        <w:tc>
          <w:tcPr>
            <w:tcW w:w="4630" w:type="dxa"/>
            <w:shd w:val="clear" w:color="auto" w:fill="F0F5F2"/>
          </w:tcPr>
          <w:p w14:paraId="1357882D" w14:textId="77777777" w:rsidR="00000B84" w:rsidRDefault="00000000">
            <w:pPr>
              <w:pStyle w:val="TableText"/>
            </w:pPr>
            <w:r>
              <w:t>Ana Leonarda Luis Domingos Valente Valente</w:t>
            </w:r>
          </w:p>
        </w:tc>
        <w:tc>
          <w:tcPr>
            <w:tcW w:w="4110" w:type="dxa"/>
            <w:shd w:val="clear" w:color="auto" w:fill="F0F5F2"/>
          </w:tcPr>
          <w:p w14:paraId="200FE3A4" w14:textId="77777777" w:rsidR="00000B84" w:rsidRDefault="00000000">
            <w:pPr>
              <w:pStyle w:val="TableText"/>
            </w:pPr>
            <w:r>
              <w:t>Ana Leonarda Valente</w:t>
            </w:r>
          </w:p>
        </w:tc>
      </w:tr>
      <w:tr w:rsidR="00000B84" w14:paraId="5CBDCE3D" w14:textId="77777777">
        <w:trPr>
          <w:cantSplit/>
        </w:trPr>
        <w:tc>
          <w:tcPr>
            <w:tcW w:w="1406" w:type="dxa"/>
            <w:shd w:val="clear" w:color="auto" w:fill="FFFFFF"/>
          </w:tcPr>
          <w:p w14:paraId="478C8A38" w14:textId="77777777" w:rsidR="00000B84" w:rsidRDefault="00000000">
            <w:pPr>
              <w:pStyle w:val="TableText"/>
            </w:pPr>
            <w:r>
              <w:t>0345 / 346</w:t>
            </w:r>
          </w:p>
        </w:tc>
        <w:tc>
          <w:tcPr>
            <w:tcW w:w="4630" w:type="dxa"/>
            <w:shd w:val="clear" w:color="auto" w:fill="FFFFFF"/>
          </w:tcPr>
          <w:p w14:paraId="759F5F48" w14:textId="77777777" w:rsidR="00000B84" w:rsidRDefault="00000000">
            <w:pPr>
              <w:pStyle w:val="TableText"/>
            </w:pPr>
            <w:r>
              <w:t>Ana Mamunagade Ana João Artur</w:t>
            </w:r>
          </w:p>
        </w:tc>
        <w:tc>
          <w:tcPr>
            <w:tcW w:w="4110" w:type="dxa"/>
            <w:shd w:val="clear" w:color="auto" w:fill="FFFFFF"/>
          </w:tcPr>
          <w:p w14:paraId="7E173E4B" w14:textId="77777777" w:rsidR="00000B84" w:rsidRDefault="00000000">
            <w:pPr>
              <w:pStyle w:val="TableText"/>
            </w:pPr>
            <w:r>
              <w:t>Ana Mamunagade Artur</w:t>
            </w:r>
          </w:p>
        </w:tc>
      </w:tr>
      <w:tr w:rsidR="00000B84" w14:paraId="5E8F59AA" w14:textId="77777777">
        <w:trPr>
          <w:cantSplit/>
        </w:trPr>
        <w:tc>
          <w:tcPr>
            <w:tcW w:w="1406" w:type="dxa"/>
            <w:shd w:val="clear" w:color="auto" w:fill="F0F5F2"/>
          </w:tcPr>
          <w:p w14:paraId="789DD1E6" w14:textId="77777777" w:rsidR="00000B84" w:rsidRDefault="00000000">
            <w:pPr>
              <w:pStyle w:val="TableText"/>
            </w:pPr>
            <w:r>
              <w:t>0348 / 349</w:t>
            </w:r>
          </w:p>
        </w:tc>
        <w:tc>
          <w:tcPr>
            <w:tcW w:w="4630" w:type="dxa"/>
            <w:shd w:val="clear" w:color="auto" w:fill="F0F5F2"/>
          </w:tcPr>
          <w:p w14:paraId="598A594B" w14:textId="77777777" w:rsidR="00000B84" w:rsidRDefault="00000000">
            <w:pPr>
              <w:pStyle w:val="TableText"/>
            </w:pPr>
            <w:r>
              <w:t>Ana Maria Constantino Jaquissone</w:t>
            </w:r>
          </w:p>
        </w:tc>
        <w:tc>
          <w:tcPr>
            <w:tcW w:w="4110" w:type="dxa"/>
            <w:shd w:val="clear" w:color="auto" w:fill="F0F5F2"/>
          </w:tcPr>
          <w:p w14:paraId="2B906C16" w14:textId="77777777" w:rsidR="00000B84" w:rsidRDefault="00000000">
            <w:pPr>
              <w:pStyle w:val="TableText"/>
            </w:pPr>
            <w:r>
              <w:t>Ana Maria Jaquissone</w:t>
            </w:r>
          </w:p>
        </w:tc>
      </w:tr>
      <w:tr w:rsidR="00000B84" w14:paraId="4E642D5F" w14:textId="77777777">
        <w:trPr>
          <w:cantSplit/>
        </w:trPr>
        <w:tc>
          <w:tcPr>
            <w:tcW w:w="1406" w:type="dxa"/>
            <w:shd w:val="clear" w:color="auto" w:fill="FFFFFF"/>
          </w:tcPr>
          <w:p w14:paraId="3C6FA826" w14:textId="77777777" w:rsidR="00000B84" w:rsidRDefault="00000000">
            <w:pPr>
              <w:pStyle w:val="TableText"/>
            </w:pPr>
            <w:r>
              <w:t>0349 / 350</w:t>
            </w:r>
          </w:p>
        </w:tc>
        <w:tc>
          <w:tcPr>
            <w:tcW w:w="4630" w:type="dxa"/>
            <w:shd w:val="clear" w:color="auto" w:fill="FFFFFF"/>
          </w:tcPr>
          <w:p w14:paraId="22928808" w14:textId="77777777" w:rsidR="00000B84" w:rsidRDefault="00000000">
            <w:pPr>
              <w:pStyle w:val="TableText"/>
            </w:pPr>
            <w:r>
              <w:t>Ana Maria Da Tercia Arquiel Martins Cure</w:t>
            </w:r>
          </w:p>
        </w:tc>
        <w:tc>
          <w:tcPr>
            <w:tcW w:w="4110" w:type="dxa"/>
            <w:shd w:val="clear" w:color="auto" w:fill="FFFFFF"/>
          </w:tcPr>
          <w:p w14:paraId="6A7966A8" w14:textId="77777777" w:rsidR="00000B84" w:rsidRDefault="00000000">
            <w:pPr>
              <w:pStyle w:val="TableText"/>
            </w:pPr>
            <w:r>
              <w:t>Ana Maria Cure</w:t>
            </w:r>
          </w:p>
        </w:tc>
      </w:tr>
      <w:tr w:rsidR="00000B84" w14:paraId="4F422B6B" w14:textId="77777777">
        <w:trPr>
          <w:cantSplit/>
        </w:trPr>
        <w:tc>
          <w:tcPr>
            <w:tcW w:w="1406" w:type="dxa"/>
            <w:shd w:val="clear" w:color="auto" w:fill="F0F5F2"/>
          </w:tcPr>
          <w:p w14:paraId="742D7664" w14:textId="77777777" w:rsidR="00000B84" w:rsidRDefault="00000000">
            <w:pPr>
              <w:pStyle w:val="TableText"/>
            </w:pPr>
            <w:r>
              <w:t>0350 / 351</w:t>
            </w:r>
          </w:p>
        </w:tc>
        <w:tc>
          <w:tcPr>
            <w:tcW w:w="4630" w:type="dxa"/>
            <w:shd w:val="clear" w:color="auto" w:fill="F0F5F2"/>
          </w:tcPr>
          <w:p w14:paraId="0F23D537" w14:textId="77777777" w:rsidR="00000B84" w:rsidRDefault="00000000">
            <w:pPr>
              <w:pStyle w:val="TableText"/>
            </w:pPr>
            <w:r>
              <w:t>Ana Maria Dos Santos Miguel Maibaze</w:t>
            </w:r>
          </w:p>
        </w:tc>
        <w:tc>
          <w:tcPr>
            <w:tcW w:w="4110" w:type="dxa"/>
            <w:shd w:val="clear" w:color="auto" w:fill="F0F5F2"/>
          </w:tcPr>
          <w:p w14:paraId="6CB74E42" w14:textId="77777777" w:rsidR="00000B84" w:rsidRDefault="00000000">
            <w:pPr>
              <w:pStyle w:val="TableText"/>
            </w:pPr>
            <w:r>
              <w:t>Ana Maria Maibaze</w:t>
            </w:r>
          </w:p>
        </w:tc>
      </w:tr>
      <w:tr w:rsidR="00000B84" w14:paraId="146134F8" w14:textId="77777777">
        <w:trPr>
          <w:cantSplit/>
        </w:trPr>
        <w:tc>
          <w:tcPr>
            <w:tcW w:w="1406" w:type="dxa"/>
            <w:shd w:val="clear" w:color="auto" w:fill="FFFFFF"/>
          </w:tcPr>
          <w:p w14:paraId="38888203" w14:textId="77777777" w:rsidR="00000B84" w:rsidRDefault="00000000">
            <w:pPr>
              <w:pStyle w:val="TableText"/>
            </w:pPr>
            <w:r>
              <w:t>0364 / 365</w:t>
            </w:r>
          </w:p>
        </w:tc>
        <w:tc>
          <w:tcPr>
            <w:tcW w:w="4630" w:type="dxa"/>
            <w:shd w:val="clear" w:color="auto" w:fill="FFFFFF"/>
          </w:tcPr>
          <w:p w14:paraId="67F07445" w14:textId="77777777" w:rsidR="00000B84" w:rsidRDefault="00000000">
            <w:pPr>
              <w:pStyle w:val="TableText"/>
            </w:pPr>
            <w:r>
              <w:t>Ana Paulo José Queia Mamburacha</w:t>
            </w:r>
          </w:p>
        </w:tc>
        <w:tc>
          <w:tcPr>
            <w:tcW w:w="4110" w:type="dxa"/>
            <w:shd w:val="clear" w:color="auto" w:fill="FFFFFF"/>
          </w:tcPr>
          <w:p w14:paraId="0EA96A57" w14:textId="77777777" w:rsidR="00000B84" w:rsidRDefault="00000000">
            <w:pPr>
              <w:pStyle w:val="TableText"/>
            </w:pPr>
            <w:r>
              <w:t>Ana Paulo Mamburacha</w:t>
            </w:r>
          </w:p>
        </w:tc>
      </w:tr>
      <w:tr w:rsidR="00000B84" w14:paraId="4A6E6ED8" w14:textId="77777777">
        <w:trPr>
          <w:cantSplit/>
        </w:trPr>
        <w:tc>
          <w:tcPr>
            <w:tcW w:w="1406" w:type="dxa"/>
            <w:shd w:val="clear" w:color="auto" w:fill="F0F5F2"/>
          </w:tcPr>
          <w:p w14:paraId="7039CBC2" w14:textId="77777777" w:rsidR="00000B84" w:rsidRDefault="00000000">
            <w:pPr>
              <w:pStyle w:val="TableText"/>
            </w:pPr>
            <w:r>
              <w:t>0369 / 370</w:t>
            </w:r>
          </w:p>
        </w:tc>
        <w:tc>
          <w:tcPr>
            <w:tcW w:w="4630" w:type="dxa"/>
            <w:shd w:val="clear" w:color="auto" w:fill="F0F5F2"/>
          </w:tcPr>
          <w:p w14:paraId="744ABE1F" w14:textId="77777777" w:rsidR="00000B84" w:rsidRDefault="00000000">
            <w:pPr>
              <w:pStyle w:val="TableText"/>
            </w:pPr>
            <w:r>
              <w:t>Ana Sulaima Moreina Armazem</w:t>
            </w:r>
          </w:p>
        </w:tc>
        <w:tc>
          <w:tcPr>
            <w:tcW w:w="4110" w:type="dxa"/>
            <w:shd w:val="clear" w:color="auto" w:fill="F0F5F2"/>
          </w:tcPr>
          <w:p w14:paraId="726C93C9" w14:textId="77777777" w:rsidR="00000B84" w:rsidRDefault="00000000">
            <w:pPr>
              <w:pStyle w:val="TableText"/>
            </w:pPr>
            <w:r>
              <w:t>Ana Sulaima Armazem</w:t>
            </w:r>
          </w:p>
        </w:tc>
      </w:tr>
      <w:tr w:rsidR="00000B84" w14:paraId="0776A750" w14:textId="77777777">
        <w:trPr>
          <w:cantSplit/>
        </w:trPr>
        <w:tc>
          <w:tcPr>
            <w:tcW w:w="1406" w:type="dxa"/>
            <w:shd w:val="clear" w:color="auto" w:fill="FFFFFF"/>
          </w:tcPr>
          <w:p w14:paraId="099F32CF" w14:textId="77777777" w:rsidR="00000B84" w:rsidRDefault="00000000">
            <w:pPr>
              <w:pStyle w:val="TableText"/>
            </w:pPr>
            <w:r>
              <w:t>0375 / 376</w:t>
            </w:r>
          </w:p>
        </w:tc>
        <w:tc>
          <w:tcPr>
            <w:tcW w:w="4630" w:type="dxa"/>
            <w:shd w:val="clear" w:color="auto" w:fill="FFFFFF"/>
          </w:tcPr>
          <w:p w14:paraId="3B6CD69D" w14:textId="77777777" w:rsidR="00000B84" w:rsidRDefault="00000000">
            <w:pPr>
              <w:pStyle w:val="TableText"/>
            </w:pPr>
            <w:r>
              <w:t>Anabela Antônio Joao Madamus</w:t>
            </w:r>
          </w:p>
        </w:tc>
        <w:tc>
          <w:tcPr>
            <w:tcW w:w="4110" w:type="dxa"/>
            <w:shd w:val="clear" w:color="auto" w:fill="FFFFFF"/>
          </w:tcPr>
          <w:p w14:paraId="59720D57" w14:textId="77777777" w:rsidR="00000B84" w:rsidRDefault="00000000">
            <w:pPr>
              <w:pStyle w:val="TableText"/>
            </w:pPr>
            <w:r>
              <w:t>Anabela Antônio Madamus</w:t>
            </w:r>
          </w:p>
        </w:tc>
      </w:tr>
      <w:tr w:rsidR="00000B84" w14:paraId="297BA204" w14:textId="77777777">
        <w:trPr>
          <w:cantSplit/>
        </w:trPr>
        <w:tc>
          <w:tcPr>
            <w:tcW w:w="1406" w:type="dxa"/>
            <w:shd w:val="clear" w:color="auto" w:fill="F0F5F2"/>
          </w:tcPr>
          <w:p w14:paraId="6DFD6055" w14:textId="77777777" w:rsidR="00000B84" w:rsidRDefault="00000000">
            <w:pPr>
              <w:pStyle w:val="TableText"/>
            </w:pPr>
            <w:r>
              <w:t>0379 / 380</w:t>
            </w:r>
          </w:p>
        </w:tc>
        <w:tc>
          <w:tcPr>
            <w:tcW w:w="4630" w:type="dxa"/>
            <w:shd w:val="clear" w:color="auto" w:fill="F0F5F2"/>
          </w:tcPr>
          <w:p w14:paraId="2C658688" w14:textId="77777777" w:rsidR="00000B84" w:rsidRDefault="00000000">
            <w:pPr>
              <w:pStyle w:val="TableText"/>
            </w:pPr>
            <w:r>
              <w:t>Anabela Camilo Domingos Wahode Ltiua</w:t>
            </w:r>
          </w:p>
        </w:tc>
        <w:tc>
          <w:tcPr>
            <w:tcW w:w="4110" w:type="dxa"/>
            <w:shd w:val="clear" w:color="auto" w:fill="F0F5F2"/>
          </w:tcPr>
          <w:p w14:paraId="4DE6C761" w14:textId="77777777" w:rsidR="00000B84" w:rsidRDefault="00000000">
            <w:pPr>
              <w:pStyle w:val="TableText"/>
            </w:pPr>
            <w:r>
              <w:t>Anabela Camilo Ltiua</w:t>
            </w:r>
          </w:p>
        </w:tc>
      </w:tr>
      <w:tr w:rsidR="00000B84" w14:paraId="42B0069E" w14:textId="77777777">
        <w:trPr>
          <w:cantSplit/>
        </w:trPr>
        <w:tc>
          <w:tcPr>
            <w:tcW w:w="1406" w:type="dxa"/>
            <w:shd w:val="clear" w:color="auto" w:fill="FFFFFF"/>
          </w:tcPr>
          <w:p w14:paraId="07033BC3" w14:textId="77777777" w:rsidR="00000B84" w:rsidRDefault="00000000">
            <w:pPr>
              <w:pStyle w:val="TableText"/>
            </w:pPr>
            <w:r>
              <w:t>0386 / 387</w:t>
            </w:r>
          </w:p>
        </w:tc>
        <w:tc>
          <w:tcPr>
            <w:tcW w:w="4630" w:type="dxa"/>
            <w:shd w:val="clear" w:color="auto" w:fill="FFFFFF"/>
          </w:tcPr>
          <w:p w14:paraId="2218662F" w14:textId="77777777" w:rsidR="00000B84" w:rsidRDefault="00000000">
            <w:pPr>
              <w:pStyle w:val="TableText"/>
            </w:pPr>
            <w:r>
              <w:t>Anabela Macário Adolfo Mugonda</w:t>
            </w:r>
          </w:p>
        </w:tc>
        <w:tc>
          <w:tcPr>
            <w:tcW w:w="4110" w:type="dxa"/>
            <w:shd w:val="clear" w:color="auto" w:fill="FFFFFF"/>
          </w:tcPr>
          <w:p w14:paraId="1D14D159" w14:textId="77777777" w:rsidR="00000B84" w:rsidRDefault="00000000">
            <w:pPr>
              <w:pStyle w:val="TableText"/>
            </w:pPr>
            <w:r>
              <w:t>Anabela Macário Mugonda</w:t>
            </w:r>
          </w:p>
        </w:tc>
      </w:tr>
      <w:tr w:rsidR="00000B84" w14:paraId="7E3B998C" w14:textId="77777777">
        <w:trPr>
          <w:cantSplit/>
        </w:trPr>
        <w:tc>
          <w:tcPr>
            <w:tcW w:w="1406" w:type="dxa"/>
            <w:shd w:val="clear" w:color="auto" w:fill="F0F5F2"/>
          </w:tcPr>
          <w:p w14:paraId="75FAB995" w14:textId="77777777" w:rsidR="00000B84" w:rsidRDefault="00000000">
            <w:pPr>
              <w:pStyle w:val="TableText"/>
            </w:pPr>
            <w:r>
              <w:t>0392 / 393</w:t>
            </w:r>
          </w:p>
        </w:tc>
        <w:tc>
          <w:tcPr>
            <w:tcW w:w="4630" w:type="dxa"/>
            <w:shd w:val="clear" w:color="auto" w:fill="F0F5F2"/>
          </w:tcPr>
          <w:p w14:paraId="2EAE6F55" w14:textId="77777777" w:rsidR="00000B84" w:rsidRDefault="00000000">
            <w:pPr>
              <w:pStyle w:val="TableText"/>
            </w:pPr>
            <w:r>
              <w:t>Anacleta Agostinho Ribeiro Agostinho Ribeiro</w:t>
            </w:r>
          </w:p>
        </w:tc>
        <w:tc>
          <w:tcPr>
            <w:tcW w:w="4110" w:type="dxa"/>
            <w:shd w:val="clear" w:color="auto" w:fill="F0F5F2"/>
          </w:tcPr>
          <w:p w14:paraId="74F1E06D" w14:textId="77777777" w:rsidR="00000B84" w:rsidRDefault="00000000">
            <w:pPr>
              <w:pStyle w:val="TableText"/>
            </w:pPr>
            <w:r>
              <w:t>Anacleta Agostinho Ribeiro</w:t>
            </w:r>
          </w:p>
        </w:tc>
      </w:tr>
      <w:tr w:rsidR="00000B84" w14:paraId="3F5B163F" w14:textId="77777777">
        <w:trPr>
          <w:cantSplit/>
        </w:trPr>
        <w:tc>
          <w:tcPr>
            <w:tcW w:w="1406" w:type="dxa"/>
            <w:shd w:val="clear" w:color="auto" w:fill="FFFFFF"/>
          </w:tcPr>
          <w:p w14:paraId="4F7E9C0D" w14:textId="77777777" w:rsidR="00000B84" w:rsidRDefault="00000000">
            <w:pPr>
              <w:pStyle w:val="TableText"/>
            </w:pPr>
            <w:r>
              <w:t>0399 / 400</w:t>
            </w:r>
          </w:p>
        </w:tc>
        <w:tc>
          <w:tcPr>
            <w:tcW w:w="4630" w:type="dxa"/>
            <w:shd w:val="clear" w:color="auto" w:fill="FFFFFF"/>
          </w:tcPr>
          <w:p w14:paraId="473572DE" w14:textId="77777777" w:rsidR="00000B84" w:rsidRDefault="00000000">
            <w:pPr>
              <w:pStyle w:val="TableText"/>
            </w:pPr>
            <w:r>
              <w:t>Anamaria Isaquiel Vasco Ossumane</w:t>
            </w:r>
          </w:p>
        </w:tc>
        <w:tc>
          <w:tcPr>
            <w:tcW w:w="4110" w:type="dxa"/>
            <w:shd w:val="clear" w:color="auto" w:fill="FFFFFF"/>
          </w:tcPr>
          <w:p w14:paraId="688487D0" w14:textId="77777777" w:rsidR="00000B84" w:rsidRDefault="00000000">
            <w:pPr>
              <w:pStyle w:val="TableText"/>
            </w:pPr>
            <w:r>
              <w:t>Anamaria Isaquiel Ossumane</w:t>
            </w:r>
          </w:p>
        </w:tc>
      </w:tr>
      <w:tr w:rsidR="00000B84" w14:paraId="6AA7C291" w14:textId="77777777">
        <w:trPr>
          <w:cantSplit/>
        </w:trPr>
        <w:tc>
          <w:tcPr>
            <w:tcW w:w="1406" w:type="dxa"/>
            <w:shd w:val="clear" w:color="auto" w:fill="F0F5F2"/>
          </w:tcPr>
          <w:p w14:paraId="24714701" w14:textId="77777777" w:rsidR="00000B84" w:rsidRDefault="00000000">
            <w:pPr>
              <w:pStyle w:val="TableText"/>
            </w:pPr>
            <w:r>
              <w:t>0404 / 405</w:t>
            </w:r>
          </w:p>
        </w:tc>
        <w:tc>
          <w:tcPr>
            <w:tcW w:w="4630" w:type="dxa"/>
            <w:shd w:val="clear" w:color="auto" w:fill="F0F5F2"/>
          </w:tcPr>
          <w:p w14:paraId="28BDBC38" w14:textId="77777777" w:rsidR="00000B84" w:rsidRDefault="00000000">
            <w:pPr>
              <w:pStyle w:val="TableText"/>
            </w:pPr>
            <w:r>
              <w:t>Anastacia Alberto Armando Ferro</w:t>
            </w:r>
          </w:p>
        </w:tc>
        <w:tc>
          <w:tcPr>
            <w:tcW w:w="4110" w:type="dxa"/>
            <w:shd w:val="clear" w:color="auto" w:fill="F0F5F2"/>
          </w:tcPr>
          <w:p w14:paraId="11EA756E" w14:textId="77777777" w:rsidR="00000B84" w:rsidRDefault="00000000">
            <w:pPr>
              <w:pStyle w:val="TableText"/>
            </w:pPr>
            <w:r>
              <w:t>Anastacia Alberto Ferro</w:t>
            </w:r>
          </w:p>
        </w:tc>
      </w:tr>
      <w:tr w:rsidR="00000B84" w14:paraId="35440195" w14:textId="77777777">
        <w:trPr>
          <w:cantSplit/>
        </w:trPr>
        <w:tc>
          <w:tcPr>
            <w:tcW w:w="1406" w:type="dxa"/>
            <w:shd w:val="clear" w:color="auto" w:fill="FFFFFF"/>
          </w:tcPr>
          <w:p w14:paraId="40E02B10" w14:textId="77777777" w:rsidR="00000B84" w:rsidRDefault="00000000">
            <w:pPr>
              <w:pStyle w:val="TableText"/>
            </w:pPr>
            <w:r>
              <w:t>0409 / 410</w:t>
            </w:r>
          </w:p>
        </w:tc>
        <w:tc>
          <w:tcPr>
            <w:tcW w:w="4630" w:type="dxa"/>
            <w:shd w:val="clear" w:color="auto" w:fill="FFFFFF"/>
          </w:tcPr>
          <w:p w14:paraId="72E0DE59" w14:textId="77777777" w:rsidR="00000B84" w:rsidRDefault="00000000">
            <w:pPr>
              <w:pStyle w:val="TableText"/>
            </w:pPr>
            <w:r>
              <w:t>Anastacia Custódio Manuel Valia</w:t>
            </w:r>
          </w:p>
        </w:tc>
        <w:tc>
          <w:tcPr>
            <w:tcW w:w="4110" w:type="dxa"/>
            <w:shd w:val="clear" w:color="auto" w:fill="FFFFFF"/>
          </w:tcPr>
          <w:p w14:paraId="37BEFEDC" w14:textId="77777777" w:rsidR="00000B84" w:rsidRDefault="00000000">
            <w:pPr>
              <w:pStyle w:val="TableText"/>
            </w:pPr>
            <w:r>
              <w:t>Anastacia Custódio Valia</w:t>
            </w:r>
          </w:p>
        </w:tc>
      </w:tr>
      <w:tr w:rsidR="00000B84" w14:paraId="7A6224AC" w14:textId="77777777">
        <w:trPr>
          <w:cantSplit/>
        </w:trPr>
        <w:tc>
          <w:tcPr>
            <w:tcW w:w="1406" w:type="dxa"/>
            <w:shd w:val="clear" w:color="auto" w:fill="F0F5F2"/>
          </w:tcPr>
          <w:p w14:paraId="0CFD8BCC" w14:textId="77777777" w:rsidR="00000B84" w:rsidRDefault="00000000">
            <w:pPr>
              <w:pStyle w:val="TableText"/>
            </w:pPr>
            <w:r>
              <w:t>0410 / 411</w:t>
            </w:r>
          </w:p>
        </w:tc>
        <w:tc>
          <w:tcPr>
            <w:tcW w:w="4630" w:type="dxa"/>
            <w:shd w:val="clear" w:color="auto" w:fill="F0F5F2"/>
          </w:tcPr>
          <w:p w14:paraId="75E8BC57" w14:textId="77777777" w:rsidR="00000B84" w:rsidRDefault="00000000">
            <w:pPr>
              <w:pStyle w:val="TableText"/>
            </w:pPr>
            <w:r>
              <w:t>Anastácia Da Ceda Alberto Munhavate</w:t>
            </w:r>
          </w:p>
        </w:tc>
        <w:tc>
          <w:tcPr>
            <w:tcW w:w="4110" w:type="dxa"/>
            <w:shd w:val="clear" w:color="auto" w:fill="F0F5F2"/>
          </w:tcPr>
          <w:p w14:paraId="7C8E4E63" w14:textId="77777777" w:rsidR="00000B84" w:rsidRDefault="00000000">
            <w:pPr>
              <w:pStyle w:val="TableText"/>
            </w:pPr>
            <w:r>
              <w:t>Anastácia Da Ceda Munhavate</w:t>
            </w:r>
          </w:p>
        </w:tc>
      </w:tr>
      <w:tr w:rsidR="00000B84" w14:paraId="07DE4400" w14:textId="77777777">
        <w:trPr>
          <w:cantSplit/>
        </w:trPr>
        <w:tc>
          <w:tcPr>
            <w:tcW w:w="1406" w:type="dxa"/>
            <w:shd w:val="clear" w:color="auto" w:fill="FFFFFF"/>
          </w:tcPr>
          <w:p w14:paraId="2225CC4D" w14:textId="77777777" w:rsidR="00000B84" w:rsidRDefault="00000000">
            <w:pPr>
              <w:pStyle w:val="TableText"/>
            </w:pPr>
            <w:r>
              <w:t>0414 / 415</w:t>
            </w:r>
          </w:p>
        </w:tc>
        <w:tc>
          <w:tcPr>
            <w:tcW w:w="4630" w:type="dxa"/>
            <w:shd w:val="clear" w:color="auto" w:fill="FFFFFF"/>
          </w:tcPr>
          <w:p w14:paraId="1F1B7C84" w14:textId="77777777" w:rsidR="00000B84" w:rsidRDefault="00000000">
            <w:pPr>
              <w:pStyle w:val="TableText"/>
            </w:pPr>
            <w:r>
              <w:t>Anastácia Gasto Armando Armando</w:t>
            </w:r>
          </w:p>
        </w:tc>
        <w:tc>
          <w:tcPr>
            <w:tcW w:w="4110" w:type="dxa"/>
            <w:shd w:val="clear" w:color="auto" w:fill="FFFFFF"/>
          </w:tcPr>
          <w:p w14:paraId="7C84A5EC" w14:textId="77777777" w:rsidR="00000B84" w:rsidRDefault="00000000">
            <w:pPr>
              <w:pStyle w:val="TableText"/>
            </w:pPr>
            <w:r>
              <w:t>Anastácia Gasto Armando</w:t>
            </w:r>
          </w:p>
        </w:tc>
      </w:tr>
      <w:tr w:rsidR="00000B84" w14:paraId="1026CCF8" w14:textId="77777777">
        <w:trPr>
          <w:cantSplit/>
        </w:trPr>
        <w:tc>
          <w:tcPr>
            <w:tcW w:w="1406" w:type="dxa"/>
            <w:shd w:val="clear" w:color="auto" w:fill="F0F5F2"/>
          </w:tcPr>
          <w:p w14:paraId="74E371D0" w14:textId="77777777" w:rsidR="00000B84" w:rsidRDefault="00000000">
            <w:pPr>
              <w:pStyle w:val="TableText"/>
            </w:pPr>
            <w:r>
              <w:t>0416 / 417</w:t>
            </w:r>
          </w:p>
        </w:tc>
        <w:tc>
          <w:tcPr>
            <w:tcW w:w="4630" w:type="dxa"/>
            <w:shd w:val="clear" w:color="auto" w:fill="F0F5F2"/>
          </w:tcPr>
          <w:p w14:paraId="54923325" w14:textId="77777777" w:rsidR="00000B84" w:rsidRDefault="00000000">
            <w:pPr>
              <w:pStyle w:val="TableText"/>
            </w:pPr>
            <w:r>
              <w:t>Anastácia Humberto Muganiwa Muganiwa</w:t>
            </w:r>
          </w:p>
        </w:tc>
        <w:tc>
          <w:tcPr>
            <w:tcW w:w="4110" w:type="dxa"/>
            <w:shd w:val="clear" w:color="auto" w:fill="F0F5F2"/>
          </w:tcPr>
          <w:p w14:paraId="07C0F294" w14:textId="77777777" w:rsidR="00000B84" w:rsidRDefault="00000000">
            <w:pPr>
              <w:pStyle w:val="TableText"/>
            </w:pPr>
            <w:r>
              <w:t>Anastácia Humberto Muganiwa</w:t>
            </w:r>
          </w:p>
        </w:tc>
      </w:tr>
      <w:tr w:rsidR="00000B84" w14:paraId="5AF987CD" w14:textId="77777777">
        <w:trPr>
          <w:cantSplit/>
        </w:trPr>
        <w:tc>
          <w:tcPr>
            <w:tcW w:w="1406" w:type="dxa"/>
            <w:shd w:val="clear" w:color="auto" w:fill="FFFFFF"/>
          </w:tcPr>
          <w:p w14:paraId="3B91F839" w14:textId="77777777" w:rsidR="00000B84" w:rsidRDefault="00000000">
            <w:pPr>
              <w:pStyle w:val="TableText"/>
            </w:pPr>
            <w:r>
              <w:t>0417 / 418</w:t>
            </w:r>
          </w:p>
        </w:tc>
        <w:tc>
          <w:tcPr>
            <w:tcW w:w="4630" w:type="dxa"/>
            <w:shd w:val="clear" w:color="auto" w:fill="FFFFFF"/>
          </w:tcPr>
          <w:p w14:paraId="69EC6A09" w14:textId="77777777" w:rsidR="00000B84" w:rsidRDefault="00000000">
            <w:pPr>
              <w:pStyle w:val="TableText"/>
            </w:pPr>
            <w:r>
              <w:t>Anastacia Jamal Anastacia Jamal Madeira</w:t>
            </w:r>
          </w:p>
        </w:tc>
        <w:tc>
          <w:tcPr>
            <w:tcW w:w="4110" w:type="dxa"/>
            <w:shd w:val="clear" w:color="auto" w:fill="FFFFFF"/>
          </w:tcPr>
          <w:p w14:paraId="2DACD87A" w14:textId="77777777" w:rsidR="00000B84" w:rsidRDefault="00000000">
            <w:pPr>
              <w:pStyle w:val="TableText"/>
            </w:pPr>
            <w:r>
              <w:t>Anastacia Jamal Madeira</w:t>
            </w:r>
          </w:p>
        </w:tc>
      </w:tr>
      <w:tr w:rsidR="00000B84" w14:paraId="2CD38BC5" w14:textId="77777777">
        <w:trPr>
          <w:cantSplit/>
        </w:trPr>
        <w:tc>
          <w:tcPr>
            <w:tcW w:w="1406" w:type="dxa"/>
            <w:shd w:val="clear" w:color="auto" w:fill="F0F5F2"/>
          </w:tcPr>
          <w:p w14:paraId="31DBA841" w14:textId="77777777" w:rsidR="00000B84" w:rsidRDefault="00000000">
            <w:pPr>
              <w:pStyle w:val="TableText"/>
            </w:pPr>
            <w:r>
              <w:t>0420 / 421</w:t>
            </w:r>
          </w:p>
        </w:tc>
        <w:tc>
          <w:tcPr>
            <w:tcW w:w="4630" w:type="dxa"/>
            <w:shd w:val="clear" w:color="auto" w:fill="F0F5F2"/>
          </w:tcPr>
          <w:p w14:paraId="52D284DA" w14:textId="77777777" w:rsidR="00000B84" w:rsidRDefault="00000000">
            <w:pPr>
              <w:pStyle w:val="TableText"/>
            </w:pPr>
            <w:r>
              <w:t>Anastacia Jose Anastacia Daniel Jose</w:t>
            </w:r>
          </w:p>
        </w:tc>
        <w:tc>
          <w:tcPr>
            <w:tcW w:w="4110" w:type="dxa"/>
            <w:shd w:val="clear" w:color="auto" w:fill="F0F5F2"/>
          </w:tcPr>
          <w:p w14:paraId="713F84B8" w14:textId="77777777" w:rsidR="00000B84" w:rsidRDefault="00000000">
            <w:pPr>
              <w:pStyle w:val="TableText"/>
            </w:pPr>
            <w:r>
              <w:t>Anastacia Jose Jose</w:t>
            </w:r>
          </w:p>
        </w:tc>
      </w:tr>
      <w:tr w:rsidR="00000B84" w14:paraId="04090427" w14:textId="77777777">
        <w:trPr>
          <w:cantSplit/>
        </w:trPr>
        <w:tc>
          <w:tcPr>
            <w:tcW w:w="1406" w:type="dxa"/>
            <w:shd w:val="clear" w:color="auto" w:fill="FFFFFF"/>
          </w:tcPr>
          <w:p w14:paraId="4AA5C109" w14:textId="77777777" w:rsidR="00000B84" w:rsidRDefault="00000000">
            <w:pPr>
              <w:pStyle w:val="TableText"/>
            </w:pPr>
            <w:r>
              <w:lastRenderedPageBreak/>
              <w:t>0431 / 432</w:t>
            </w:r>
          </w:p>
        </w:tc>
        <w:tc>
          <w:tcPr>
            <w:tcW w:w="4630" w:type="dxa"/>
            <w:shd w:val="clear" w:color="auto" w:fill="FFFFFF"/>
          </w:tcPr>
          <w:p w14:paraId="53EB4026" w14:textId="77777777" w:rsidR="00000B84" w:rsidRDefault="00000000">
            <w:pPr>
              <w:pStyle w:val="TableText"/>
            </w:pPr>
            <w:r>
              <w:t>Anastacia Paulo Abreu Namutubua</w:t>
            </w:r>
          </w:p>
        </w:tc>
        <w:tc>
          <w:tcPr>
            <w:tcW w:w="4110" w:type="dxa"/>
            <w:shd w:val="clear" w:color="auto" w:fill="FFFFFF"/>
          </w:tcPr>
          <w:p w14:paraId="0308CF65" w14:textId="77777777" w:rsidR="00000B84" w:rsidRDefault="00000000">
            <w:pPr>
              <w:pStyle w:val="TableText"/>
            </w:pPr>
            <w:r>
              <w:t>Anastacia Paulo Namutubua</w:t>
            </w:r>
          </w:p>
        </w:tc>
      </w:tr>
      <w:tr w:rsidR="00000B84" w14:paraId="45D3D554" w14:textId="77777777">
        <w:trPr>
          <w:cantSplit/>
        </w:trPr>
        <w:tc>
          <w:tcPr>
            <w:tcW w:w="1406" w:type="dxa"/>
            <w:shd w:val="clear" w:color="auto" w:fill="F0F5F2"/>
          </w:tcPr>
          <w:p w14:paraId="68F0F0F5" w14:textId="77777777" w:rsidR="00000B84" w:rsidRDefault="00000000">
            <w:pPr>
              <w:pStyle w:val="TableText"/>
            </w:pPr>
            <w:r>
              <w:t>0454 / 455</w:t>
            </w:r>
          </w:p>
        </w:tc>
        <w:tc>
          <w:tcPr>
            <w:tcW w:w="4630" w:type="dxa"/>
            <w:shd w:val="clear" w:color="auto" w:fill="F0F5F2"/>
          </w:tcPr>
          <w:p w14:paraId="7E58DEF4" w14:textId="77777777" w:rsidR="00000B84" w:rsidRDefault="00000000">
            <w:pPr>
              <w:pStyle w:val="TableText"/>
            </w:pPr>
            <w:r>
              <w:t>Ancha Jalé Ancha Jalé Corrêa Mendes</w:t>
            </w:r>
          </w:p>
        </w:tc>
        <w:tc>
          <w:tcPr>
            <w:tcW w:w="4110" w:type="dxa"/>
            <w:shd w:val="clear" w:color="auto" w:fill="F0F5F2"/>
          </w:tcPr>
          <w:p w14:paraId="326E2024" w14:textId="77777777" w:rsidR="00000B84" w:rsidRDefault="00000000">
            <w:pPr>
              <w:pStyle w:val="TableText"/>
            </w:pPr>
            <w:r>
              <w:t>Ancha Jalé Mendes</w:t>
            </w:r>
          </w:p>
        </w:tc>
      </w:tr>
      <w:tr w:rsidR="00000B84" w14:paraId="6B722A52" w14:textId="77777777">
        <w:trPr>
          <w:cantSplit/>
        </w:trPr>
        <w:tc>
          <w:tcPr>
            <w:tcW w:w="1406" w:type="dxa"/>
            <w:shd w:val="clear" w:color="auto" w:fill="FFFFFF"/>
          </w:tcPr>
          <w:p w14:paraId="6AABBF98" w14:textId="77777777" w:rsidR="00000B84" w:rsidRDefault="00000000">
            <w:pPr>
              <w:pStyle w:val="TableText"/>
            </w:pPr>
            <w:r>
              <w:t>0456 / 457</w:t>
            </w:r>
          </w:p>
        </w:tc>
        <w:tc>
          <w:tcPr>
            <w:tcW w:w="4630" w:type="dxa"/>
            <w:shd w:val="clear" w:color="auto" w:fill="FFFFFF"/>
          </w:tcPr>
          <w:p w14:paraId="59E22061" w14:textId="77777777" w:rsidR="00000B84" w:rsidRDefault="00000000">
            <w:pPr>
              <w:pStyle w:val="TableText"/>
            </w:pPr>
            <w:r>
              <w:t>Ancha Juvêncio Bernardo Narciso</w:t>
            </w:r>
          </w:p>
        </w:tc>
        <w:tc>
          <w:tcPr>
            <w:tcW w:w="4110" w:type="dxa"/>
            <w:shd w:val="clear" w:color="auto" w:fill="FFFFFF"/>
          </w:tcPr>
          <w:p w14:paraId="5301143C" w14:textId="77777777" w:rsidR="00000B84" w:rsidRDefault="00000000">
            <w:pPr>
              <w:pStyle w:val="TableText"/>
            </w:pPr>
            <w:r>
              <w:t>Ancha Juvêncio Narciso</w:t>
            </w:r>
          </w:p>
        </w:tc>
      </w:tr>
      <w:tr w:rsidR="00000B84" w14:paraId="3F2D2BE0" w14:textId="77777777">
        <w:trPr>
          <w:cantSplit/>
        </w:trPr>
        <w:tc>
          <w:tcPr>
            <w:tcW w:w="1406" w:type="dxa"/>
            <w:shd w:val="clear" w:color="auto" w:fill="F0F5F2"/>
          </w:tcPr>
          <w:p w14:paraId="15CE748B" w14:textId="77777777" w:rsidR="00000B84" w:rsidRDefault="00000000">
            <w:pPr>
              <w:pStyle w:val="TableText"/>
            </w:pPr>
            <w:r>
              <w:t>0468 / 469</w:t>
            </w:r>
          </w:p>
        </w:tc>
        <w:tc>
          <w:tcPr>
            <w:tcW w:w="4630" w:type="dxa"/>
            <w:shd w:val="clear" w:color="auto" w:fill="F0F5F2"/>
          </w:tcPr>
          <w:p w14:paraId="2C59A993" w14:textId="77777777" w:rsidR="00000B84" w:rsidRDefault="00000000">
            <w:pPr>
              <w:pStyle w:val="TableText"/>
            </w:pPr>
            <w:r>
              <w:t>Andivalda Adelino Selemane Buramo</w:t>
            </w:r>
          </w:p>
        </w:tc>
        <w:tc>
          <w:tcPr>
            <w:tcW w:w="4110" w:type="dxa"/>
            <w:shd w:val="clear" w:color="auto" w:fill="F0F5F2"/>
          </w:tcPr>
          <w:p w14:paraId="06CB4545" w14:textId="77777777" w:rsidR="00000B84" w:rsidRDefault="00000000">
            <w:pPr>
              <w:pStyle w:val="TableText"/>
            </w:pPr>
            <w:r>
              <w:t>Andivalda Adelino Buramo</w:t>
            </w:r>
          </w:p>
        </w:tc>
      </w:tr>
      <w:tr w:rsidR="00000B84" w14:paraId="3E141E9F" w14:textId="77777777">
        <w:trPr>
          <w:cantSplit/>
        </w:trPr>
        <w:tc>
          <w:tcPr>
            <w:tcW w:w="1406" w:type="dxa"/>
            <w:shd w:val="clear" w:color="auto" w:fill="FFFFFF"/>
          </w:tcPr>
          <w:p w14:paraId="42F918FA" w14:textId="77777777" w:rsidR="00000B84" w:rsidRDefault="00000000">
            <w:pPr>
              <w:pStyle w:val="TableText"/>
            </w:pPr>
            <w:r>
              <w:t>0472 / 473</w:t>
            </w:r>
          </w:p>
        </w:tc>
        <w:tc>
          <w:tcPr>
            <w:tcW w:w="4630" w:type="dxa"/>
            <w:shd w:val="clear" w:color="auto" w:fill="FFFFFF"/>
          </w:tcPr>
          <w:p w14:paraId="693FF82C" w14:textId="77777777" w:rsidR="00000B84" w:rsidRDefault="00000000">
            <w:pPr>
              <w:pStyle w:val="TableText"/>
            </w:pPr>
            <w:r>
              <w:t>Anexa Arcanjo Américo Jamalique</w:t>
            </w:r>
          </w:p>
        </w:tc>
        <w:tc>
          <w:tcPr>
            <w:tcW w:w="4110" w:type="dxa"/>
            <w:shd w:val="clear" w:color="auto" w:fill="FFFFFF"/>
          </w:tcPr>
          <w:p w14:paraId="5620A984" w14:textId="77777777" w:rsidR="00000B84" w:rsidRDefault="00000000">
            <w:pPr>
              <w:pStyle w:val="TableText"/>
            </w:pPr>
            <w:r>
              <w:t>Anexa Arcanjo Jamalique</w:t>
            </w:r>
          </w:p>
        </w:tc>
      </w:tr>
      <w:tr w:rsidR="00000B84" w14:paraId="60150EC4" w14:textId="77777777">
        <w:trPr>
          <w:cantSplit/>
        </w:trPr>
        <w:tc>
          <w:tcPr>
            <w:tcW w:w="1406" w:type="dxa"/>
            <w:shd w:val="clear" w:color="auto" w:fill="F0F5F2"/>
          </w:tcPr>
          <w:p w14:paraId="24E7824B" w14:textId="77777777" w:rsidR="00000B84" w:rsidRDefault="00000000">
            <w:pPr>
              <w:pStyle w:val="TableText"/>
            </w:pPr>
            <w:r>
              <w:t>0502 / 503</w:t>
            </w:r>
          </w:p>
        </w:tc>
        <w:tc>
          <w:tcPr>
            <w:tcW w:w="4630" w:type="dxa"/>
            <w:shd w:val="clear" w:color="auto" w:fill="F0F5F2"/>
          </w:tcPr>
          <w:p w14:paraId="607E4A7D" w14:textId="77777777" w:rsidR="00000B84" w:rsidRDefault="00000000">
            <w:pPr>
              <w:pStyle w:val="TableText"/>
            </w:pPr>
            <w:r>
              <w:t>Angelina Matola Angelina Matola Calisto Azevedo</w:t>
            </w:r>
          </w:p>
        </w:tc>
        <w:tc>
          <w:tcPr>
            <w:tcW w:w="4110" w:type="dxa"/>
            <w:shd w:val="clear" w:color="auto" w:fill="F0F5F2"/>
          </w:tcPr>
          <w:p w14:paraId="67FC960B" w14:textId="77777777" w:rsidR="00000B84" w:rsidRDefault="00000000">
            <w:pPr>
              <w:pStyle w:val="TableText"/>
            </w:pPr>
            <w:r>
              <w:t>Angelina Matola Azevedo</w:t>
            </w:r>
          </w:p>
        </w:tc>
      </w:tr>
      <w:tr w:rsidR="00000B84" w14:paraId="1356C5CE" w14:textId="77777777">
        <w:trPr>
          <w:cantSplit/>
        </w:trPr>
        <w:tc>
          <w:tcPr>
            <w:tcW w:w="1406" w:type="dxa"/>
            <w:shd w:val="clear" w:color="auto" w:fill="FFFFFF"/>
          </w:tcPr>
          <w:p w14:paraId="22E46F30" w14:textId="77777777" w:rsidR="00000B84" w:rsidRDefault="00000000">
            <w:pPr>
              <w:pStyle w:val="TableText"/>
            </w:pPr>
            <w:r>
              <w:t>0523 / 524</w:t>
            </w:r>
          </w:p>
        </w:tc>
        <w:tc>
          <w:tcPr>
            <w:tcW w:w="4630" w:type="dxa"/>
            <w:shd w:val="clear" w:color="auto" w:fill="FFFFFF"/>
          </w:tcPr>
          <w:p w14:paraId="308A5330" w14:textId="77777777" w:rsidR="00000B84" w:rsidRDefault="00000000">
            <w:pPr>
              <w:pStyle w:val="TableText"/>
            </w:pPr>
            <w:r>
              <w:t>Anifa Francisco Cerveja Samundane</w:t>
            </w:r>
          </w:p>
        </w:tc>
        <w:tc>
          <w:tcPr>
            <w:tcW w:w="4110" w:type="dxa"/>
            <w:shd w:val="clear" w:color="auto" w:fill="FFFFFF"/>
          </w:tcPr>
          <w:p w14:paraId="45A62E9B" w14:textId="77777777" w:rsidR="00000B84" w:rsidRDefault="00000000">
            <w:pPr>
              <w:pStyle w:val="TableText"/>
            </w:pPr>
            <w:r>
              <w:t>Anifa Francisco Samundane</w:t>
            </w:r>
          </w:p>
        </w:tc>
      </w:tr>
      <w:tr w:rsidR="00000B84" w14:paraId="3CD3ED53" w14:textId="77777777">
        <w:trPr>
          <w:cantSplit/>
        </w:trPr>
        <w:tc>
          <w:tcPr>
            <w:tcW w:w="1406" w:type="dxa"/>
            <w:shd w:val="clear" w:color="auto" w:fill="F0F5F2"/>
          </w:tcPr>
          <w:p w14:paraId="02EF2CFB" w14:textId="77777777" w:rsidR="00000B84" w:rsidRDefault="00000000">
            <w:pPr>
              <w:pStyle w:val="TableText"/>
            </w:pPr>
            <w:r>
              <w:t>0525 / 526</w:t>
            </w:r>
          </w:p>
        </w:tc>
        <w:tc>
          <w:tcPr>
            <w:tcW w:w="4630" w:type="dxa"/>
            <w:shd w:val="clear" w:color="auto" w:fill="F0F5F2"/>
          </w:tcPr>
          <w:p w14:paraId="2C9D550E" w14:textId="77777777" w:rsidR="00000B84" w:rsidRDefault="00000000">
            <w:pPr>
              <w:pStyle w:val="TableText"/>
            </w:pPr>
            <w:r>
              <w:t>Anifa Sualei Sualei Sualei Sualei</w:t>
            </w:r>
          </w:p>
        </w:tc>
        <w:tc>
          <w:tcPr>
            <w:tcW w:w="4110" w:type="dxa"/>
            <w:shd w:val="clear" w:color="auto" w:fill="F0F5F2"/>
          </w:tcPr>
          <w:p w14:paraId="2AD4B296" w14:textId="77777777" w:rsidR="00000B84" w:rsidRDefault="00000000">
            <w:pPr>
              <w:pStyle w:val="TableText"/>
            </w:pPr>
            <w:r>
              <w:t>Anifa Sualei Sualei</w:t>
            </w:r>
          </w:p>
        </w:tc>
      </w:tr>
      <w:tr w:rsidR="00000B84" w14:paraId="213C2C55" w14:textId="77777777">
        <w:trPr>
          <w:cantSplit/>
        </w:trPr>
        <w:tc>
          <w:tcPr>
            <w:tcW w:w="1406" w:type="dxa"/>
            <w:shd w:val="clear" w:color="auto" w:fill="FFFFFF"/>
          </w:tcPr>
          <w:p w14:paraId="294451E9" w14:textId="77777777" w:rsidR="00000B84" w:rsidRDefault="00000000">
            <w:pPr>
              <w:pStyle w:val="TableText"/>
            </w:pPr>
            <w:r>
              <w:t>0544 / 545</w:t>
            </w:r>
          </w:p>
        </w:tc>
        <w:tc>
          <w:tcPr>
            <w:tcW w:w="4630" w:type="dxa"/>
            <w:shd w:val="clear" w:color="auto" w:fill="FFFFFF"/>
          </w:tcPr>
          <w:p w14:paraId="3D07196F" w14:textId="77777777" w:rsidR="00000B84" w:rsidRDefault="00000000">
            <w:pPr>
              <w:pStyle w:val="TableText"/>
            </w:pPr>
            <w:r>
              <w:t>Antonia Antónia Aquilo Eugénio Raibo</w:t>
            </w:r>
          </w:p>
        </w:tc>
        <w:tc>
          <w:tcPr>
            <w:tcW w:w="4110" w:type="dxa"/>
            <w:shd w:val="clear" w:color="auto" w:fill="FFFFFF"/>
          </w:tcPr>
          <w:p w14:paraId="54677D3B" w14:textId="77777777" w:rsidR="00000B84" w:rsidRDefault="00000000">
            <w:pPr>
              <w:pStyle w:val="TableText"/>
            </w:pPr>
            <w:r>
              <w:t>Antonia Antónia Raibo</w:t>
            </w:r>
          </w:p>
        </w:tc>
      </w:tr>
      <w:tr w:rsidR="00000B84" w14:paraId="2A22ABC7" w14:textId="77777777">
        <w:trPr>
          <w:cantSplit/>
        </w:trPr>
        <w:tc>
          <w:tcPr>
            <w:tcW w:w="1406" w:type="dxa"/>
            <w:shd w:val="clear" w:color="auto" w:fill="F0F5F2"/>
          </w:tcPr>
          <w:p w14:paraId="1C7D81F0" w14:textId="77777777" w:rsidR="00000B84" w:rsidRDefault="00000000">
            <w:pPr>
              <w:pStyle w:val="TableText"/>
            </w:pPr>
            <w:r>
              <w:t>0546 / 547</w:t>
            </w:r>
          </w:p>
        </w:tc>
        <w:tc>
          <w:tcPr>
            <w:tcW w:w="4630" w:type="dxa"/>
            <w:shd w:val="clear" w:color="auto" w:fill="F0F5F2"/>
          </w:tcPr>
          <w:p w14:paraId="15EE8B7D" w14:textId="77777777" w:rsidR="00000B84" w:rsidRDefault="00000000">
            <w:pPr>
              <w:pStyle w:val="TableText"/>
            </w:pPr>
            <w:r>
              <w:t>Antónia Antonio Amade Nhambede</w:t>
            </w:r>
          </w:p>
        </w:tc>
        <w:tc>
          <w:tcPr>
            <w:tcW w:w="4110" w:type="dxa"/>
            <w:shd w:val="clear" w:color="auto" w:fill="F0F5F2"/>
          </w:tcPr>
          <w:p w14:paraId="7B69EFD5" w14:textId="77777777" w:rsidR="00000B84" w:rsidRDefault="00000000">
            <w:pPr>
              <w:pStyle w:val="TableText"/>
            </w:pPr>
            <w:r>
              <w:t>Antónia Antonio Nhambede</w:t>
            </w:r>
          </w:p>
        </w:tc>
      </w:tr>
      <w:tr w:rsidR="00000B84" w14:paraId="16CCAFBA" w14:textId="77777777">
        <w:trPr>
          <w:cantSplit/>
        </w:trPr>
        <w:tc>
          <w:tcPr>
            <w:tcW w:w="1406" w:type="dxa"/>
            <w:shd w:val="clear" w:color="auto" w:fill="FFFFFF"/>
          </w:tcPr>
          <w:p w14:paraId="0F24AC44" w14:textId="77777777" w:rsidR="00000B84" w:rsidRDefault="00000000">
            <w:pPr>
              <w:pStyle w:val="TableText"/>
            </w:pPr>
            <w:r>
              <w:t>0553 / 554</w:t>
            </w:r>
          </w:p>
        </w:tc>
        <w:tc>
          <w:tcPr>
            <w:tcW w:w="4630" w:type="dxa"/>
            <w:shd w:val="clear" w:color="auto" w:fill="FFFFFF"/>
          </w:tcPr>
          <w:p w14:paraId="0CF15E4F" w14:textId="77777777" w:rsidR="00000B84" w:rsidRDefault="00000000">
            <w:pPr>
              <w:pStyle w:val="TableText"/>
            </w:pPr>
            <w:r>
              <w:t>Antônia Antônio Martins Martins</w:t>
            </w:r>
          </w:p>
        </w:tc>
        <w:tc>
          <w:tcPr>
            <w:tcW w:w="4110" w:type="dxa"/>
            <w:shd w:val="clear" w:color="auto" w:fill="FFFFFF"/>
          </w:tcPr>
          <w:p w14:paraId="22BBB99E" w14:textId="77777777" w:rsidR="00000B84" w:rsidRDefault="00000000">
            <w:pPr>
              <w:pStyle w:val="TableText"/>
            </w:pPr>
            <w:r>
              <w:t>Antônia Antônio Martins</w:t>
            </w:r>
          </w:p>
        </w:tc>
      </w:tr>
      <w:tr w:rsidR="00000B84" w14:paraId="286A08E1" w14:textId="77777777">
        <w:trPr>
          <w:cantSplit/>
        </w:trPr>
        <w:tc>
          <w:tcPr>
            <w:tcW w:w="1406" w:type="dxa"/>
            <w:shd w:val="clear" w:color="auto" w:fill="F0F5F2"/>
          </w:tcPr>
          <w:p w14:paraId="457E376E" w14:textId="77777777" w:rsidR="00000B84" w:rsidRDefault="00000000">
            <w:pPr>
              <w:pStyle w:val="TableText"/>
            </w:pPr>
            <w:r>
              <w:t>0570 / 571</w:t>
            </w:r>
          </w:p>
        </w:tc>
        <w:tc>
          <w:tcPr>
            <w:tcW w:w="4630" w:type="dxa"/>
            <w:shd w:val="clear" w:color="auto" w:fill="F0F5F2"/>
          </w:tcPr>
          <w:p w14:paraId="16214E08" w14:textId="77777777" w:rsidR="00000B84" w:rsidRDefault="00000000">
            <w:pPr>
              <w:pStyle w:val="TableText"/>
            </w:pPr>
            <w:r>
              <w:t>Antonia Pereira Nhandeara Fagima</w:t>
            </w:r>
          </w:p>
        </w:tc>
        <w:tc>
          <w:tcPr>
            <w:tcW w:w="4110" w:type="dxa"/>
            <w:shd w:val="clear" w:color="auto" w:fill="F0F5F2"/>
          </w:tcPr>
          <w:p w14:paraId="16BB3EEF" w14:textId="77777777" w:rsidR="00000B84" w:rsidRDefault="00000000">
            <w:pPr>
              <w:pStyle w:val="TableText"/>
            </w:pPr>
            <w:r>
              <w:t>Antonia Pereira Fagima</w:t>
            </w:r>
          </w:p>
        </w:tc>
      </w:tr>
      <w:tr w:rsidR="00000B84" w14:paraId="733BB68C" w14:textId="77777777">
        <w:trPr>
          <w:cantSplit/>
        </w:trPr>
        <w:tc>
          <w:tcPr>
            <w:tcW w:w="1406" w:type="dxa"/>
            <w:shd w:val="clear" w:color="auto" w:fill="FFFFFF"/>
          </w:tcPr>
          <w:p w14:paraId="06E3601B" w14:textId="77777777" w:rsidR="00000B84" w:rsidRDefault="00000000">
            <w:pPr>
              <w:pStyle w:val="TableText"/>
            </w:pPr>
            <w:r>
              <w:t>0583 / 584</w:t>
            </w:r>
          </w:p>
        </w:tc>
        <w:tc>
          <w:tcPr>
            <w:tcW w:w="4630" w:type="dxa"/>
            <w:shd w:val="clear" w:color="auto" w:fill="FFFFFF"/>
          </w:tcPr>
          <w:p w14:paraId="5BEAA068" w14:textId="77777777" w:rsidR="00000B84" w:rsidRDefault="00000000">
            <w:pPr>
              <w:pStyle w:val="TableText"/>
            </w:pPr>
            <w:r>
              <w:t>Argentina Argentina Maçarico Boné Caminho</w:t>
            </w:r>
          </w:p>
        </w:tc>
        <w:tc>
          <w:tcPr>
            <w:tcW w:w="4110" w:type="dxa"/>
            <w:shd w:val="clear" w:color="auto" w:fill="FFFFFF"/>
          </w:tcPr>
          <w:p w14:paraId="5318A340" w14:textId="77777777" w:rsidR="00000B84" w:rsidRDefault="00000000">
            <w:pPr>
              <w:pStyle w:val="TableText"/>
            </w:pPr>
            <w:r>
              <w:t>Argentina Argentina Caminho</w:t>
            </w:r>
          </w:p>
        </w:tc>
      </w:tr>
      <w:tr w:rsidR="00000B84" w14:paraId="58929295" w14:textId="77777777">
        <w:trPr>
          <w:cantSplit/>
        </w:trPr>
        <w:tc>
          <w:tcPr>
            <w:tcW w:w="1406" w:type="dxa"/>
            <w:shd w:val="clear" w:color="auto" w:fill="F0F5F2"/>
          </w:tcPr>
          <w:p w14:paraId="54D71311" w14:textId="77777777" w:rsidR="00000B84" w:rsidRDefault="00000000">
            <w:pPr>
              <w:pStyle w:val="TableText"/>
            </w:pPr>
            <w:r>
              <w:t>0589 / 590</w:t>
            </w:r>
          </w:p>
        </w:tc>
        <w:tc>
          <w:tcPr>
            <w:tcW w:w="4630" w:type="dxa"/>
            <w:shd w:val="clear" w:color="auto" w:fill="F0F5F2"/>
          </w:tcPr>
          <w:p w14:paraId="5A0356E7" w14:textId="77777777" w:rsidR="00000B84" w:rsidRDefault="00000000">
            <w:pPr>
              <w:pStyle w:val="TableText"/>
            </w:pPr>
            <w:r>
              <w:t>Argentina Miqueias Muanadula Espírito</w:t>
            </w:r>
          </w:p>
        </w:tc>
        <w:tc>
          <w:tcPr>
            <w:tcW w:w="4110" w:type="dxa"/>
            <w:shd w:val="clear" w:color="auto" w:fill="F0F5F2"/>
          </w:tcPr>
          <w:p w14:paraId="4D29D30E" w14:textId="77777777" w:rsidR="00000B84" w:rsidRDefault="00000000">
            <w:pPr>
              <w:pStyle w:val="TableText"/>
            </w:pPr>
            <w:r>
              <w:t>Argentina Miqueias Espírito</w:t>
            </w:r>
          </w:p>
        </w:tc>
      </w:tr>
      <w:tr w:rsidR="00000B84" w14:paraId="4E7FE206" w14:textId="77777777">
        <w:trPr>
          <w:cantSplit/>
        </w:trPr>
        <w:tc>
          <w:tcPr>
            <w:tcW w:w="1406" w:type="dxa"/>
            <w:shd w:val="clear" w:color="auto" w:fill="FFFFFF"/>
          </w:tcPr>
          <w:p w14:paraId="0A0E3772" w14:textId="77777777" w:rsidR="00000B84" w:rsidRDefault="00000000">
            <w:pPr>
              <w:pStyle w:val="TableText"/>
            </w:pPr>
            <w:r>
              <w:t>0592 / 593</w:t>
            </w:r>
          </w:p>
        </w:tc>
        <w:tc>
          <w:tcPr>
            <w:tcW w:w="4630" w:type="dxa"/>
            <w:shd w:val="clear" w:color="auto" w:fill="FFFFFF"/>
          </w:tcPr>
          <w:p w14:paraId="5E71D7AB" w14:textId="77777777" w:rsidR="00000B84" w:rsidRDefault="00000000">
            <w:pPr>
              <w:pStyle w:val="TableText"/>
            </w:pPr>
            <w:r>
              <w:t>Arija Hilário Raul Gaspar Gaspar</w:t>
            </w:r>
          </w:p>
        </w:tc>
        <w:tc>
          <w:tcPr>
            <w:tcW w:w="4110" w:type="dxa"/>
            <w:shd w:val="clear" w:color="auto" w:fill="FFFFFF"/>
          </w:tcPr>
          <w:p w14:paraId="506BB15B" w14:textId="77777777" w:rsidR="00000B84" w:rsidRDefault="00000000">
            <w:pPr>
              <w:pStyle w:val="TableText"/>
            </w:pPr>
            <w:r>
              <w:t>Arija Hilário Gaspar</w:t>
            </w:r>
          </w:p>
        </w:tc>
      </w:tr>
      <w:tr w:rsidR="00000B84" w14:paraId="36F2924A" w14:textId="77777777">
        <w:trPr>
          <w:cantSplit/>
        </w:trPr>
        <w:tc>
          <w:tcPr>
            <w:tcW w:w="1406" w:type="dxa"/>
            <w:shd w:val="clear" w:color="auto" w:fill="F0F5F2"/>
          </w:tcPr>
          <w:p w14:paraId="1B0EE496" w14:textId="77777777" w:rsidR="00000B84" w:rsidRDefault="00000000">
            <w:pPr>
              <w:pStyle w:val="TableText"/>
            </w:pPr>
            <w:r>
              <w:t>0615 / 616</w:t>
            </w:r>
          </w:p>
        </w:tc>
        <w:tc>
          <w:tcPr>
            <w:tcW w:w="4630" w:type="dxa"/>
            <w:shd w:val="clear" w:color="auto" w:fill="F0F5F2"/>
          </w:tcPr>
          <w:p w14:paraId="25641141" w14:textId="77777777" w:rsidR="00000B84" w:rsidRDefault="00000000">
            <w:pPr>
              <w:pStyle w:val="TableText"/>
            </w:pPr>
            <w:r>
              <w:t>Arminda Carlitos Maurício Divara</w:t>
            </w:r>
          </w:p>
        </w:tc>
        <w:tc>
          <w:tcPr>
            <w:tcW w:w="4110" w:type="dxa"/>
            <w:shd w:val="clear" w:color="auto" w:fill="F0F5F2"/>
          </w:tcPr>
          <w:p w14:paraId="0AF6BE63" w14:textId="77777777" w:rsidR="00000B84" w:rsidRDefault="00000000">
            <w:pPr>
              <w:pStyle w:val="TableText"/>
            </w:pPr>
            <w:r>
              <w:t>Arminda Carlitos Divara</w:t>
            </w:r>
          </w:p>
        </w:tc>
      </w:tr>
      <w:tr w:rsidR="00000B84" w14:paraId="4E91D8F9" w14:textId="77777777">
        <w:trPr>
          <w:cantSplit/>
        </w:trPr>
        <w:tc>
          <w:tcPr>
            <w:tcW w:w="1406" w:type="dxa"/>
            <w:shd w:val="clear" w:color="auto" w:fill="FFFFFF"/>
          </w:tcPr>
          <w:p w14:paraId="12E2EED0" w14:textId="77777777" w:rsidR="00000B84" w:rsidRDefault="00000000">
            <w:pPr>
              <w:pStyle w:val="TableText"/>
            </w:pPr>
            <w:r>
              <w:t>0635 / 636</w:t>
            </w:r>
          </w:p>
        </w:tc>
        <w:tc>
          <w:tcPr>
            <w:tcW w:w="4630" w:type="dxa"/>
            <w:shd w:val="clear" w:color="auto" w:fill="FFFFFF"/>
          </w:tcPr>
          <w:p w14:paraId="26F05172" w14:textId="77777777" w:rsidR="00000B84" w:rsidRDefault="00000000">
            <w:pPr>
              <w:pStyle w:val="TableText"/>
            </w:pPr>
            <w:r>
              <w:t>Assrtia Alexandre Francisco Alexandre Francisco</w:t>
            </w:r>
          </w:p>
        </w:tc>
        <w:tc>
          <w:tcPr>
            <w:tcW w:w="4110" w:type="dxa"/>
            <w:shd w:val="clear" w:color="auto" w:fill="FFFFFF"/>
          </w:tcPr>
          <w:p w14:paraId="6C713883" w14:textId="77777777" w:rsidR="00000B84" w:rsidRDefault="00000000">
            <w:pPr>
              <w:pStyle w:val="TableText"/>
            </w:pPr>
            <w:r>
              <w:t>Assrtia Alexandre Francisco</w:t>
            </w:r>
          </w:p>
        </w:tc>
      </w:tr>
      <w:tr w:rsidR="00000B84" w14:paraId="53FDBF16" w14:textId="77777777">
        <w:trPr>
          <w:cantSplit/>
        </w:trPr>
        <w:tc>
          <w:tcPr>
            <w:tcW w:w="1406" w:type="dxa"/>
            <w:shd w:val="clear" w:color="auto" w:fill="F0F5F2"/>
          </w:tcPr>
          <w:p w14:paraId="4C3DAB23" w14:textId="77777777" w:rsidR="00000B84" w:rsidRDefault="00000000">
            <w:pPr>
              <w:pStyle w:val="TableText"/>
            </w:pPr>
            <w:r>
              <w:t>0675 / 676</w:t>
            </w:r>
          </w:p>
        </w:tc>
        <w:tc>
          <w:tcPr>
            <w:tcW w:w="4630" w:type="dxa"/>
            <w:shd w:val="clear" w:color="auto" w:fill="F0F5F2"/>
          </w:tcPr>
          <w:p w14:paraId="74DB4005" w14:textId="77777777" w:rsidR="00000B84" w:rsidRDefault="00000000">
            <w:pPr>
              <w:pStyle w:val="TableText"/>
            </w:pPr>
            <w:r>
              <w:t>Aurora Countinho Francisco Sabao</w:t>
            </w:r>
          </w:p>
        </w:tc>
        <w:tc>
          <w:tcPr>
            <w:tcW w:w="4110" w:type="dxa"/>
            <w:shd w:val="clear" w:color="auto" w:fill="F0F5F2"/>
          </w:tcPr>
          <w:p w14:paraId="1A33E5A6" w14:textId="77777777" w:rsidR="00000B84" w:rsidRDefault="00000000">
            <w:pPr>
              <w:pStyle w:val="TableText"/>
            </w:pPr>
            <w:r>
              <w:t>Aurora Countinho Sabao</w:t>
            </w:r>
          </w:p>
        </w:tc>
      </w:tr>
      <w:tr w:rsidR="00000B84" w14:paraId="11EE7DF0" w14:textId="77777777">
        <w:trPr>
          <w:cantSplit/>
        </w:trPr>
        <w:tc>
          <w:tcPr>
            <w:tcW w:w="1406" w:type="dxa"/>
            <w:shd w:val="clear" w:color="auto" w:fill="FFFFFF"/>
          </w:tcPr>
          <w:p w14:paraId="48988828" w14:textId="77777777" w:rsidR="00000B84" w:rsidRDefault="00000000">
            <w:pPr>
              <w:pStyle w:val="TableText"/>
            </w:pPr>
            <w:r>
              <w:t>0692 / 693</w:t>
            </w:r>
          </w:p>
        </w:tc>
        <w:tc>
          <w:tcPr>
            <w:tcW w:w="4630" w:type="dxa"/>
            <w:shd w:val="clear" w:color="auto" w:fill="FFFFFF"/>
          </w:tcPr>
          <w:p w14:paraId="1EAC4638" w14:textId="77777777" w:rsidR="00000B84" w:rsidRDefault="00000000">
            <w:pPr>
              <w:pStyle w:val="TableText"/>
            </w:pPr>
            <w:r>
              <w:t>Bachira Sunde Júlio Jaime Sunde</w:t>
            </w:r>
          </w:p>
        </w:tc>
        <w:tc>
          <w:tcPr>
            <w:tcW w:w="4110" w:type="dxa"/>
            <w:shd w:val="clear" w:color="auto" w:fill="FFFFFF"/>
          </w:tcPr>
          <w:p w14:paraId="520E8418" w14:textId="77777777" w:rsidR="00000B84" w:rsidRDefault="00000000">
            <w:pPr>
              <w:pStyle w:val="TableText"/>
            </w:pPr>
            <w:r>
              <w:t>Bachira Sunde Sunde</w:t>
            </w:r>
          </w:p>
        </w:tc>
      </w:tr>
      <w:tr w:rsidR="00000B84" w14:paraId="44A00D92" w14:textId="77777777">
        <w:trPr>
          <w:cantSplit/>
        </w:trPr>
        <w:tc>
          <w:tcPr>
            <w:tcW w:w="1406" w:type="dxa"/>
            <w:shd w:val="clear" w:color="auto" w:fill="F0F5F2"/>
          </w:tcPr>
          <w:p w14:paraId="05622546" w14:textId="77777777" w:rsidR="00000B84" w:rsidRDefault="00000000">
            <w:pPr>
              <w:pStyle w:val="TableText"/>
            </w:pPr>
            <w:r>
              <w:t>0715 / 716</w:t>
            </w:r>
          </w:p>
        </w:tc>
        <w:tc>
          <w:tcPr>
            <w:tcW w:w="4630" w:type="dxa"/>
            <w:shd w:val="clear" w:color="auto" w:fill="F0F5F2"/>
          </w:tcPr>
          <w:p w14:paraId="213CB40A" w14:textId="77777777" w:rsidR="00000B84" w:rsidRDefault="00000000">
            <w:pPr>
              <w:pStyle w:val="TableText"/>
            </w:pPr>
            <w:r>
              <w:t>Beatriz Jemusse Beatriz Jemusse Abucara</w:t>
            </w:r>
          </w:p>
        </w:tc>
        <w:tc>
          <w:tcPr>
            <w:tcW w:w="4110" w:type="dxa"/>
            <w:shd w:val="clear" w:color="auto" w:fill="F0F5F2"/>
          </w:tcPr>
          <w:p w14:paraId="30D3B3A8" w14:textId="77777777" w:rsidR="00000B84" w:rsidRDefault="00000000">
            <w:pPr>
              <w:pStyle w:val="TableText"/>
            </w:pPr>
            <w:r>
              <w:t>Beatriz Jemusse Abucara</w:t>
            </w:r>
          </w:p>
        </w:tc>
      </w:tr>
      <w:tr w:rsidR="00000B84" w14:paraId="0570FD49" w14:textId="77777777">
        <w:trPr>
          <w:cantSplit/>
        </w:trPr>
        <w:tc>
          <w:tcPr>
            <w:tcW w:w="1406" w:type="dxa"/>
            <w:shd w:val="clear" w:color="auto" w:fill="FFFFFF"/>
          </w:tcPr>
          <w:p w14:paraId="4B357633" w14:textId="77777777" w:rsidR="00000B84" w:rsidRDefault="00000000">
            <w:pPr>
              <w:pStyle w:val="TableText"/>
            </w:pPr>
            <w:r>
              <w:t>0721 / 722</w:t>
            </w:r>
          </w:p>
        </w:tc>
        <w:tc>
          <w:tcPr>
            <w:tcW w:w="4630" w:type="dxa"/>
            <w:shd w:val="clear" w:color="auto" w:fill="FFFFFF"/>
          </w:tcPr>
          <w:p w14:paraId="5D046C66" w14:textId="77777777" w:rsidR="00000B84" w:rsidRDefault="00000000">
            <w:pPr>
              <w:pStyle w:val="TableText"/>
            </w:pPr>
            <w:r>
              <w:t>Bela Gonçalves Mutano Gonçalves Mutano</w:t>
            </w:r>
          </w:p>
        </w:tc>
        <w:tc>
          <w:tcPr>
            <w:tcW w:w="4110" w:type="dxa"/>
            <w:shd w:val="clear" w:color="auto" w:fill="FFFFFF"/>
          </w:tcPr>
          <w:p w14:paraId="0DBF7826" w14:textId="77777777" w:rsidR="00000B84" w:rsidRDefault="00000000">
            <w:pPr>
              <w:pStyle w:val="TableText"/>
            </w:pPr>
            <w:r>
              <w:t>Bela Gonçalves Mutano</w:t>
            </w:r>
          </w:p>
        </w:tc>
      </w:tr>
      <w:tr w:rsidR="00000B84" w14:paraId="147B0E7B" w14:textId="77777777">
        <w:trPr>
          <w:cantSplit/>
        </w:trPr>
        <w:tc>
          <w:tcPr>
            <w:tcW w:w="1406" w:type="dxa"/>
            <w:shd w:val="clear" w:color="auto" w:fill="F0F5F2"/>
          </w:tcPr>
          <w:p w14:paraId="5AB184D4" w14:textId="77777777" w:rsidR="00000B84" w:rsidRDefault="00000000">
            <w:pPr>
              <w:pStyle w:val="TableText"/>
            </w:pPr>
            <w:r>
              <w:t>0723 / 724</w:t>
            </w:r>
          </w:p>
        </w:tc>
        <w:tc>
          <w:tcPr>
            <w:tcW w:w="4630" w:type="dxa"/>
            <w:shd w:val="clear" w:color="auto" w:fill="F0F5F2"/>
          </w:tcPr>
          <w:p w14:paraId="67419267" w14:textId="77777777" w:rsidR="00000B84" w:rsidRDefault="00000000">
            <w:pPr>
              <w:pStyle w:val="TableText"/>
            </w:pPr>
            <w:r>
              <w:t>Bela Lourindo Ventura Lourindo Ventura</w:t>
            </w:r>
          </w:p>
        </w:tc>
        <w:tc>
          <w:tcPr>
            <w:tcW w:w="4110" w:type="dxa"/>
            <w:shd w:val="clear" w:color="auto" w:fill="F0F5F2"/>
          </w:tcPr>
          <w:p w14:paraId="599A6E01" w14:textId="77777777" w:rsidR="00000B84" w:rsidRDefault="00000000">
            <w:pPr>
              <w:pStyle w:val="TableText"/>
            </w:pPr>
            <w:r>
              <w:t>Bela Lourindo Ventura</w:t>
            </w:r>
          </w:p>
        </w:tc>
      </w:tr>
      <w:tr w:rsidR="00000B84" w14:paraId="75D6CEB4" w14:textId="77777777">
        <w:trPr>
          <w:cantSplit/>
        </w:trPr>
        <w:tc>
          <w:tcPr>
            <w:tcW w:w="1406" w:type="dxa"/>
            <w:shd w:val="clear" w:color="auto" w:fill="FFFFFF"/>
          </w:tcPr>
          <w:p w14:paraId="4FE750A9" w14:textId="77777777" w:rsidR="00000B84" w:rsidRDefault="00000000">
            <w:pPr>
              <w:pStyle w:val="TableText"/>
            </w:pPr>
            <w:r>
              <w:t>0736 / 737</w:t>
            </w:r>
          </w:p>
        </w:tc>
        <w:tc>
          <w:tcPr>
            <w:tcW w:w="4630" w:type="dxa"/>
            <w:shd w:val="clear" w:color="auto" w:fill="FFFFFF"/>
          </w:tcPr>
          <w:p w14:paraId="780E4446" w14:textId="77777777" w:rsidR="00000B84" w:rsidRDefault="00000000">
            <w:pPr>
              <w:pStyle w:val="TableText"/>
            </w:pPr>
            <w:r>
              <w:t>Belita Belita Evaristo Jorge Benendito</w:t>
            </w:r>
          </w:p>
        </w:tc>
        <w:tc>
          <w:tcPr>
            <w:tcW w:w="4110" w:type="dxa"/>
            <w:shd w:val="clear" w:color="auto" w:fill="FFFFFF"/>
          </w:tcPr>
          <w:p w14:paraId="565E2C50" w14:textId="77777777" w:rsidR="00000B84" w:rsidRDefault="00000000">
            <w:pPr>
              <w:pStyle w:val="TableText"/>
            </w:pPr>
            <w:r>
              <w:t>Belita Belita Benendito</w:t>
            </w:r>
          </w:p>
        </w:tc>
      </w:tr>
      <w:tr w:rsidR="00000B84" w14:paraId="254F2568" w14:textId="77777777">
        <w:trPr>
          <w:cantSplit/>
        </w:trPr>
        <w:tc>
          <w:tcPr>
            <w:tcW w:w="1406" w:type="dxa"/>
            <w:shd w:val="clear" w:color="auto" w:fill="F0F5F2"/>
          </w:tcPr>
          <w:p w14:paraId="4CC4C0D5" w14:textId="77777777" w:rsidR="00000B84" w:rsidRDefault="00000000">
            <w:pPr>
              <w:pStyle w:val="TableText"/>
            </w:pPr>
            <w:r>
              <w:t>0778 / 779</w:t>
            </w:r>
          </w:p>
        </w:tc>
        <w:tc>
          <w:tcPr>
            <w:tcW w:w="4630" w:type="dxa"/>
            <w:shd w:val="clear" w:color="auto" w:fill="F0F5F2"/>
          </w:tcPr>
          <w:p w14:paraId="33268585" w14:textId="77777777" w:rsidR="00000B84" w:rsidRDefault="00000000">
            <w:pPr>
              <w:pStyle w:val="TableText"/>
            </w:pPr>
            <w:r>
              <w:t>Benjamina Arlindo Francisco Estevão</w:t>
            </w:r>
          </w:p>
        </w:tc>
        <w:tc>
          <w:tcPr>
            <w:tcW w:w="4110" w:type="dxa"/>
            <w:shd w:val="clear" w:color="auto" w:fill="F0F5F2"/>
          </w:tcPr>
          <w:p w14:paraId="67DD067F" w14:textId="77777777" w:rsidR="00000B84" w:rsidRDefault="00000000">
            <w:pPr>
              <w:pStyle w:val="TableText"/>
            </w:pPr>
            <w:r>
              <w:t>Benjamina Arlindo Estevão</w:t>
            </w:r>
          </w:p>
        </w:tc>
      </w:tr>
      <w:tr w:rsidR="00000B84" w14:paraId="393E8B7C" w14:textId="77777777">
        <w:trPr>
          <w:cantSplit/>
        </w:trPr>
        <w:tc>
          <w:tcPr>
            <w:tcW w:w="1406" w:type="dxa"/>
            <w:shd w:val="clear" w:color="auto" w:fill="FFFFFF"/>
          </w:tcPr>
          <w:p w14:paraId="685AD681" w14:textId="77777777" w:rsidR="00000B84" w:rsidRDefault="00000000">
            <w:pPr>
              <w:pStyle w:val="TableText"/>
            </w:pPr>
            <w:r>
              <w:t>0786 / 787</w:t>
            </w:r>
          </w:p>
        </w:tc>
        <w:tc>
          <w:tcPr>
            <w:tcW w:w="4630" w:type="dxa"/>
            <w:shd w:val="clear" w:color="auto" w:fill="FFFFFF"/>
          </w:tcPr>
          <w:p w14:paraId="7FE3F6E4" w14:textId="77777777" w:rsidR="00000B84" w:rsidRDefault="00000000">
            <w:pPr>
              <w:pStyle w:val="TableText"/>
            </w:pPr>
            <w:r>
              <w:t>Berlinda Alberto Murinane Nocaleliua</w:t>
            </w:r>
          </w:p>
        </w:tc>
        <w:tc>
          <w:tcPr>
            <w:tcW w:w="4110" w:type="dxa"/>
            <w:shd w:val="clear" w:color="auto" w:fill="FFFFFF"/>
          </w:tcPr>
          <w:p w14:paraId="67837579" w14:textId="77777777" w:rsidR="00000B84" w:rsidRDefault="00000000">
            <w:pPr>
              <w:pStyle w:val="TableText"/>
            </w:pPr>
            <w:r>
              <w:t>Berlinda Alberto Nocaleliua</w:t>
            </w:r>
          </w:p>
        </w:tc>
      </w:tr>
      <w:tr w:rsidR="00000B84" w14:paraId="33332992" w14:textId="77777777">
        <w:trPr>
          <w:cantSplit/>
        </w:trPr>
        <w:tc>
          <w:tcPr>
            <w:tcW w:w="1406" w:type="dxa"/>
            <w:shd w:val="clear" w:color="auto" w:fill="F0F5F2"/>
          </w:tcPr>
          <w:p w14:paraId="2F79D66F" w14:textId="77777777" w:rsidR="00000B84" w:rsidRDefault="00000000">
            <w:pPr>
              <w:pStyle w:val="TableText"/>
            </w:pPr>
            <w:r>
              <w:t>0794 / 795</w:t>
            </w:r>
          </w:p>
        </w:tc>
        <w:tc>
          <w:tcPr>
            <w:tcW w:w="4630" w:type="dxa"/>
            <w:shd w:val="clear" w:color="auto" w:fill="F0F5F2"/>
          </w:tcPr>
          <w:p w14:paraId="7024379D" w14:textId="77777777" w:rsidR="00000B84" w:rsidRDefault="00000000">
            <w:pPr>
              <w:pStyle w:val="TableText"/>
            </w:pPr>
            <w:r>
              <w:t>Bernardete Bernabé Bachone Bachone</w:t>
            </w:r>
          </w:p>
        </w:tc>
        <w:tc>
          <w:tcPr>
            <w:tcW w:w="4110" w:type="dxa"/>
            <w:shd w:val="clear" w:color="auto" w:fill="F0F5F2"/>
          </w:tcPr>
          <w:p w14:paraId="38767354" w14:textId="77777777" w:rsidR="00000B84" w:rsidRDefault="00000000">
            <w:pPr>
              <w:pStyle w:val="TableText"/>
            </w:pPr>
            <w:r>
              <w:t>Bernardete Bernabé Bachone</w:t>
            </w:r>
          </w:p>
        </w:tc>
      </w:tr>
      <w:tr w:rsidR="00000B84" w14:paraId="65AF5118" w14:textId="77777777">
        <w:trPr>
          <w:cantSplit/>
        </w:trPr>
        <w:tc>
          <w:tcPr>
            <w:tcW w:w="1406" w:type="dxa"/>
            <w:shd w:val="clear" w:color="auto" w:fill="FFFFFF"/>
          </w:tcPr>
          <w:p w14:paraId="4CCE8787" w14:textId="77777777" w:rsidR="00000B84" w:rsidRDefault="00000000">
            <w:pPr>
              <w:pStyle w:val="TableText"/>
            </w:pPr>
            <w:r>
              <w:t>0811 / 812</w:t>
            </w:r>
          </w:p>
        </w:tc>
        <w:tc>
          <w:tcPr>
            <w:tcW w:w="4630" w:type="dxa"/>
            <w:shd w:val="clear" w:color="auto" w:fill="FFFFFF"/>
          </w:tcPr>
          <w:p w14:paraId="2A321671" w14:textId="77777777" w:rsidR="00000B84" w:rsidRDefault="00000000">
            <w:pPr>
              <w:pStyle w:val="TableText"/>
            </w:pPr>
            <w:r>
              <w:t>Berta Inácio Augusto Giguerra Giguerra</w:t>
            </w:r>
          </w:p>
        </w:tc>
        <w:tc>
          <w:tcPr>
            <w:tcW w:w="4110" w:type="dxa"/>
            <w:shd w:val="clear" w:color="auto" w:fill="FFFFFF"/>
          </w:tcPr>
          <w:p w14:paraId="5E93C311" w14:textId="77777777" w:rsidR="00000B84" w:rsidRDefault="00000000">
            <w:pPr>
              <w:pStyle w:val="TableText"/>
            </w:pPr>
            <w:r>
              <w:t>Berta Inácio Giguerra</w:t>
            </w:r>
          </w:p>
        </w:tc>
      </w:tr>
      <w:tr w:rsidR="00000B84" w14:paraId="18D331DB" w14:textId="77777777">
        <w:trPr>
          <w:cantSplit/>
        </w:trPr>
        <w:tc>
          <w:tcPr>
            <w:tcW w:w="1406" w:type="dxa"/>
            <w:shd w:val="clear" w:color="auto" w:fill="F0F5F2"/>
          </w:tcPr>
          <w:p w14:paraId="11C6F178" w14:textId="77777777" w:rsidR="00000B84" w:rsidRDefault="00000000">
            <w:pPr>
              <w:pStyle w:val="TableText"/>
            </w:pPr>
            <w:r>
              <w:t>0821 / 822</w:t>
            </w:r>
          </w:p>
        </w:tc>
        <w:tc>
          <w:tcPr>
            <w:tcW w:w="4630" w:type="dxa"/>
            <w:shd w:val="clear" w:color="auto" w:fill="F0F5F2"/>
          </w:tcPr>
          <w:p w14:paraId="182A43B7" w14:textId="77777777" w:rsidR="00000B84" w:rsidRDefault="00000000">
            <w:pPr>
              <w:pStyle w:val="TableText"/>
            </w:pPr>
            <w:r>
              <w:t>Bertinha Eugénio Selemane Selemane</w:t>
            </w:r>
          </w:p>
        </w:tc>
        <w:tc>
          <w:tcPr>
            <w:tcW w:w="4110" w:type="dxa"/>
            <w:shd w:val="clear" w:color="auto" w:fill="F0F5F2"/>
          </w:tcPr>
          <w:p w14:paraId="28748305" w14:textId="77777777" w:rsidR="00000B84" w:rsidRDefault="00000000">
            <w:pPr>
              <w:pStyle w:val="TableText"/>
            </w:pPr>
            <w:r>
              <w:t>Bertinha Eugénio Selemane</w:t>
            </w:r>
          </w:p>
        </w:tc>
      </w:tr>
      <w:tr w:rsidR="00000B84" w14:paraId="7062F5A0" w14:textId="77777777">
        <w:trPr>
          <w:cantSplit/>
        </w:trPr>
        <w:tc>
          <w:tcPr>
            <w:tcW w:w="1406" w:type="dxa"/>
            <w:shd w:val="clear" w:color="auto" w:fill="FFFFFF"/>
          </w:tcPr>
          <w:p w14:paraId="792C6CA1" w14:textId="77777777" w:rsidR="00000B84" w:rsidRDefault="00000000">
            <w:pPr>
              <w:pStyle w:val="TableText"/>
            </w:pPr>
            <w:r>
              <w:t>0841 / 842</w:t>
            </w:r>
          </w:p>
        </w:tc>
        <w:tc>
          <w:tcPr>
            <w:tcW w:w="4630" w:type="dxa"/>
            <w:shd w:val="clear" w:color="auto" w:fill="FFFFFF"/>
          </w:tcPr>
          <w:p w14:paraId="38506708" w14:textId="77777777" w:rsidR="00000B84" w:rsidRDefault="00000000">
            <w:pPr>
              <w:pStyle w:val="TableText"/>
            </w:pPr>
            <w:r>
              <w:t>Bete Rodrigues Armando Mualitanane</w:t>
            </w:r>
          </w:p>
        </w:tc>
        <w:tc>
          <w:tcPr>
            <w:tcW w:w="4110" w:type="dxa"/>
            <w:shd w:val="clear" w:color="auto" w:fill="FFFFFF"/>
          </w:tcPr>
          <w:p w14:paraId="7F8D7232" w14:textId="77777777" w:rsidR="00000B84" w:rsidRDefault="00000000">
            <w:pPr>
              <w:pStyle w:val="TableText"/>
            </w:pPr>
            <w:r>
              <w:t>Bete Rodrigues Mualitanane</w:t>
            </w:r>
          </w:p>
        </w:tc>
      </w:tr>
      <w:tr w:rsidR="00000B84" w14:paraId="3ACD27A5" w14:textId="77777777">
        <w:trPr>
          <w:cantSplit/>
        </w:trPr>
        <w:tc>
          <w:tcPr>
            <w:tcW w:w="1406" w:type="dxa"/>
            <w:shd w:val="clear" w:color="auto" w:fill="F0F5F2"/>
          </w:tcPr>
          <w:p w14:paraId="1F75F8EF" w14:textId="77777777" w:rsidR="00000B84" w:rsidRDefault="00000000">
            <w:pPr>
              <w:pStyle w:val="TableText"/>
            </w:pPr>
            <w:r>
              <w:t>0871 / 872</w:t>
            </w:r>
          </w:p>
        </w:tc>
        <w:tc>
          <w:tcPr>
            <w:tcW w:w="4630" w:type="dxa"/>
            <w:shd w:val="clear" w:color="auto" w:fill="F0F5F2"/>
          </w:tcPr>
          <w:p w14:paraId="0BDB9B68" w14:textId="77777777" w:rsidR="00000B84" w:rsidRDefault="00000000">
            <w:pPr>
              <w:pStyle w:val="TableText"/>
            </w:pPr>
            <w:r>
              <w:t>Brimizina António Armando Eliseu</w:t>
            </w:r>
          </w:p>
        </w:tc>
        <w:tc>
          <w:tcPr>
            <w:tcW w:w="4110" w:type="dxa"/>
            <w:shd w:val="clear" w:color="auto" w:fill="F0F5F2"/>
          </w:tcPr>
          <w:p w14:paraId="02E58933" w14:textId="77777777" w:rsidR="00000B84" w:rsidRDefault="00000000">
            <w:pPr>
              <w:pStyle w:val="TableText"/>
            </w:pPr>
            <w:r>
              <w:t>Brimizina António Eliseu</w:t>
            </w:r>
          </w:p>
        </w:tc>
      </w:tr>
      <w:tr w:rsidR="00000B84" w14:paraId="4CC29616" w14:textId="77777777">
        <w:trPr>
          <w:cantSplit/>
        </w:trPr>
        <w:tc>
          <w:tcPr>
            <w:tcW w:w="1406" w:type="dxa"/>
            <w:shd w:val="clear" w:color="auto" w:fill="FFFFFF"/>
          </w:tcPr>
          <w:p w14:paraId="6B76AEAC" w14:textId="77777777" w:rsidR="00000B84" w:rsidRDefault="00000000">
            <w:pPr>
              <w:pStyle w:val="TableText"/>
            </w:pPr>
            <w:r>
              <w:t>0899 / 900</w:t>
            </w:r>
          </w:p>
        </w:tc>
        <w:tc>
          <w:tcPr>
            <w:tcW w:w="4630" w:type="dxa"/>
            <w:shd w:val="clear" w:color="auto" w:fill="FFFFFF"/>
          </w:tcPr>
          <w:p w14:paraId="4317E323" w14:textId="77777777" w:rsidR="00000B84" w:rsidRDefault="00000000">
            <w:pPr>
              <w:pStyle w:val="TableText"/>
            </w:pPr>
            <w:r>
              <w:t>Cândida Dinis Ambrósio Ossumane</w:t>
            </w:r>
          </w:p>
        </w:tc>
        <w:tc>
          <w:tcPr>
            <w:tcW w:w="4110" w:type="dxa"/>
            <w:shd w:val="clear" w:color="auto" w:fill="FFFFFF"/>
          </w:tcPr>
          <w:p w14:paraId="067189DD" w14:textId="77777777" w:rsidR="00000B84" w:rsidRDefault="00000000">
            <w:pPr>
              <w:pStyle w:val="TableText"/>
            </w:pPr>
            <w:r>
              <w:t>Cândida Dinis Ossumane</w:t>
            </w:r>
          </w:p>
        </w:tc>
      </w:tr>
      <w:tr w:rsidR="00000B84" w14:paraId="5C124693" w14:textId="77777777">
        <w:trPr>
          <w:cantSplit/>
        </w:trPr>
        <w:tc>
          <w:tcPr>
            <w:tcW w:w="1406" w:type="dxa"/>
            <w:shd w:val="clear" w:color="auto" w:fill="F0F5F2"/>
          </w:tcPr>
          <w:p w14:paraId="6004A9AD" w14:textId="77777777" w:rsidR="00000B84" w:rsidRDefault="00000000">
            <w:pPr>
              <w:pStyle w:val="TableText"/>
            </w:pPr>
            <w:r>
              <w:t>0900 / 901</w:t>
            </w:r>
          </w:p>
        </w:tc>
        <w:tc>
          <w:tcPr>
            <w:tcW w:w="4630" w:type="dxa"/>
            <w:shd w:val="clear" w:color="auto" w:fill="F0F5F2"/>
          </w:tcPr>
          <w:p w14:paraId="2DEE29F7" w14:textId="77777777" w:rsidR="00000B84" w:rsidRDefault="00000000">
            <w:pPr>
              <w:pStyle w:val="TableText"/>
            </w:pPr>
            <w:r>
              <w:t>Candida Estevao Candida Estevao Manuel Viana</w:t>
            </w:r>
          </w:p>
        </w:tc>
        <w:tc>
          <w:tcPr>
            <w:tcW w:w="4110" w:type="dxa"/>
            <w:shd w:val="clear" w:color="auto" w:fill="F0F5F2"/>
          </w:tcPr>
          <w:p w14:paraId="24CCB396" w14:textId="77777777" w:rsidR="00000B84" w:rsidRDefault="00000000">
            <w:pPr>
              <w:pStyle w:val="TableText"/>
            </w:pPr>
            <w:r>
              <w:t>Candida Estevao Viana</w:t>
            </w:r>
          </w:p>
        </w:tc>
      </w:tr>
      <w:tr w:rsidR="00000B84" w14:paraId="0F2708E2" w14:textId="77777777">
        <w:trPr>
          <w:cantSplit/>
        </w:trPr>
        <w:tc>
          <w:tcPr>
            <w:tcW w:w="1406" w:type="dxa"/>
            <w:shd w:val="clear" w:color="auto" w:fill="FFFFFF"/>
          </w:tcPr>
          <w:p w14:paraId="442A6160" w14:textId="77777777" w:rsidR="00000B84" w:rsidRDefault="00000000">
            <w:pPr>
              <w:pStyle w:val="TableText"/>
            </w:pPr>
            <w:r>
              <w:lastRenderedPageBreak/>
              <w:t>0906 / 907</w:t>
            </w:r>
          </w:p>
        </w:tc>
        <w:tc>
          <w:tcPr>
            <w:tcW w:w="4630" w:type="dxa"/>
            <w:shd w:val="clear" w:color="auto" w:fill="FFFFFF"/>
          </w:tcPr>
          <w:p w14:paraId="28E66FE6" w14:textId="77777777" w:rsidR="00000B84" w:rsidRDefault="00000000">
            <w:pPr>
              <w:pStyle w:val="TableText"/>
            </w:pPr>
            <w:r>
              <w:t>Cândida Pedro Visctor Munhamaza</w:t>
            </w:r>
          </w:p>
        </w:tc>
        <w:tc>
          <w:tcPr>
            <w:tcW w:w="4110" w:type="dxa"/>
            <w:shd w:val="clear" w:color="auto" w:fill="FFFFFF"/>
          </w:tcPr>
          <w:p w14:paraId="2B5FA418" w14:textId="77777777" w:rsidR="00000B84" w:rsidRDefault="00000000">
            <w:pPr>
              <w:pStyle w:val="TableText"/>
            </w:pPr>
            <w:r>
              <w:t>Cândida Pedro Munhamaza</w:t>
            </w:r>
          </w:p>
        </w:tc>
      </w:tr>
      <w:tr w:rsidR="00000B84" w14:paraId="01AE46E3" w14:textId="77777777">
        <w:trPr>
          <w:cantSplit/>
        </w:trPr>
        <w:tc>
          <w:tcPr>
            <w:tcW w:w="1406" w:type="dxa"/>
            <w:shd w:val="clear" w:color="auto" w:fill="F0F5F2"/>
          </w:tcPr>
          <w:p w14:paraId="678C899C" w14:textId="77777777" w:rsidR="00000B84" w:rsidRDefault="00000000">
            <w:pPr>
              <w:pStyle w:val="TableText"/>
            </w:pPr>
            <w:r>
              <w:t>0921 / 922</w:t>
            </w:r>
          </w:p>
        </w:tc>
        <w:tc>
          <w:tcPr>
            <w:tcW w:w="4630" w:type="dxa"/>
            <w:shd w:val="clear" w:color="auto" w:fill="F0F5F2"/>
          </w:tcPr>
          <w:p w14:paraId="158818C4" w14:textId="77777777" w:rsidR="00000B84" w:rsidRDefault="00000000">
            <w:pPr>
              <w:pStyle w:val="TableText"/>
            </w:pPr>
            <w:r>
              <w:t>Carina Mandito Matabelo Matabelo</w:t>
            </w:r>
          </w:p>
        </w:tc>
        <w:tc>
          <w:tcPr>
            <w:tcW w:w="4110" w:type="dxa"/>
            <w:shd w:val="clear" w:color="auto" w:fill="F0F5F2"/>
          </w:tcPr>
          <w:p w14:paraId="212ACAAE" w14:textId="77777777" w:rsidR="00000B84" w:rsidRDefault="00000000">
            <w:pPr>
              <w:pStyle w:val="TableText"/>
            </w:pPr>
            <w:r>
              <w:t>Carina Mandito Matabelo</w:t>
            </w:r>
          </w:p>
        </w:tc>
      </w:tr>
      <w:tr w:rsidR="00000B84" w14:paraId="7287D863" w14:textId="77777777">
        <w:trPr>
          <w:cantSplit/>
        </w:trPr>
        <w:tc>
          <w:tcPr>
            <w:tcW w:w="1406" w:type="dxa"/>
            <w:shd w:val="clear" w:color="auto" w:fill="FFFFFF"/>
          </w:tcPr>
          <w:p w14:paraId="15E2257E" w14:textId="77777777" w:rsidR="00000B84" w:rsidRDefault="00000000">
            <w:pPr>
              <w:pStyle w:val="TableText"/>
            </w:pPr>
            <w:r>
              <w:t>0925 / 926</w:t>
            </w:r>
          </w:p>
        </w:tc>
        <w:tc>
          <w:tcPr>
            <w:tcW w:w="4630" w:type="dxa"/>
            <w:shd w:val="clear" w:color="auto" w:fill="FFFFFF"/>
          </w:tcPr>
          <w:p w14:paraId="1FC52101" w14:textId="77777777" w:rsidR="00000B84" w:rsidRDefault="00000000">
            <w:pPr>
              <w:pStyle w:val="TableText"/>
            </w:pPr>
            <w:r>
              <w:t>Carla Antonio Francisco Marumbira</w:t>
            </w:r>
          </w:p>
        </w:tc>
        <w:tc>
          <w:tcPr>
            <w:tcW w:w="4110" w:type="dxa"/>
            <w:shd w:val="clear" w:color="auto" w:fill="FFFFFF"/>
          </w:tcPr>
          <w:p w14:paraId="688FDFC1" w14:textId="77777777" w:rsidR="00000B84" w:rsidRDefault="00000000">
            <w:pPr>
              <w:pStyle w:val="TableText"/>
            </w:pPr>
            <w:r>
              <w:t>Carla Antonio Marumbira</w:t>
            </w:r>
          </w:p>
        </w:tc>
      </w:tr>
      <w:tr w:rsidR="00000B84" w14:paraId="10F6D811" w14:textId="77777777">
        <w:trPr>
          <w:cantSplit/>
        </w:trPr>
        <w:tc>
          <w:tcPr>
            <w:tcW w:w="1406" w:type="dxa"/>
            <w:shd w:val="clear" w:color="auto" w:fill="F0F5F2"/>
          </w:tcPr>
          <w:p w14:paraId="60852FAB" w14:textId="77777777" w:rsidR="00000B84" w:rsidRDefault="00000000">
            <w:pPr>
              <w:pStyle w:val="TableText"/>
            </w:pPr>
            <w:r>
              <w:t>0944 / 945</w:t>
            </w:r>
          </w:p>
        </w:tc>
        <w:tc>
          <w:tcPr>
            <w:tcW w:w="4630" w:type="dxa"/>
            <w:shd w:val="clear" w:color="auto" w:fill="F0F5F2"/>
          </w:tcPr>
          <w:p w14:paraId="7082ADED" w14:textId="77777777" w:rsidR="00000B84" w:rsidRDefault="00000000">
            <w:pPr>
              <w:pStyle w:val="TableText"/>
            </w:pPr>
            <w:r>
              <w:t>Carla Tores Alfredo Portugal Lencastre</w:t>
            </w:r>
          </w:p>
        </w:tc>
        <w:tc>
          <w:tcPr>
            <w:tcW w:w="4110" w:type="dxa"/>
            <w:shd w:val="clear" w:color="auto" w:fill="F0F5F2"/>
          </w:tcPr>
          <w:p w14:paraId="60575222" w14:textId="77777777" w:rsidR="00000B84" w:rsidRDefault="00000000">
            <w:pPr>
              <w:pStyle w:val="TableText"/>
            </w:pPr>
            <w:r>
              <w:t>Carla Tores Lencastre</w:t>
            </w:r>
          </w:p>
        </w:tc>
      </w:tr>
      <w:tr w:rsidR="00000B84" w14:paraId="17D49EF9" w14:textId="77777777">
        <w:trPr>
          <w:cantSplit/>
        </w:trPr>
        <w:tc>
          <w:tcPr>
            <w:tcW w:w="1406" w:type="dxa"/>
            <w:shd w:val="clear" w:color="auto" w:fill="FFFFFF"/>
          </w:tcPr>
          <w:p w14:paraId="68CBC55C" w14:textId="77777777" w:rsidR="00000B84" w:rsidRDefault="00000000">
            <w:pPr>
              <w:pStyle w:val="TableText"/>
            </w:pPr>
            <w:r>
              <w:t>0952 / 953</w:t>
            </w:r>
          </w:p>
        </w:tc>
        <w:tc>
          <w:tcPr>
            <w:tcW w:w="4630" w:type="dxa"/>
            <w:shd w:val="clear" w:color="auto" w:fill="FFFFFF"/>
          </w:tcPr>
          <w:p w14:paraId="6C5F5BAC" w14:textId="77777777" w:rsidR="00000B84" w:rsidRDefault="00000000">
            <w:pPr>
              <w:pStyle w:val="TableText"/>
            </w:pPr>
            <w:r>
              <w:t>Carlota Antunes Mário Muassua</w:t>
            </w:r>
          </w:p>
        </w:tc>
        <w:tc>
          <w:tcPr>
            <w:tcW w:w="4110" w:type="dxa"/>
            <w:shd w:val="clear" w:color="auto" w:fill="FFFFFF"/>
          </w:tcPr>
          <w:p w14:paraId="214CBBFD" w14:textId="77777777" w:rsidR="00000B84" w:rsidRDefault="00000000">
            <w:pPr>
              <w:pStyle w:val="TableText"/>
            </w:pPr>
            <w:r>
              <w:t>Carlota Antunes Muassua</w:t>
            </w:r>
          </w:p>
        </w:tc>
      </w:tr>
      <w:tr w:rsidR="00000B84" w14:paraId="0B076409" w14:textId="77777777">
        <w:trPr>
          <w:cantSplit/>
        </w:trPr>
        <w:tc>
          <w:tcPr>
            <w:tcW w:w="1406" w:type="dxa"/>
            <w:shd w:val="clear" w:color="auto" w:fill="F0F5F2"/>
          </w:tcPr>
          <w:p w14:paraId="52E36390" w14:textId="77777777" w:rsidR="00000B84" w:rsidRDefault="00000000">
            <w:pPr>
              <w:pStyle w:val="TableText"/>
            </w:pPr>
            <w:r>
              <w:t>0961 / 962</w:t>
            </w:r>
          </w:p>
        </w:tc>
        <w:tc>
          <w:tcPr>
            <w:tcW w:w="4630" w:type="dxa"/>
            <w:shd w:val="clear" w:color="auto" w:fill="F0F5F2"/>
          </w:tcPr>
          <w:p w14:paraId="786F727C" w14:textId="77777777" w:rsidR="00000B84" w:rsidRDefault="00000000">
            <w:pPr>
              <w:pStyle w:val="TableText"/>
            </w:pPr>
            <w:r>
              <w:t>Carmen Fernando Maluveia Liamo</w:t>
            </w:r>
          </w:p>
        </w:tc>
        <w:tc>
          <w:tcPr>
            <w:tcW w:w="4110" w:type="dxa"/>
            <w:shd w:val="clear" w:color="auto" w:fill="F0F5F2"/>
          </w:tcPr>
          <w:p w14:paraId="668803D1" w14:textId="77777777" w:rsidR="00000B84" w:rsidRDefault="00000000">
            <w:pPr>
              <w:pStyle w:val="TableText"/>
            </w:pPr>
            <w:r>
              <w:t>Carmen Fernando Liamo</w:t>
            </w:r>
          </w:p>
        </w:tc>
      </w:tr>
      <w:tr w:rsidR="00000B84" w14:paraId="2694348D" w14:textId="77777777">
        <w:trPr>
          <w:cantSplit/>
        </w:trPr>
        <w:tc>
          <w:tcPr>
            <w:tcW w:w="1406" w:type="dxa"/>
            <w:shd w:val="clear" w:color="auto" w:fill="FFFFFF"/>
          </w:tcPr>
          <w:p w14:paraId="35957175" w14:textId="77777777" w:rsidR="00000B84" w:rsidRDefault="00000000">
            <w:pPr>
              <w:pStyle w:val="TableText"/>
            </w:pPr>
            <w:r>
              <w:t>0969 / 970</w:t>
            </w:r>
          </w:p>
        </w:tc>
        <w:tc>
          <w:tcPr>
            <w:tcW w:w="4630" w:type="dxa"/>
            <w:shd w:val="clear" w:color="auto" w:fill="FFFFFF"/>
          </w:tcPr>
          <w:p w14:paraId="412E5438" w14:textId="77777777" w:rsidR="00000B84" w:rsidRDefault="00000000">
            <w:pPr>
              <w:pStyle w:val="TableText"/>
            </w:pPr>
            <w:r>
              <w:t>Carminda Cordeiro Marcelino Juaia</w:t>
            </w:r>
          </w:p>
        </w:tc>
        <w:tc>
          <w:tcPr>
            <w:tcW w:w="4110" w:type="dxa"/>
            <w:shd w:val="clear" w:color="auto" w:fill="FFFFFF"/>
          </w:tcPr>
          <w:p w14:paraId="2961C375" w14:textId="77777777" w:rsidR="00000B84" w:rsidRDefault="00000000">
            <w:pPr>
              <w:pStyle w:val="TableText"/>
            </w:pPr>
            <w:r>
              <w:t>Carminda Cordeiro Juaia</w:t>
            </w:r>
          </w:p>
        </w:tc>
      </w:tr>
      <w:tr w:rsidR="00000B84" w14:paraId="3133AFED" w14:textId="77777777">
        <w:trPr>
          <w:cantSplit/>
        </w:trPr>
        <w:tc>
          <w:tcPr>
            <w:tcW w:w="1406" w:type="dxa"/>
            <w:shd w:val="clear" w:color="auto" w:fill="F0F5F2"/>
          </w:tcPr>
          <w:p w14:paraId="1EB0BEEB" w14:textId="77777777" w:rsidR="00000B84" w:rsidRDefault="00000000">
            <w:pPr>
              <w:pStyle w:val="TableText"/>
            </w:pPr>
            <w:r>
              <w:t>0978 / 979</w:t>
            </w:r>
          </w:p>
        </w:tc>
        <w:tc>
          <w:tcPr>
            <w:tcW w:w="4630" w:type="dxa"/>
            <w:shd w:val="clear" w:color="auto" w:fill="F0F5F2"/>
          </w:tcPr>
          <w:p w14:paraId="7D9911F6" w14:textId="77777777" w:rsidR="00000B84" w:rsidRDefault="00000000">
            <w:pPr>
              <w:pStyle w:val="TableText"/>
            </w:pPr>
            <w:r>
              <w:t>Carolina Da Conceição Joel Carlos Malança</w:t>
            </w:r>
          </w:p>
        </w:tc>
        <w:tc>
          <w:tcPr>
            <w:tcW w:w="4110" w:type="dxa"/>
            <w:shd w:val="clear" w:color="auto" w:fill="F0F5F2"/>
          </w:tcPr>
          <w:p w14:paraId="74530D57" w14:textId="77777777" w:rsidR="00000B84" w:rsidRDefault="00000000">
            <w:pPr>
              <w:pStyle w:val="TableText"/>
            </w:pPr>
            <w:r>
              <w:t>Carolina Da Conceição Malança</w:t>
            </w:r>
          </w:p>
        </w:tc>
      </w:tr>
      <w:tr w:rsidR="00000B84" w14:paraId="454FF1E9" w14:textId="77777777">
        <w:trPr>
          <w:cantSplit/>
        </w:trPr>
        <w:tc>
          <w:tcPr>
            <w:tcW w:w="1406" w:type="dxa"/>
            <w:shd w:val="clear" w:color="auto" w:fill="FFFFFF"/>
          </w:tcPr>
          <w:p w14:paraId="26F0F18A" w14:textId="77777777" w:rsidR="00000B84" w:rsidRDefault="00000000">
            <w:pPr>
              <w:pStyle w:val="TableText"/>
            </w:pPr>
            <w:r>
              <w:t>0991 / 992</w:t>
            </w:r>
          </w:p>
        </w:tc>
        <w:tc>
          <w:tcPr>
            <w:tcW w:w="4630" w:type="dxa"/>
            <w:shd w:val="clear" w:color="auto" w:fill="FFFFFF"/>
          </w:tcPr>
          <w:p w14:paraId="046EF7D4" w14:textId="77777777" w:rsidR="00000B84" w:rsidRDefault="00000000">
            <w:pPr>
              <w:pStyle w:val="TableText"/>
            </w:pPr>
            <w:r>
              <w:t>Catarina Alfredo Alberto Cufanauane</w:t>
            </w:r>
          </w:p>
        </w:tc>
        <w:tc>
          <w:tcPr>
            <w:tcW w:w="4110" w:type="dxa"/>
            <w:shd w:val="clear" w:color="auto" w:fill="FFFFFF"/>
          </w:tcPr>
          <w:p w14:paraId="30263870" w14:textId="77777777" w:rsidR="00000B84" w:rsidRDefault="00000000">
            <w:pPr>
              <w:pStyle w:val="TableText"/>
            </w:pPr>
            <w:r>
              <w:t>Catarina Alfredo Cufanauane</w:t>
            </w:r>
          </w:p>
        </w:tc>
      </w:tr>
      <w:tr w:rsidR="00000B84" w14:paraId="268B687B" w14:textId="77777777">
        <w:trPr>
          <w:cantSplit/>
        </w:trPr>
        <w:tc>
          <w:tcPr>
            <w:tcW w:w="1406" w:type="dxa"/>
            <w:shd w:val="clear" w:color="auto" w:fill="F0F5F2"/>
          </w:tcPr>
          <w:p w14:paraId="27004D97" w14:textId="77777777" w:rsidR="00000B84" w:rsidRDefault="00000000">
            <w:pPr>
              <w:pStyle w:val="TableText"/>
            </w:pPr>
            <w:r>
              <w:t>0992 / 993</w:t>
            </w:r>
          </w:p>
        </w:tc>
        <w:tc>
          <w:tcPr>
            <w:tcW w:w="4630" w:type="dxa"/>
            <w:shd w:val="clear" w:color="auto" w:fill="F0F5F2"/>
          </w:tcPr>
          <w:p w14:paraId="51AD5A71" w14:textId="77777777" w:rsidR="00000B84" w:rsidRDefault="00000000">
            <w:pPr>
              <w:pStyle w:val="TableText"/>
            </w:pPr>
            <w:r>
              <w:t>Catarina António Bernardo Chissaca Chissaca</w:t>
            </w:r>
          </w:p>
        </w:tc>
        <w:tc>
          <w:tcPr>
            <w:tcW w:w="4110" w:type="dxa"/>
            <w:shd w:val="clear" w:color="auto" w:fill="F0F5F2"/>
          </w:tcPr>
          <w:p w14:paraId="027390EC" w14:textId="77777777" w:rsidR="00000B84" w:rsidRDefault="00000000">
            <w:pPr>
              <w:pStyle w:val="TableText"/>
            </w:pPr>
            <w:r>
              <w:t>Catarina António Chissaca</w:t>
            </w:r>
          </w:p>
        </w:tc>
      </w:tr>
      <w:tr w:rsidR="00000B84" w14:paraId="3F5DFD03" w14:textId="77777777">
        <w:trPr>
          <w:cantSplit/>
        </w:trPr>
        <w:tc>
          <w:tcPr>
            <w:tcW w:w="1406" w:type="dxa"/>
            <w:shd w:val="clear" w:color="auto" w:fill="FFFFFF"/>
          </w:tcPr>
          <w:p w14:paraId="4D33F9BF" w14:textId="77777777" w:rsidR="00000B84" w:rsidRDefault="00000000">
            <w:pPr>
              <w:pStyle w:val="TableText"/>
            </w:pPr>
            <w:r>
              <w:t>0996 / 997</w:t>
            </w:r>
          </w:p>
        </w:tc>
        <w:tc>
          <w:tcPr>
            <w:tcW w:w="4630" w:type="dxa"/>
            <w:shd w:val="clear" w:color="auto" w:fill="FFFFFF"/>
          </w:tcPr>
          <w:p w14:paraId="5E00F4AB" w14:textId="77777777" w:rsidR="00000B84" w:rsidRDefault="00000000">
            <w:pPr>
              <w:pStyle w:val="TableText"/>
            </w:pPr>
            <w:r>
              <w:t>Catarina Elias Antônio Mussange</w:t>
            </w:r>
          </w:p>
        </w:tc>
        <w:tc>
          <w:tcPr>
            <w:tcW w:w="4110" w:type="dxa"/>
            <w:shd w:val="clear" w:color="auto" w:fill="FFFFFF"/>
          </w:tcPr>
          <w:p w14:paraId="65B72D9E" w14:textId="77777777" w:rsidR="00000B84" w:rsidRDefault="00000000">
            <w:pPr>
              <w:pStyle w:val="TableText"/>
            </w:pPr>
            <w:r>
              <w:t>Catarina Elias Mussange</w:t>
            </w:r>
          </w:p>
        </w:tc>
      </w:tr>
      <w:tr w:rsidR="00000B84" w14:paraId="7093F931" w14:textId="77777777">
        <w:trPr>
          <w:cantSplit/>
        </w:trPr>
        <w:tc>
          <w:tcPr>
            <w:tcW w:w="1406" w:type="dxa"/>
            <w:shd w:val="clear" w:color="auto" w:fill="F0F5F2"/>
          </w:tcPr>
          <w:p w14:paraId="13C0242D" w14:textId="77777777" w:rsidR="00000B84" w:rsidRDefault="00000000">
            <w:pPr>
              <w:pStyle w:val="TableText"/>
            </w:pPr>
            <w:r>
              <w:t>1007 / 1008</w:t>
            </w:r>
          </w:p>
        </w:tc>
        <w:tc>
          <w:tcPr>
            <w:tcW w:w="4630" w:type="dxa"/>
            <w:shd w:val="clear" w:color="auto" w:fill="F0F5F2"/>
          </w:tcPr>
          <w:p w14:paraId="4D387BC8" w14:textId="77777777" w:rsidR="00000B84" w:rsidRDefault="00000000">
            <w:pPr>
              <w:pStyle w:val="TableText"/>
            </w:pPr>
            <w:r>
              <w:t>Cátia Armindo Domigos Domingos</w:t>
            </w:r>
          </w:p>
        </w:tc>
        <w:tc>
          <w:tcPr>
            <w:tcW w:w="4110" w:type="dxa"/>
            <w:shd w:val="clear" w:color="auto" w:fill="F0F5F2"/>
          </w:tcPr>
          <w:p w14:paraId="0AF192A8" w14:textId="77777777" w:rsidR="00000B84" w:rsidRDefault="00000000">
            <w:pPr>
              <w:pStyle w:val="TableText"/>
            </w:pPr>
            <w:r>
              <w:t>Cátia Armindo Domingos</w:t>
            </w:r>
          </w:p>
        </w:tc>
      </w:tr>
      <w:tr w:rsidR="00000B84" w14:paraId="3D65A8CE" w14:textId="77777777">
        <w:trPr>
          <w:cantSplit/>
        </w:trPr>
        <w:tc>
          <w:tcPr>
            <w:tcW w:w="1406" w:type="dxa"/>
            <w:shd w:val="clear" w:color="auto" w:fill="FFFFFF"/>
          </w:tcPr>
          <w:p w14:paraId="77CBB58C" w14:textId="77777777" w:rsidR="00000B84" w:rsidRDefault="00000000">
            <w:pPr>
              <w:pStyle w:val="TableText"/>
            </w:pPr>
            <w:r>
              <w:t>1010 / 1011</w:t>
            </w:r>
          </w:p>
        </w:tc>
        <w:tc>
          <w:tcPr>
            <w:tcW w:w="4630" w:type="dxa"/>
            <w:shd w:val="clear" w:color="auto" w:fill="FFFFFF"/>
          </w:tcPr>
          <w:p w14:paraId="5D00B9AA" w14:textId="77777777" w:rsidR="00000B84" w:rsidRDefault="00000000">
            <w:pPr>
              <w:pStyle w:val="TableText"/>
            </w:pPr>
            <w:r>
              <w:t>Cátia Bonifácio Domingos José José</w:t>
            </w:r>
          </w:p>
        </w:tc>
        <w:tc>
          <w:tcPr>
            <w:tcW w:w="4110" w:type="dxa"/>
            <w:shd w:val="clear" w:color="auto" w:fill="FFFFFF"/>
          </w:tcPr>
          <w:p w14:paraId="7FDF87B2" w14:textId="77777777" w:rsidR="00000B84" w:rsidRDefault="00000000">
            <w:pPr>
              <w:pStyle w:val="TableText"/>
            </w:pPr>
            <w:r>
              <w:t>Cátia Bonifácio José</w:t>
            </w:r>
          </w:p>
        </w:tc>
      </w:tr>
      <w:tr w:rsidR="00000B84" w14:paraId="3A6951D5" w14:textId="77777777">
        <w:trPr>
          <w:cantSplit/>
        </w:trPr>
        <w:tc>
          <w:tcPr>
            <w:tcW w:w="1406" w:type="dxa"/>
            <w:shd w:val="clear" w:color="auto" w:fill="F0F5F2"/>
          </w:tcPr>
          <w:p w14:paraId="0009CB78" w14:textId="77777777" w:rsidR="00000B84" w:rsidRDefault="00000000">
            <w:pPr>
              <w:pStyle w:val="TableText"/>
            </w:pPr>
            <w:r>
              <w:t>1034 / 1035</w:t>
            </w:r>
          </w:p>
        </w:tc>
        <w:tc>
          <w:tcPr>
            <w:tcW w:w="4630" w:type="dxa"/>
            <w:shd w:val="clear" w:color="auto" w:fill="F0F5F2"/>
          </w:tcPr>
          <w:p w14:paraId="12CF6BE6" w14:textId="77777777" w:rsidR="00000B84" w:rsidRDefault="00000000">
            <w:pPr>
              <w:pStyle w:val="TableText"/>
            </w:pPr>
            <w:r>
              <w:t>Catiliana Francisco Martins Lima Mourão Mourão</w:t>
            </w:r>
          </w:p>
        </w:tc>
        <w:tc>
          <w:tcPr>
            <w:tcW w:w="4110" w:type="dxa"/>
            <w:shd w:val="clear" w:color="auto" w:fill="F0F5F2"/>
          </w:tcPr>
          <w:p w14:paraId="3A6B1DF7" w14:textId="77777777" w:rsidR="00000B84" w:rsidRDefault="00000000">
            <w:pPr>
              <w:pStyle w:val="TableText"/>
            </w:pPr>
            <w:r>
              <w:t>Catiliana Francisco Mourão</w:t>
            </w:r>
          </w:p>
        </w:tc>
      </w:tr>
      <w:tr w:rsidR="00000B84" w14:paraId="78B4C257" w14:textId="77777777">
        <w:trPr>
          <w:cantSplit/>
        </w:trPr>
        <w:tc>
          <w:tcPr>
            <w:tcW w:w="1406" w:type="dxa"/>
            <w:shd w:val="clear" w:color="auto" w:fill="FFFFFF"/>
          </w:tcPr>
          <w:p w14:paraId="75753C7B" w14:textId="77777777" w:rsidR="00000B84" w:rsidRDefault="00000000">
            <w:pPr>
              <w:pStyle w:val="TableText"/>
            </w:pPr>
            <w:r>
              <w:t>1050 / 1051</w:t>
            </w:r>
          </w:p>
        </w:tc>
        <w:tc>
          <w:tcPr>
            <w:tcW w:w="4630" w:type="dxa"/>
            <w:shd w:val="clear" w:color="auto" w:fill="FFFFFF"/>
          </w:tcPr>
          <w:p w14:paraId="2D9E2E4D" w14:textId="77777777" w:rsidR="00000B84" w:rsidRDefault="00000000">
            <w:pPr>
              <w:pStyle w:val="TableText"/>
            </w:pPr>
            <w:r>
              <w:t>Cecilia Manuel Francisco Manuel</w:t>
            </w:r>
          </w:p>
        </w:tc>
        <w:tc>
          <w:tcPr>
            <w:tcW w:w="4110" w:type="dxa"/>
            <w:shd w:val="clear" w:color="auto" w:fill="FFFFFF"/>
          </w:tcPr>
          <w:p w14:paraId="2862FDF1" w14:textId="77777777" w:rsidR="00000B84" w:rsidRDefault="00000000">
            <w:pPr>
              <w:pStyle w:val="TableText"/>
            </w:pPr>
            <w:r>
              <w:t>Cecilia Manuel Manuel</w:t>
            </w:r>
          </w:p>
        </w:tc>
      </w:tr>
      <w:tr w:rsidR="00000B84" w14:paraId="1D1CCB44" w14:textId="77777777">
        <w:trPr>
          <w:cantSplit/>
        </w:trPr>
        <w:tc>
          <w:tcPr>
            <w:tcW w:w="1406" w:type="dxa"/>
            <w:shd w:val="clear" w:color="auto" w:fill="F0F5F2"/>
          </w:tcPr>
          <w:p w14:paraId="499081DC" w14:textId="77777777" w:rsidR="00000B84" w:rsidRDefault="00000000">
            <w:pPr>
              <w:pStyle w:val="TableText"/>
            </w:pPr>
            <w:r>
              <w:t>1056 / 1057</w:t>
            </w:r>
          </w:p>
        </w:tc>
        <w:tc>
          <w:tcPr>
            <w:tcW w:w="4630" w:type="dxa"/>
            <w:shd w:val="clear" w:color="auto" w:fill="F0F5F2"/>
          </w:tcPr>
          <w:p w14:paraId="47D2B14F" w14:textId="77777777" w:rsidR="00000B84" w:rsidRDefault="00000000">
            <w:pPr>
              <w:pStyle w:val="TableText"/>
            </w:pPr>
            <w:r>
              <w:t>Celeste Da Glória Rafael Arijuane</w:t>
            </w:r>
          </w:p>
        </w:tc>
        <w:tc>
          <w:tcPr>
            <w:tcW w:w="4110" w:type="dxa"/>
            <w:shd w:val="clear" w:color="auto" w:fill="F0F5F2"/>
          </w:tcPr>
          <w:p w14:paraId="78E8FC1D" w14:textId="77777777" w:rsidR="00000B84" w:rsidRDefault="00000000">
            <w:pPr>
              <w:pStyle w:val="TableText"/>
            </w:pPr>
            <w:r>
              <w:t>Celeste Da Glória Arijuane</w:t>
            </w:r>
          </w:p>
        </w:tc>
      </w:tr>
      <w:tr w:rsidR="00000B84" w14:paraId="68C71E8F" w14:textId="77777777">
        <w:trPr>
          <w:cantSplit/>
        </w:trPr>
        <w:tc>
          <w:tcPr>
            <w:tcW w:w="1406" w:type="dxa"/>
            <w:shd w:val="clear" w:color="auto" w:fill="FFFFFF"/>
          </w:tcPr>
          <w:p w14:paraId="74AEA460" w14:textId="77777777" w:rsidR="00000B84" w:rsidRDefault="00000000">
            <w:pPr>
              <w:pStyle w:val="TableText"/>
            </w:pPr>
            <w:r>
              <w:t>1058 / 1059</w:t>
            </w:r>
          </w:p>
        </w:tc>
        <w:tc>
          <w:tcPr>
            <w:tcW w:w="4630" w:type="dxa"/>
            <w:shd w:val="clear" w:color="auto" w:fill="FFFFFF"/>
          </w:tcPr>
          <w:p w14:paraId="6AE4EB50" w14:textId="77777777" w:rsidR="00000B84" w:rsidRDefault="00000000">
            <w:pPr>
              <w:pStyle w:val="TableText"/>
            </w:pPr>
            <w:r>
              <w:t>Celestina Almeida Brigodo Bernizo</w:t>
            </w:r>
          </w:p>
        </w:tc>
        <w:tc>
          <w:tcPr>
            <w:tcW w:w="4110" w:type="dxa"/>
            <w:shd w:val="clear" w:color="auto" w:fill="FFFFFF"/>
          </w:tcPr>
          <w:p w14:paraId="6B244064" w14:textId="77777777" w:rsidR="00000B84" w:rsidRDefault="00000000">
            <w:pPr>
              <w:pStyle w:val="TableText"/>
            </w:pPr>
            <w:r>
              <w:t>Celestina Almeida Bernizo</w:t>
            </w:r>
          </w:p>
        </w:tc>
      </w:tr>
      <w:tr w:rsidR="00000B84" w14:paraId="11533E56" w14:textId="77777777">
        <w:trPr>
          <w:cantSplit/>
        </w:trPr>
        <w:tc>
          <w:tcPr>
            <w:tcW w:w="1406" w:type="dxa"/>
            <w:shd w:val="clear" w:color="auto" w:fill="F0F5F2"/>
          </w:tcPr>
          <w:p w14:paraId="39EC32E2" w14:textId="77777777" w:rsidR="00000B84" w:rsidRDefault="00000000">
            <w:pPr>
              <w:pStyle w:val="TableText"/>
            </w:pPr>
            <w:r>
              <w:t>1062 / 1063</w:t>
            </w:r>
          </w:p>
        </w:tc>
        <w:tc>
          <w:tcPr>
            <w:tcW w:w="4630" w:type="dxa"/>
            <w:shd w:val="clear" w:color="auto" w:fill="F0F5F2"/>
          </w:tcPr>
          <w:p w14:paraId="3568E743" w14:textId="77777777" w:rsidR="00000B84" w:rsidRDefault="00000000">
            <w:pPr>
              <w:pStyle w:val="TableText"/>
            </w:pPr>
            <w:r>
              <w:t>Celestina Diocleciano Dinis Mines</w:t>
            </w:r>
          </w:p>
        </w:tc>
        <w:tc>
          <w:tcPr>
            <w:tcW w:w="4110" w:type="dxa"/>
            <w:shd w:val="clear" w:color="auto" w:fill="F0F5F2"/>
          </w:tcPr>
          <w:p w14:paraId="147CC30B" w14:textId="77777777" w:rsidR="00000B84" w:rsidRDefault="00000000">
            <w:pPr>
              <w:pStyle w:val="TableText"/>
            </w:pPr>
            <w:r>
              <w:t>Celestina Diocleciano Mines</w:t>
            </w:r>
          </w:p>
        </w:tc>
      </w:tr>
      <w:tr w:rsidR="00000B84" w14:paraId="2B9B33C0" w14:textId="77777777">
        <w:trPr>
          <w:cantSplit/>
        </w:trPr>
        <w:tc>
          <w:tcPr>
            <w:tcW w:w="1406" w:type="dxa"/>
            <w:shd w:val="clear" w:color="auto" w:fill="FFFFFF"/>
          </w:tcPr>
          <w:p w14:paraId="418B2BB4" w14:textId="77777777" w:rsidR="00000B84" w:rsidRDefault="00000000">
            <w:pPr>
              <w:pStyle w:val="TableText"/>
            </w:pPr>
            <w:r>
              <w:t>1068 / 1069</w:t>
            </w:r>
          </w:p>
        </w:tc>
        <w:tc>
          <w:tcPr>
            <w:tcW w:w="4630" w:type="dxa"/>
            <w:shd w:val="clear" w:color="auto" w:fill="FFFFFF"/>
          </w:tcPr>
          <w:p w14:paraId="131876A7" w14:textId="77777777" w:rsidR="00000B84" w:rsidRDefault="00000000">
            <w:pPr>
              <w:pStyle w:val="TableText"/>
            </w:pPr>
            <w:r>
              <w:t>Célia Armindo Domigos Domingos</w:t>
            </w:r>
          </w:p>
        </w:tc>
        <w:tc>
          <w:tcPr>
            <w:tcW w:w="4110" w:type="dxa"/>
            <w:shd w:val="clear" w:color="auto" w:fill="FFFFFF"/>
          </w:tcPr>
          <w:p w14:paraId="2C8CAB7A" w14:textId="77777777" w:rsidR="00000B84" w:rsidRDefault="00000000">
            <w:pPr>
              <w:pStyle w:val="TableText"/>
            </w:pPr>
            <w:r>
              <w:t>Célia Armindo Domingos</w:t>
            </w:r>
          </w:p>
        </w:tc>
      </w:tr>
      <w:tr w:rsidR="00000B84" w14:paraId="207B28DD" w14:textId="77777777">
        <w:trPr>
          <w:cantSplit/>
        </w:trPr>
        <w:tc>
          <w:tcPr>
            <w:tcW w:w="1406" w:type="dxa"/>
            <w:shd w:val="clear" w:color="auto" w:fill="F0F5F2"/>
          </w:tcPr>
          <w:p w14:paraId="7C1D0AB6" w14:textId="77777777" w:rsidR="00000B84" w:rsidRDefault="00000000">
            <w:pPr>
              <w:pStyle w:val="TableText"/>
            </w:pPr>
            <w:r>
              <w:t>1084 / 1085</w:t>
            </w:r>
          </w:p>
        </w:tc>
        <w:tc>
          <w:tcPr>
            <w:tcW w:w="4630" w:type="dxa"/>
            <w:shd w:val="clear" w:color="auto" w:fill="F0F5F2"/>
          </w:tcPr>
          <w:p w14:paraId="0130F0A4" w14:textId="77777777" w:rsidR="00000B84" w:rsidRDefault="00000000">
            <w:pPr>
              <w:pStyle w:val="TableText"/>
            </w:pPr>
            <w:r>
              <w:t>Celina Fernando Gueze Fernando Gueze</w:t>
            </w:r>
          </w:p>
        </w:tc>
        <w:tc>
          <w:tcPr>
            <w:tcW w:w="4110" w:type="dxa"/>
            <w:shd w:val="clear" w:color="auto" w:fill="F0F5F2"/>
          </w:tcPr>
          <w:p w14:paraId="4D8C7541" w14:textId="77777777" w:rsidR="00000B84" w:rsidRDefault="00000000">
            <w:pPr>
              <w:pStyle w:val="TableText"/>
            </w:pPr>
            <w:r>
              <w:t>Celina Fernando Gueze</w:t>
            </w:r>
          </w:p>
        </w:tc>
      </w:tr>
      <w:tr w:rsidR="00000B84" w14:paraId="785E1E3B" w14:textId="77777777">
        <w:trPr>
          <w:cantSplit/>
        </w:trPr>
        <w:tc>
          <w:tcPr>
            <w:tcW w:w="1406" w:type="dxa"/>
            <w:shd w:val="clear" w:color="auto" w:fill="FFFFFF"/>
          </w:tcPr>
          <w:p w14:paraId="2FDB7AF5" w14:textId="77777777" w:rsidR="00000B84" w:rsidRDefault="00000000">
            <w:pPr>
              <w:pStyle w:val="TableText"/>
            </w:pPr>
            <w:r>
              <w:t>1098 / 1099</w:t>
            </w:r>
          </w:p>
        </w:tc>
        <w:tc>
          <w:tcPr>
            <w:tcW w:w="4630" w:type="dxa"/>
            <w:shd w:val="clear" w:color="auto" w:fill="FFFFFF"/>
          </w:tcPr>
          <w:p w14:paraId="1208C639" w14:textId="77777777" w:rsidR="00000B84" w:rsidRDefault="00000000">
            <w:pPr>
              <w:pStyle w:val="TableText"/>
            </w:pPr>
            <w:r>
              <w:t>Celma Armando Mucobora Quimona</w:t>
            </w:r>
          </w:p>
        </w:tc>
        <w:tc>
          <w:tcPr>
            <w:tcW w:w="4110" w:type="dxa"/>
            <w:shd w:val="clear" w:color="auto" w:fill="FFFFFF"/>
          </w:tcPr>
          <w:p w14:paraId="75A93B8A" w14:textId="77777777" w:rsidR="00000B84" w:rsidRDefault="00000000">
            <w:pPr>
              <w:pStyle w:val="TableText"/>
            </w:pPr>
            <w:r>
              <w:t>Celma Armando Quimona</w:t>
            </w:r>
          </w:p>
        </w:tc>
      </w:tr>
      <w:tr w:rsidR="00000B84" w14:paraId="69D4AE6E" w14:textId="77777777">
        <w:trPr>
          <w:cantSplit/>
        </w:trPr>
        <w:tc>
          <w:tcPr>
            <w:tcW w:w="1406" w:type="dxa"/>
            <w:shd w:val="clear" w:color="auto" w:fill="F0F5F2"/>
          </w:tcPr>
          <w:p w14:paraId="4DBABC70" w14:textId="77777777" w:rsidR="00000B84" w:rsidRDefault="00000000">
            <w:pPr>
              <w:pStyle w:val="TableText"/>
            </w:pPr>
            <w:r>
              <w:t>1103 / 1104</w:t>
            </w:r>
          </w:p>
        </w:tc>
        <w:tc>
          <w:tcPr>
            <w:tcW w:w="4630" w:type="dxa"/>
            <w:shd w:val="clear" w:color="auto" w:fill="F0F5F2"/>
          </w:tcPr>
          <w:p w14:paraId="0FDBEA09" w14:textId="77777777" w:rsidR="00000B84" w:rsidRDefault="00000000">
            <w:pPr>
              <w:pStyle w:val="TableText"/>
            </w:pPr>
            <w:r>
              <w:t>Celma Luciano Alfredo Luciano Alfredo Ladinho</w:t>
            </w:r>
          </w:p>
        </w:tc>
        <w:tc>
          <w:tcPr>
            <w:tcW w:w="4110" w:type="dxa"/>
            <w:shd w:val="clear" w:color="auto" w:fill="F0F5F2"/>
          </w:tcPr>
          <w:p w14:paraId="02AE0A7A" w14:textId="77777777" w:rsidR="00000B84" w:rsidRDefault="00000000">
            <w:pPr>
              <w:pStyle w:val="TableText"/>
            </w:pPr>
            <w:r>
              <w:t>Celma Luciano Ladinho</w:t>
            </w:r>
          </w:p>
        </w:tc>
      </w:tr>
      <w:tr w:rsidR="00000B84" w14:paraId="4FD1F698" w14:textId="77777777">
        <w:trPr>
          <w:cantSplit/>
        </w:trPr>
        <w:tc>
          <w:tcPr>
            <w:tcW w:w="1406" w:type="dxa"/>
            <w:shd w:val="clear" w:color="auto" w:fill="FFFFFF"/>
          </w:tcPr>
          <w:p w14:paraId="1F349013" w14:textId="77777777" w:rsidR="00000B84" w:rsidRDefault="00000000">
            <w:pPr>
              <w:pStyle w:val="TableText"/>
            </w:pPr>
            <w:r>
              <w:t>1142 / 1143</w:t>
            </w:r>
          </w:p>
        </w:tc>
        <w:tc>
          <w:tcPr>
            <w:tcW w:w="4630" w:type="dxa"/>
            <w:shd w:val="clear" w:color="auto" w:fill="FFFFFF"/>
          </w:tcPr>
          <w:p w14:paraId="3E87F8C7" w14:textId="77777777" w:rsidR="00000B84" w:rsidRDefault="00000000">
            <w:pPr>
              <w:pStyle w:val="TableText"/>
            </w:pPr>
            <w:r>
              <w:t>Chaquila Fernando Sentinela Fernando Sentinela</w:t>
            </w:r>
          </w:p>
        </w:tc>
        <w:tc>
          <w:tcPr>
            <w:tcW w:w="4110" w:type="dxa"/>
            <w:shd w:val="clear" w:color="auto" w:fill="FFFFFF"/>
          </w:tcPr>
          <w:p w14:paraId="015FB5E6" w14:textId="77777777" w:rsidR="00000B84" w:rsidRDefault="00000000">
            <w:pPr>
              <w:pStyle w:val="TableText"/>
            </w:pPr>
            <w:r>
              <w:t>Chaquila Fernando Sentinela</w:t>
            </w:r>
          </w:p>
        </w:tc>
      </w:tr>
      <w:tr w:rsidR="00000B84" w14:paraId="145921AF" w14:textId="77777777">
        <w:trPr>
          <w:cantSplit/>
        </w:trPr>
        <w:tc>
          <w:tcPr>
            <w:tcW w:w="1406" w:type="dxa"/>
            <w:shd w:val="clear" w:color="auto" w:fill="F0F5F2"/>
          </w:tcPr>
          <w:p w14:paraId="44EE0E58" w14:textId="77777777" w:rsidR="00000B84" w:rsidRDefault="00000000">
            <w:pPr>
              <w:pStyle w:val="TableText"/>
            </w:pPr>
            <w:r>
              <w:t>1148 / 1149</w:t>
            </w:r>
          </w:p>
        </w:tc>
        <w:tc>
          <w:tcPr>
            <w:tcW w:w="4630" w:type="dxa"/>
            <w:shd w:val="clear" w:color="auto" w:fill="F0F5F2"/>
          </w:tcPr>
          <w:p w14:paraId="7BA92533" w14:textId="77777777" w:rsidR="00000B84" w:rsidRDefault="00000000">
            <w:pPr>
              <w:pStyle w:val="TableText"/>
            </w:pPr>
            <w:r>
              <w:t>Chaquira Amida Chaquira Amuda Ramujane</w:t>
            </w:r>
          </w:p>
        </w:tc>
        <w:tc>
          <w:tcPr>
            <w:tcW w:w="4110" w:type="dxa"/>
            <w:shd w:val="clear" w:color="auto" w:fill="F0F5F2"/>
          </w:tcPr>
          <w:p w14:paraId="23051090" w14:textId="77777777" w:rsidR="00000B84" w:rsidRDefault="00000000">
            <w:pPr>
              <w:pStyle w:val="TableText"/>
            </w:pPr>
            <w:r>
              <w:t>Chaquira Amida Ramujane</w:t>
            </w:r>
          </w:p>
        </w:tc>
      </w:tr>
      <w:tr w:rsidR="00000B84" w14:paraId="4ED20D52" w14:textId="77777777">
        <w:trPr>
          <w:cantSplit/>
        </w:trPr>
        <w:tc>
          <w:tcPr>
            <w:tcW w:w="1406" w:type="dxa"/>
            <w:shd w:val="clear" w:color="auto" w:fill="FFFFFF"/>
          </w:tcPr>
          <w:p w14:paraId="3A6DE0FC" w14:textId="77777777" w:rsidR="00000B84" w:rsidRDefault="00000000">
            <w:pPr>
              <w:pStyle w:val="TableText"/>
            </w:pPr>
            <w:r>
              <w:t>1153 / 1154</w:t>
            </w:r>
          </w:p>
        </w:tc>
        <w:tc>
          <w:tcPr>
            <w:tcW w:w="4630" w:type="dxa"/>
            <w:shd w:val="clear" w:color="auto" w:fill="FFFFFF"/>
          </w:tcPr>
          <w:p w14:paraId="245CF60C" w14:textId="77777777" w:rsidR="00000B84" w:rsidRDefault="00000000">
            <w:pPr>
              <w:pStyle w:val="TableText"/>
            </w:pPr>
            <w:r>
              <w:t>Charmila Da China Marcos Herminio</w:t>
            </w:r>
          </w:p>
        </w:tc>
        <w:tc>
          <w:tcPr>
            <w:tcW w:w="4110" w:type="dxa"/>
            <w:shd w:val="clear" w:color="auto" w:fill="FFFFFF"/>
          </w:tcPr>
          <w:p w14:paraId="1D57DD50" w14:textId="77777777" w:rsidR="00000B84" w:rsidRDefault="00000000">
            <w:pPr>
              <w:pStyle w:val="TableText"/>
            </w:pPr>
            <w:r>
              <w:t>Charmila Da China Herminio</w:t>
            </w:r>
          </w:p>
        </w:tc>
      </w:tr>
      <w:tr w:rsidR="00000B84" w14:paraId="314887A6" w14:textId="77777777">
        <w:trPr>
          <w:cantSplit/>
        </w:trPr>
        <w:tc>
          <w:tcPr>
            <w:tcW w:w="1406" w:type="dxa"/>
            <w:shd w:val="clear" w:color="auto" w:fill="F0F5F2"/>
          </w:tcPr>
          <w:p w14:paraId="6B55D2A9" w14:textId="77777777" w:rsidR="00000B84" w:rsidRDefault="00000000">
            <w:pPr>
              <w:pStyle w:val="TableText"/>
            </w:pPr>
            <w:r>
              <w:t>1156 / 1157</w:t>
            </w:r>
          </w:p>
        </w:tc>
        <w:tc>
          <w:tcPr>
            <w:tcW w:w="4630" w:type="dxa"/>
            <w:shd w:val="clear" w:color="auto" w:fill="F0F5F2"/>
          </w:tcPr>
          <w:p w14:paraId="567F8F5C" w14:textId="77777777" w:rsidR="00000B84" w:rsidRDefault="00000000">
            <w:pPr>
              <w:pStyle w:val="TableText"/>
            </w:pPr>
            <w:r>
              <w:t>Charon Medina Dias De Minezes</w:t>
            </w:r>
          </w:p>
        </w:tc>
        <w:tc>
          <w:tcPr>
            <w:tcW w:w="4110" w:type="dxa"/>
            <w:shd w:val="clear" w:color="auto" w:fill="F0F5F2"/>
          </w:tcPr>
          <w:p w14:paraId="76ABA0E6" w14:textId="77777777" w:rsidR="00000B84" w:rsidRDefault="00000000">
            <w:pPr>
              <w:pStyle w:val="TableText"/>
            </w:pPr>
            <w:r>
              <w:t>Charon Medina De Minezes</w:t>
            </w:r>
          </w:p>
        </w:tc>
      </w:tr>
      <w:tr w:rsidR="00000B84" w14:paraId="09D261C0" w14:textId="77777777">
        <w:trPr>
          <w:cantSplit/>
        </w:trPr>
        <w:tc>
          <w:tcPr>
            <w:tcW w:w="1406" w:type="dxa"/>
            <w:shd w:val="clear" w:color="auto" w:fill="FFFFFF"/>
          </w:tcPr>
          <w:p w14:paraId="4688BAF4" w14:textId="77777777" w:rsidR="00000B84" w:rsidRDefault="00000000">
            <w:pPr>
              <w:pStyle w:val="TableText"/>
            </w:pPr>
            <w:r>
              <w:t>1168 / 1169</w:t>
            </w:r>
          </w:p>
        </w:tc>
        <w:tc>
          <w:tcPr>
            <w:tcW w:w="4630" w:type="dxa"/>
            <w:shd w:val="clear" w:color="auto" w:fill="FFFFFF"/>
          </w:tcPr>
          <w:p w14:paraId="0678FFB5" w14:textId="77777777" w:rsidR="00000B84" w:rsidRDefault="00000000">
            <w:pPr>
              <w:pStyle w:val="TableText"/>
            </w:pPr>
            <w:r>
              <w:t>Cheila Horácio Cheila Horácio José</w:t>
            </w:r>
          </w:p>
        </w:tc>
        <w:tc>
          <w:tcPr>
            <w:tcW w:w="4110" w:type="dxa"/>
            <w:shd w:val="clear" w:color="auto" w:fill="FFFFFF"/>
          </w:tcPr>
          <w:p w14:paraId="6AF666CB" w14:textId="77777777" w:rsidR="00000B84" w:rsidRDefault="00000000">
            <w:pPr>
              <w:pStyle w:val="TableText"/>
            </w:pPr>
            <w:r>
              <w:t>Cheila Horácio José</w:t>
            </w:r>
          </w:p>
        </w:tc>
      </w:tr>
      <w:tr w:rsidR="00000B84" w14:paraId="772AE6E5" w14:textId="77777777">
        <w:trPr>
          <w:cantSplit/>
        </w:trPr>
        <w:tc>
          <w:tcPr>
            <w:tcW w:w="1406" w:type="dxa"/>
            <w:shd w:val="clear" w:color="auto" w:fill="F0F5F2"/>
          </w:tcPr>
          <w:p w14:paraId="66FCBAB8" w14:textId="77777777" w:rsidR="00000B84" w:rsidRDefault="00000000">
            <w:pPr>
              <w:pStyle w:val="TableText"/>
            </w:pPr>
            <w:r>
              <w:t>1187 / 1188</w:t>
            </w:r>
          </w:p>
        </w:tc>
        <w:tc>
          <w:tcPr>
            <w:tcW w:w="4630" w:type="dxa"/>
            <w:shd w:val="clear" w:color="auto" w:fill="F0F5F2"/>
          </w:tcPr>
          <w:p w14:paraId="089418FC" w14:textId="77777777" w:rsidR="00000B84" w:rsidRDefault="00000000">
            <w:pPr>
              <w:pStyle w:val="TableText"/>
            </w:pPr>
            <w:r>
              <w:t>Chica Luciano Damião Luciano Damião</w:t>
            </w:r>
          </w:p>
        </w:tc>
        <w:tc>
          <w:tcPr>
            <w:tcW w:w="4110" w:type="dxa"/>
            <w:shd w:val="clear" w:color="auto" w:fill="F0F5F2"/>
          </w:tcPr>
          <w:p w14:paraId="348F43DB" w14:textId="77777777" w:rsidR="00000B84" w:rsidRDefault="00000000">
            <w:pPr>
              <w:pStyle w:val="TableText"/>
            </w:pPr>
            <w:r>
              <w:t>Chica Luciano Damião</w:t>
            </w:r>
          </w:p>
        </w:tc>
      </w:tr>
      <w:tr w:rsidR="00000B84" w14:paraId="35D9F771" w14:textId="77777777">
        <w:trPr>
          <w:cantSplit/>
        </w:trPr>
        <w:tc>
          <w:tcPr>
            <w:tcW w:w="1406" w:type="dxa"/>
            <w:shd w:val="clear" w:color="auto" w:fill="FFFFFF"/>
          </w:tcPr>
          <w:p w14:paraId="43E8E430" w14:textId="77777777" w:rsidR="00000B84" w:rsidRDefault="00000000">
            <w:pPr>
              <w:pStyle w:val="TableText"/>
            </w:pPr>
            <w:r>
              <w:t>1190 / 1191</w:t>
            </w:r>
          </w:p>
        </w:tc>
        <w:tc>
          <w:tcPr>
            <w:tcW w:w="4630" w:type="dxa"/>
            <w:shd w:val="clear" w:color="auto" w:fill="FFFFFF"/>
          </w:tcPr>
          <w:p w14:paraId="5886EF29" w14:textId="77777777" w:rsidR="00000B84" w:rsidRDefault="00000000">
            <w:pPr>
              <w:pStyle w:val="TableText"/>
            </w:pPr>
            <w:r>
              <w:t>Chineide Manuel António Manuel</w:t>
            </w:r>
          </w:p>
        </w:tc>
        <w:tc>
          <w:tcPr>
            <w:tcW w:w="4110" w:type="dxa"/>
            <w:shd w:val="clear" w:color="auto" w:fill="FFFFFF"/>
          </w:tcPr>
          <w:p w14:paraId="4B91DD0C" w14:textId="77777777" w:rsidR="00000B84" w:rsidRDefault="00000000">
            <w:pPr>
              <w:pStyle w:val="TableText"/>
            </w:pPr>
            <w:r>
              <w:t>Chineide Manuel Manuel</w:t>
            </w:r>
          </w:p>
        </w:tc>
      </w:tr>
      <w:tr w:rsidR="00000B84" w14:paraId="677AA6EC" w14:textId="77777777">
        <w:trPr>
          <w:cantSplit/>
        </w:trPr>
        <w:tc>
          <w:tcPr>
            <w:tcW w:w="1406" w:type="dxa"/>
            <w:shd w:val="clear" w:color="auto" w:fill="F0F5F2"/>
          </w:tcPr>
          <w:p w14:paraId="05F67AFA" w14:textId="77777777" w:rsidR="00000B84" w:rsidRDefault="00000000">
            <w:pPr>
              <w:pStyle w:val="TableText"/>
            </w:pPr>
            <w:r>
              <w:t>1191 / 1192</w:t>
            </w:r>
          </w:p>
        </w:tc>
        <w:tc>
          <w:tcPr>
            <w:tcW w:w="4630" w:type="dxa"/>
            <w:shd w:val="clear" w:color="auto" w:fill="F0F5F2"/>
          </w:tcPr>
          <w:p w14:paraId="5BD882E3" w14:textId="77777777" w:rsidR="00000B84" w:rsidRDefault="00000000">
            <w:pPr>
              <w:pStyle w:val="TableText"/>
            </w:pPr>
            <w:r>
              <w:t>Chineva Lopes Chineva Francisco Floriano Lopes</w:t>
            </w:r>
          </w:p>
        </w:tc>
        <w:tc>
          <w:tcPr>
            <w:tcW w:w="4110" w:type="dxa"/>
            <w:shd w:val="clear" w:color="auto" w:fill="F0F5F2"/>
          </w:tcPr>
          <w:p w14:paraId="1C2235E7" w14:textId="77777777" w:rsidR="00000B84" w:rsidRDefault="00000000">
            <w:pPr>
              <w:pStyle w:val="TableText"/>
            </w:pPr>
            <w:r>
              <w:t>Chineva Lopes Lopes</w:t>
            </w:r>
          </w:p>
        </w:tc>
      </w:tr>
      <w:tr w:rsidR="00000B84" w14:paraId="7B92F942" w14:textId="77777777">
        <w:trPr>
          <w:cantSplit/>
        </w:trPr>
        <w:tc>
          <w:tcPr>
            <w:tcW w:w="1406" w:type="dxa"/>
            <w:shd w:val="clear" w:color="auto" w:fill="FFFFFF"/>
          </w:tcPr>
          <w:p w14:paraId="67629AED" w14:textId="77777777" w:rsidR="00000B84" w:rsidRDefault="00000000">
            <w:pPr>
              <w:pStyle w:val="TableText"/>
            </w:pPr>
            <w:r>
              <w:t>1204 / 1205</w:t>
            </w:r>
          </w:p>
        </w:tc>
        <w:tc>
          <w:tcPr>
            <w:tcW w:w="4630" w:type="dxa"/>
            <w:shd w:val="clear" w:color="auto" w:fill="FFFFFF"/>
          </w:tcPr>
          <w:p w14:paraId="4CDE6537" w14:textId="77777777" w:rsidR="00000B84" w:rsidRDefault="00000000">
            <w:pPr>
              <w:pStyle w:val="TableText"/>
            </w:pPr>
            <w:r>
              <w:t>Cidalia De Orlando Semente Namaquita</w:t>
            </w:r>
          </w:p>
        </w:tc>
        <w:tc>
          <w:tcPr>
            <w:tcW w:w="4110" w:type="dxa"/>
            <w:shd w:val="clear" w:color="auto" w:fill="FFFFFF"/>
          </w:tcPr>
          <w:p w14:paraId="0ADDD722" w14:textId="77777777" w:rsidR="00000B84" w:rsidRDefault="00000000">
            <w:pPr>
              <w:pStyle w:val="TableText"/>
            </w:pPr>
            <w:r>
              <w:t>Cidalia De Orlando Namaquita</w:t>
            </w:r>
          </w:p>
        </w:tc>
      </w:tr>
      <w:tr w:rsidR="00000B84" w14:paraId="2131028D" w14:textId="77777777">
        <w:trPr>
          <w:cantSplit/>
        </w:trPr>
        <w:tc>
          <w:tcPr>
            <w:tcW w:w="1406" w:type="dxa"/>
            <w:shd w:val="clear" w:color="auto" w:fill="F0F5F2"/>
          </w:tcPr>
          <w:p w14:paraId="507144DF" w14:textId="77777777" w:rsidR="00000B84" w:rsidRDefault="00000000">
            <w:pPr>
              <w:pStyle w:val="TableText"/>
            </w:pPr>
            <w:r>
              <w:t>1213 / 1214</w:t>
            </w:r>
          </w:p>
        </w:tc>
        <w:tc>
          <w:tcPr>
            <w:tcW w:w="4630" w:type="dxa"/>
            <w:shd w:val="clear" w:color="auto" w:fill="F0F5F2"/>
          </w:tcPr>
          <w:p w14:paraId="246C0E6F" w14:textId="77777777" w:rsidR="00000B84" w:rsidRDefault="00000000">
            <w:pPr>
              <w:pStyle w:val="TableText"/>
            </w:pPr>
            <w:r>
              <w:t>Clara  Arsénio Clara Arsénio José Lequetiua</w:t>
            </w:r>
          </w:p>
        </w:tc>
        <w:tc>
          <w:tcPr>
            <w:tcW w:w="4110" w:type="dxa"/>
            <w:shd w:val="clear" w:color="auto" w:fill="F0F5F2"/>
          </w:tcPr>
          <w:p w14:paraId="60726F9F" w14:textId="77777777" w:rsidR="00000B84" w:rsidRDefault="00000000">
            <w:pPr>
              <w:pStyle w:val="TableText"/>
            </w:pPr>
            <w:r>
              <w:t>Clara Arsénio Lequetiua</w:t>
            </w:r>
          </w:p>
        </w:tc>
      </w:tr>
      <w:tr w:rsidR="00000B84" w14:paraId="6D2C81E3" w14:textId="77777777">
        <w:trPr>
          <w:cantSplit/>
        </w:trPr>
        <w:tc>
          <w:tcPr>
            <w:tcW w:w="1406" w:type="dxa"/>
            <w:shd w:val="clear" w:color="auto" w:fill="FFFFFF"/>
          </w:tcPr>
          <w:p w14:paraId="703BA241" w14:textId="77777777" w:rsidR="00000B84" w:rsidRDefault="00000000">
            <w:pPr>
              <w:pStyle w:val="TableText"/>
            </w:pPr>
            <w:r>
              <w:lastRenderedPageBreak/>
              <w:t>1216 / 1217</w:t>
            </w:r>
          </w:p>
        </w:tc>
        <w:tc>
          <w:tcPr>
            <w:tcW w:w="4630" w:type="dxa"/>
            <w:shd w:val="clear" w:color="auto" w:fill="FFFFFF"/>
          </w:tcPr>
          <w:p w14:paraId="3ACC78F2" w14:textId="77777777" w:rsidR="00000B84" w:rsidRDefault="00000000">
            <w:pPr>
              <w:pStyle w:val="TableText"/>
            </w:pPr>
            <w:r>
              <w:t>Clara Antônio Frederico Nahalena</w:t>
            </w:r>
          </w:p>
        </w:tc>
        <w:tc>
          <w:tcPr>
            <w:tcW w:w="4110" w:type="dxa"/>
            <w:shd w:val="clear" w:color="auto" w:fill="FFFFFF"/>
          </w:tcPr>
          <w:p w14:paraId="5148B3F4" w14:textId="77777777" w:rsidR="00000B84" w:rsidRDefault="00000000">
            <w:pPr>
              <w:pStyle w:val="TableText"/>
            </w:pPr>
            <w:r>
              <w:t>Clara Antônio Nahalena</w:t>
            </w:r>
          </w:p>
        </w:tc>
      </w:tr>
      <w:tr w:rsidR="00000B84" w14:paraId="320418D1" w14:textId="77777777">
        <w:trPr>
          <w:cantSplit/>
        </w:trPr>
        <w:tc>
          <w:tcPr>
            <w:tcW w:w="1406" w:type="dxa"/>
            <w:shd w:val="clear" w:color="auto" w:fill="F0F5F2"/>
          </w:tcPr>
          <w:p w14:paraId="5F7FD108" w14:textId="77777777" w:rsidR="00000B84" w:rsidRDefault="00000000">
            <w:pPr>
              <w:pStyle w:val="TableText"/>
            </w:pPr>
            <w:r>
              <w:t>1235 / 1236</w:t>
            </w:r>
          </w:p>
        </w:tc>
        <w:tc>
          <w:tcPr>
            <w:tcW w:w="4630" w:type="dxa"/>
            <w:shd w:val="clear" w:color="auto" w:fill="F0F5F2"/>
          </w:tcPr>
          <w:p w14:paraId="45830B94" w14:textId="77777777" w:rsidR="00000B84" w:rsidRDefault="00000000">
            <w:pPr>
              <w:pStyle w:val="TableText"/>
            </w:pPr>
            <w:r>
              <w:t>Clarice Sulude Agostinho Francisco</w:t>
            </w:r>
          </w:p>
        </w:tc>
        <w:tc>
          <w:tcPr>
            <w:tcW w:w="4110" w:type="dxa"/>
            <w:shd w:val="clear" w:color="auto" w:fill="F0F5F2"/>
          </w:tcPr>
          <w:p w14:paraId="4F600747" w14:textId="77777777" w:rsidR="00000B84" w:rsidRDefault="00000000">
            <w:pPr>
              <w:pStyle w:val="TableText"/>
            </w:pPr>
            <w:r>
              <w:t>Clarice Sulude Francisco</w:t>
            </w:r>
          </w:p>
        </w:tc>
      </w:tr>
      <w:tr w:rsidR="00000B84" w14:paraId="420E40A9" w14:textId="77777777">
        <w:trPr>
          <w:cantSplit/>
        </w:trPr>
        <w:tc>
          <w:tcPr>
            <w:tcW w:w="1406" w:type="dxa"/>
            <w:shd w:val="clear" w:color="auto" w:fill="FFFFFF"/>
          </w:tcPr>
          <w:p w14:paraId="6238E496" w14:textId="77777777" w:rsidR="00000B84" w:rsidRDefault="00000000">
            <w:pPr>
              <w:pStyle w:val="TableText"/>
            </w:pPr>
            <w:r>
              <w:t>1249 / 1250</w:t>
            </w:r>
          </w:p>
        </w:tc>
        <w:tc>
          <w:tcPr>
            <w:tcW w:w="4630" w:type="dxa"/>
            <w:shd w:val="clear" w:color="auto" w:fill="FFFFFF"/>
          </w:tcPr>
          <w:p w14:paraId="3BA64674" w14:textId="77777777" w:rsidR="00000B84" w:rsidRDefault="00000000">
            <w:pPr>
              <w:pStyle w:val="TableText"/>
            </w:pPr>
            <w:r>
              <w:t>Cláudia Pessulo Maglasse Chiguevale</w:t>
            </w:r>
          </w:p>
        </w:tc>
        <w:tc>
          <w:tcPr>
            <w:tcW w:w="4110" w:type="dxa"/>
            <w:shd w:val="clear" w:color="auto" w:fill="FFFFFF"/>
          </w:tcPr>
          <w:p w14:paraId="74E9A28F" w14:textId="77777777" w:rsidR="00000B84" w:rsidRDefault="00000000">
            <w:pPr>
              <w:pStyle w:val="TableText"/>
            </w:pPr>
            <w:r>
              <w:t>Cláudia Pessulo Chiguevale</w:t>
            </w:r>
          </w:p>
        </w:tc>
      </w:tr>
      <w:tr w:rsidR="00000B84" w14:paraId="79DD16D6" w14:textId="77777777">
        <w:trPr>
          <w:cantSplit/>
        </w:trPr>
        <w:tc>
          <w:tcPr>
            <w:tcW w:w="1406" w:type="dxa"/>
            <w:shd w:val="clear" w:color="auto" w:fill="F0F5F2"/>
          </w:tcPr>
          <w:p w14:paraId="37D35ED9" w14:textId="77777777" w:rsidR="00000B84" w:rsidRDefault="00000000">
            <w:pPr>
              <w:pStyle w:val="TableText"/>
            </w:pPr>
            <w:r>
              <w:t>1267 / 1268</w:t>
            </w:r>
          </w:p>
        </w:tc>
        <w:tc>
          <w:tcPr>
            <w:tcW w:w="4630" w:type="dxa"/>
            <w:shd w:val="clear" w:color="auto" w:fill="F0F5F2"/>
          </w:tcPr>
          <w:p w14:paraId="42EA814D" w14:textId="77777777" w:rsidR="00000B84" w:rsidRDefault="00000000">
            <w:pPr>
              <w:pStyle w:val="TableText"/>
            </w:pPr>
            <w:r>
              <w:t>Clementina Clemente Vicente Rodrigues</w:t>
            </w:r>
          </w:p>
        </w:tc>
        <w:tc>
          <w:tcPr>
            <w:tcW w:w="4110" w:type="dxa"/>
            <w:shd w:val="clear" w:color="auto" w:fill="F0F5F2"/>
          </w:tcPr>
          <w:p w14:paraId="396F31FA" w14:textId="77777777" w:rsidR="00000B84" w:rsidRDefault="00000000">
            <w:pPr>
              <w:pStyle w:val="TableText"/>
            </w:pPr>
            <w:r>
              <w:t>Clementina Clemente Rodrigues</w:t>
            </w:r>
          </w:p>
        </w:tc>
      </w:tr>
      <w:tr w:rsidR="00000B84" w14:paraId="09826023" w14:textId="77777777">
        <w:trPr>
          <w:cantSplit/>
        </w:trPr>
        <w:tc>
          <w:tcPr>
            <w:tcW w:w="1406" w:type="dxa"/>
            <w:shd w:val="clear" w:color="auto" w:fill="FFFFFF"/>
          </w:tcPr>
          <w:p w14:paraId="31C219D6" w14:textId="77777777" w:rsidR="00000B84" w:rsidRDefault="00000000">
            <w:pPr>
              <w:pStyle w:val="TableText"/>
            </w:pPr>
            <w:r>
              <w:t>1274 / 1275</w:t>
            </w:r>
          </w:p>
        </w:tc>
        <w:tc>
          <w:tcPr>
            <w:tcW w:w="4630" w:type="dxa"/>
            <w:shd w:val="clear" w:color="auto" w:fill="FFFFFF"/>
          </w:tcPr>
          <w:p w14:paraId="7E65F796" w14:textId="77777777" w:rsidR="00000B84" w:rsidRDefault="00000000">
            <w:pPr>
              <w:pStyle w:val="TableText"/>
            </w:pPr>
            <w:r>
              <w:t>Cleyde Da Carla Manecas Biate Biate</w:t>
            </w:r>
          </w:p>
        </w:tc>
        <w:tc>
          <w:tcPr>
            <w:tcW w:w="4110" w:type="dxa"/>
            <w:shd w:val="clear" w:color="auto" w:fill="FFFFFF"/>
          </w:tcPr>
          <w:p w14:paraId="28D83552" w14:textId="77777777" w:rsidR="00000B84" w:rsidRDefault="00000000">
            <w:pPr>
              <w:pStyle w:val="TableText"/>
            </w:pPr>
            <w:r>
              <w:t>Cleyde Da Carla Biate</w:t>
            </w:r>
          </w:p>
        </w:tc>
      </w:tr>
      <w:tr w:rsidR="00000B84" w14:paraId="4932C300" w14:textId="77777777">
        <w:trPr>
          <w:cantSplit/>
        </w:trPr>
        <w:tc>
          <w:tcPr>
            <w:tcW w:w="1406" w:type="dxa"/>
            <w:shd w:val="clear" w:color="auto" w:fill="F0F5F2"/>
          </w:tcPr>
          <w:p w14:paraId="69AECDEB" w14:textId="77777777" w:rsidR="00000B84" w:rsidRDefault="00000000">
            <w:pPr>
              <w:pStyle w:val="TableText"/>
            </w:pPr>
            <w:r>
              <w:t>1281 / 1282 *</w:t>
            </w:r>
          </w:p>
        </w:tc>
        <w:tc>
          <w:tcPr>
            <w:tcW w:w="4630" w:type="dxa"/>
            <w:shd w:val="clear" w:color="auto" w:fill="F0F5F2"/>
          </w:tcPr>
          <w:p w14:paraId="721E9AD7" w14:textId="77777777" w:rsidR="00000B84" w:rsidRDefault="00000000">
            <w:pPr>
              <w:pStyle w:val="TableText"/>
            </w:pPr>
            <w:r>
              <w:t>Constância Constâncio João De Carvalho</w:t>
            </w:r>
          </w:p>
        </w:tc>
        <w:tc>
          <w:tcPr>
            <w:tcW w:w="4110" w:type="dxa"/>
            <w:shd w:val="clear" w:color="auto" w:fill="F0F5F2"/>
          </w:tcPr>
          <w:p w14:paraId="1B272E95" w14:textId="77777777" w:rsidR="00000B84" w:rsidRDefault="00000000">
            <w:pPr>
              <w:pStyle w:val="TableText"/>
            </w:pPr>
            <w:r>
              <w:t>Constância C. De Carvalho</w:t>
            </w:r>
          </w:p>
        </w:tc>
      </w:tr>
      <w:tr w:rsidR="00000B84" w14:paraId="332709CF" w14:textId="77777777">
        <w:trPr>
          <w:cantSplit/>
        </w:trPr>
        <w:tc>
          <w:tcPr>
            <w:tcW w:w="1406" w:type="dxa"/>
            <w:shd w:val="clear" w:color="auto" w:fill="FFFFFF"/>
          </w:tcPr>
          <w:p w14:paraId="3B6FABAB" w14:textId="77777777" w:rsidR="00000B84" w:rsidRDefault="00000000">
            <w:pPr>
              <w:pStyle w:val="TableText"/>
            </w:pPr>
            <w:r>
              <w:t>1282 / 1283</w:t>
            </w:r>
          </w:p>
        </w:tc>
        <w:tc>
          <w:tcPr>
            <w:tcW w:w="4630" w:type="dxa"/>
            <w:shd w:val="clear" w:color="auto" w:fill="FFFFFF"/>
          </w:tcPr>
          <w:p w14:paraId="4619A2B3" w14:textId="77777777" w:rsidR="00000B84" w:rsidRDefault="00000000">
            <w:pPr>
              <w:pStyle w:val="TableText"/>
            </w:pPr>
            <w:r>
              <w:t>Constância Gonçalves Mutano Gonçalves Mutano</w:t>
            </w:r>
          </w:p>
        </w:tc>
        <w:tc>
          <w:tcPr>
            <w:tcW w:w="4110" w:type="dxa"/>
            <w:shd w:val="clear" w:color="auto" w:fill="FFFFFF"/>
          </w:tcPr>
          <w:p w14:paraId="6083963A" w14:textId="77777777" w:rsidR="00000B84" w:rsidRDefault="00000000">
            <w:pPr>
              <w:pStyle w:val="TableText"/>
            </w:pPr>
            <w:r>
              <w:t>Constância Gonçalves Mutano</w:t>
            </w:r>
          </w:p>
        </w:tc>
      </w:tr>
      <w:tr w:rsidR="00000B84" w14:paraId="50F54C38" w14:textId="77777777">
        <w:trPr>
          <w:cantSplit/>
        </w:trPr>
        <w:tc>
          <w:tcPr>
            <w:tcW w:w="1406" w:type="dxa"/>
            <w:shd w:val="clear" w:color="auto" w:fill="F0F5F2"/>
          </w:tcPr>
          <w:p w14:paraId="7BB022C3" w14:textId="77777777" w:rsidR="00000B84" w:rsidRDefault="00000000">
            <w:pPr>
              <w:pStyle w:val="TableText"/>
            </w:pPr>
            <w:r>
              <w:t>1292 / 1293</w:t>
            </w:r>
          </w:p>
        </w:tc>
        <w:tc>
          <w:tcPr>
            <w:tcW w:w="4630" w:type="dxa"/>
            <w:shd w:val="clear" w:color="auto" w:fill="F0F5F2"/>
          </w:tcPr>
          <w:p w14:paraId="2F328781" w14:textId="77777777" w:rsidR="00000B84" w:rsidRDefault="00000000">
            <w:pPr>
              <w:pStyle w:val="TableText"/>
            </w:pPr>
            <w:r>
              <w:t>Cremilde Nelson Cremilde Nelson Pires Fazendacre</w:t>
            </w:r>
          </w:p>
        </w:tc>
        <w:tc>
          <w:tcPr>
            <w:tcW w:w="4110" w:type="dxa"/>
            <w:shd w:val="clear" w:color="auto" w:fill="F0F5F2"/>
          </w:tcPr>
          <w:p w14:paraId="408532A9" w14:textId="77777777" w:rsidR="00000B84" w:rsidRDefault="00000000">
            <w:pPr>
              <w:pStyle w:val="TableText"/>
            </w:pPr>
            <w:r>
              <w:t>Cremilde Nelson Fazendacre</w:t>
            </w:r>
          </w:p>
        </w:tc>
      </w:tr>
      <w:tr w:rsidR="00000B84" w14:paraId="45E3BF42" w14:textId="77777777">
        <w:trPr>
          <w:cantSplit/>
        </w:trPr>
        <w:tc>
          <w:tcPr>
            <w:tcW w:w="1406" w:type="dxa"/>
            <w:shd w:val="clear" w:color="auto" w:fill="FFFFFF"/>
          </w:tcPr>
          <w:p w14:paraId="6D79DD7A" w14:textId="77777777" w:rsidR="00000B84" w:rsidRDefault="00000000">
            <w:pPr>
              <w:pStyle w:val="TableText"/>
            </w:pPr>
            <w:r>
              <w:t>1306 / 1307</w:t>
            </w:r>
          </w:p>
        </w:tc>
        <w:tc>
          <w:tcPr>
            <w:tcW w:w="4630" w:type="dxa"/>
            <w:shd w:val="clear" w:color="auto" w:fill="FFFFFF"/>
          </w:tcPr>
          <w:p w14:paraId="7732890D" w14:textId="77777777" w:rsidR="00000B84" w:rsidRDefault="00000000">
            <w:pPr>
              <w:pStyle w:val="TableText"/>
            </w:pPr>
            <w:r>
              <w:t>Cristina Floriano Francisco Francisco</w:t>
            </w:r>
          </w:p>
        </w:tc>
        <w:tc>
          <w:tcPr>
            <w:tcW w:w="4110" w:type="dxa"/>
            <w:shd w:val="clear" w:color="auto" w:fill="FFFFFF"/>
          </w:tcPr>
          <w:p w14:paraId="68C0C21D" w14:textId="77777777" w:rsidR="00000B84" w:rsidRDefault="00000000">
            <w:pPr>
              <w:pStyle w:val="TableText"/>
            </w:pPr>
            <w:r>
              <w:t>Cristina Floriano Francisco</w:t>
            </w:r>
          </w:p>
        </w:tc>
      </w:tr>
      <w:tr w:rsidR="00000B84" w14:paraId="0BE2AA10" w14:textId="77777777">
        <w:trPr>
          <w:cantSplit/>
        </w:trPr>
        <w:tc>
          <w:tcPr>
            <w:tcW w:w="1406" w:type="dxa"/>
            <w:shd w:val="clear" w:color="auto" w:fill="F0F5F2"/>
          </w:tcPr>
          <w:p w14:paraId="4D2D0FF5" w14:textId="77777777" w:rsidR="00000B84" w:rsidRDefault="00000000">
            <w:pPr>
              <w:pStyle w:val="TableText"/>
            </w:pPr>
            <w:r>
              <w:t>1321 / 1322</w:t>
            </w:r>
          </w:p>
        </w:tc>
        <w:tc>
          <w:tcPr>
            <w:tcW w:w="4630" w:type="dxa"/>
            <w:shd w:val="clear" w:color="auto" w:fill="F0F5F2"/>
          </w:tcPr>
          <w:p w14:paraId="54CA00B2" w14:textId="77777777" w:rsidR="00000B84" w:rsidRDefault="00000000">
            <w:pPr>
              <w:pStyle w:val="TableText"/>
            </w:pPr>
            <w:r>
              <w:t>Daime Carlos Daime Carlos Damião Casquinho</w:t>
            </w:r>
          </w:p>
        </w:tc>
        <w:tc>
          <w:tcPr>
            <w:tcW w:w="4110" w:type="dxa"/>
            <w:shd w:val="clear" w:color="auto" w:fill="F0F5F2"/>
          </w:tcPr>
          <w:p w14:paraId="64898C92" w14:textId="77777777" w:rsidR="00000B84" w:rsidRDefault="00000000">
            <w:pPr>
              <w:pStyle w:val="TableText"/>
            </w:pPr>
            <w:r>
              <w:t>Daime Carlos Casquinho</w:t>
            </w:r>
          </w:p>
        </w:tc>
      </w:tr>
      <w:tr w:rsidR="00000B84" w14:paraId="047D61DB" w14:textId="77777777">
        <w:trPr>
          <w:cantSplit/>
        </w:trPr>
        <w:tc>
          <w:tcPr>
            <w:tcW w:w="1406" w:type="dxa"/>
            <w:shd w:val="clear" w:color="auto" w:fill="FFFFFF"/>
          </w:tcPr>
          <w:p w14:paraId="11A2E64E" w14:textId="77777777" w:rsidR="00000B84" w:rsidRDefault="00000000">
            <w:pPr>
              <w:pStyle w:val="TableText"/>
            </w:pPr>
            <w:r>
              <w:t>1322 / 1323</w:t>
            </w:r>
          </w:p>
        </w:tc>
        <w:tc>
          <w:tcPr>
            <w:tcW w:w="4630" w:type="dxa"/>
            <w:shd w:val="clear" w:color="auto" w:fill="FFFFFF"/>
          </w:tcPr>
          <w:p w14:paraId="316A048C" w14:textId="77777777" w:rsidR="00000B84" w:rsidRDefault="00000000">
            <w:pPr>
              <w:pStyle w:val="TableText"/>
            </w:pPr>
            <w:r>
              <w:t>Daime Carlos Daime Carlos Damião Casquinho</w:t>
            </w:r>
          </w:p>
        </w:tc>
        <w:tc>
          <w:tcPr>
            <w:tcW w:w="4110" w:type="dxa"/>
            <w:shd w:val="clear" w:color="auto" w:fill="FFFFFF"/>
          </w:tcPr>
          <w:p w14:paraId="4B3D29E7" w14:textId="77777777" w:rsidR="00000B84" w:rsidRDefault="00000000">
            <w:pPr>
              <w:pStyle w:val="TableText"/>
            </w:pPr>
            <w:r>
              <w:t>Daime Carlos Casquinho</w:t>
            </w:r>
          </w:p>
        </w:tc>
      </w:tr>
      <w:tr w:rsidR="00000B84" w14:paraId="26F84C2D" w14:textId="77777777">
        <w:trPr>
          <w:cantSplit/>
        </w:trPr>
        <w:tc>
          <w:tcPr>
            <w:tcW w:w="1406" w:type="dxa"/>
            <w:shd w:val="clear" w:color="auto" w:fill="F0F5F2"/>
          </w:tcPr>
          <w:p w14:paraId="591FC75A" w14:textId="77777777" w:rsidR="00000B84" w:rsidRDefault="00000000">
            <w:pPr>
              <w:pStyle w:val="TableText"/>
            </w:pPr>
            <w:r>
              <w:t>1323 / 1324</w:t>
            </w:r>
          </w:p>
        </w:tc>
        <w:tc>
          <w:tcPr>
            <w:tcW w:w="4630" w:type="dxa"/>
            <w:shd w:val="clear" w:color="auto" w:fill="F0F5F2"/>
          </w:tcPr>
          <w:p w14:paraId="332FBBC3" w14:textId="77777777" w:rsidR="00000B84" w:rsidRDefault="00000000">
            <w:pPr>
              <w:pStyle w:val="TableText"/>
            </w:pPr>
            <w:r>
              <w:t>Daisy Daisy José Manuel Casimiro</w:t>
            </w:r>
          </w:p>
        </w:tc>
        <w:tc>
          <w:tcPr>
            <w:tcW w:w="4110" w:type="dxa"/>
            <w:shd w:val="clear" w:color="auto" w:fill="F0F5F2"/>
          </w:tcPr>
          <w:p w14:paraId="4942E92D" w14:textId="77777777" w:rsidR="00000B84" w:rsidRDefault="00000000">
            <w:pPr>
              <w:pStyle w:val="TableText"/>
            </w:pPr>
            <w:r>
              <w:t>Daisy Daisy Casimiro</w:t>
            </w:r>
          </w:p>
        </w:tc>
      </w:tr>
      <w:tr w:rsidR="00000B84" w14:paraId="3D44D4AF" w14:textId="77777777">
        <w:trPr>
          <w:cantSplit/>
        </w:trPr>
        <w:tc>
          <w:tcPr>
            <w:tcW w:w="1406" w:type="dxa"/>
            <w:shd w:val="clear" w:color="auto" w:fill="FFFFFF"/>
          </w:tcPr>
          <w:p w14:paraId="1E8F123F" w14:textId="77777777" w:rsidR="00000B84" w:rsidRDefault="00000000">
            <w:pPr>
              <w:pStyle w:val="TableText"/>
            </w:pPr>
            <w:r>
              <w:t>1325 / 1326</w:t>
            </w:r>
          </w:p>
        </w:tc>
        <w:tc>
          <w:tcPr>
            <w:tcW w:w="4630" w:type="dxa"/>
            <w:shd w:val="clear" w:color="auto" w:fill="FFFFFF"/>
          </w:tcPr>
          <w:p w14:paraId="71BBC1B1" w14:textId="77777777" w:rsidR="00000B84" w:rsidRDefault="00000000">
            <w:pPr>
              <w:pStyle w:val="TableText"/>
            </w:pPr>
            <w:r>
              <w:t>Dália Da Glória Daniel Francisco</w:t>
            </w:r>
          </w:p>
        </w:tc>
        <w:tc>
          <w:tcPr>
            <w:tcW w:w="4110" w:type="dxa"/>
            <w:shd w:val="clear" w:color="auto" w:fill="FFFFFF"/>
          </w:tcPr>
          <w:p w14:paraId="4B029617" w14:textId="77777777" w:rsidR="00000B84" w:rsidRDefault="00000000">
            <w:pPr>
              <w:pStyle w:val="TableText"/>
            </w:pPr>
            <w:r>
              <w:t>Dália Da Glória Francisco</w:t>
            </w:r>
          </w:p>
        </w:tc>
      </w:tr>
      <w:tr w:rsidR="00000B84" w14:paraId="020D472E" w14:textId="77777777">
        <w:trPr>
          <w:cantSplit/>
        </w:trPr>
        <w:tc>
          <w:tcPr>
            <w:tcW w:w="1406" w:type="dxa"/>
            <w:shd w:val="clear" w:color="auto" w:fill="F0F5F2"/>
          </w:tcPr>
          <w:p w14:paraId="14A01FBC" w14:textId="77777777" w:rsidR="00000B84" w:rsidRDefault="00000000">
            <w:pPr>
              <w:pStyle w:val="TableText"/>
            </w:pPr>
            <w:r>
              <w:t>1358 / 1359</w:t>
            </w:r>
          </w:p>
        </w:tc>
        <w:tc>
          <w:tcPr>
            <w:tcW w:w="4630" w:type="dxa"/>
            <w:shd w:val="clear" w:color="auto" w:fill="F0F5F2"/>
          </w:tcPr>
          <w:p w14:paraId="5DEE20D3" w14:textId="77777777" w:rsidR="00000B84" w:rsidRDefault="00000000">
            <w:pPr>
              <w:pStyle w:val="TableText"/>
            </w:pPr>
            <w:r>
              <w:t>Dauliza Bonifácio Adolfo Lucas Nihacacana</w:t>
            </w:r>
          </w:p>
        </w:tc>
        <w:tc>
          <w:tcPr>
            <w:tcW w:w="4110" w:type="dxa"/>
            <w:shd w:val="clear" w:color="auto" w:fill="F0F5F2"/>
          </w:tcPr>
          <w:p w14:paraId="136E1AF8" w14:textId="77777777" w:rsidR="00000B84" w:rsidRDefault="00000000">
            <w:pPr>
              <w:pStyle w:val="TableText"/>
            </w:pPr>
            <w:r>
              <w:t>Dauliza Bonifácio Nihacacana</w:t>
            </w:r>
          </w:p>
        </w:tc>
      </w:tr>
      <w:tr w:rsidR="00000B84" w14:paraId="308A41DD" w14:textId="77777777">
        <w:trPr>
          <w:cantSplit/>
        </w:trPr>
        <w:tc>
          <w:tcPr>
            <w:tcW w:w="1406" w:type="dxa"/>
            <w:shd w:val="clear" w:color="auto" w:fill="FFFFFF"/>
          </w:tcPr>
          <w:p w14:paraId="52707432" w14:textId="77777777" w:rsidR="00000B84" w:rsidRDefault="00000000">
            <w:pPr>
              <w:pStyle w:val="TableText"/>
            </w:pPr>
            <w:r>
              <w:t>1362 / 1363</w:t>
            </w:r>
          </w:p>
        </w:tc>
        <w:tc>
          <w:tcPr>
            <w:tcW w:w="4630" w:type="dxa"/>
            <w:shd w:val="clear" w:color="auto" w:fill="FFFFFF"/>
          </w:tcPr>
          <w:p w14:paraId="3F267CC1" w14:textId="77777777" w:rsidR="00000B84" w:rsidRDefault="00000000">
            <w:pPr>
              <w:pStyle w:val="TableText"/>
            </w:pPr>
            <w:r>
              <w:t>Davina Domicio Jose Armando Vicente Marrove</w:t>
            </w:r>
          </w:p>
        </w:tc>
        <w:tc>
          <w:tcPr>
            <w:tcW w:w="4110" w:type="dxa"/>
            <w:shd w:val="clear" w:color="auto" w:fill="FFFFFF"/>
          </w:tcPr>
          <w:p w14:paraId="428CD9BF" w14:textId="77777777" w:rsidR="00000B84" w:rsidRDefault="00000000">
            <w:pPr>
              <w:pStyle w:val="TableText"/>
            </w:pPr>
            <w:r>
              <w:t>Davina Domicio Marrove</w:t>
            </w:r>
          </w:p>
        </w:tc>
      </w:tr>
      <w:tr w:rsidR="00000B84" w14:paraId="754CB23D" w14:textId="77777777">
        <w:trPr>
          <w:cantSplit/>
        </w:trPr>
        <w:tc>
          <w:tcPr>
            <w:tcW w:w="1406" w:type="dxa"/>
            <w:shd w:val="clear" w:color="auto" w:fill="F0F5F2"/>
          </w:tcPr>
          <w:p w14:paraId="430D8E15" w14:textId="77777777" w:rsidR="00000B84" w:rsidRDefault="00000000">
            <w:pPr>
              <w:pStyle w:val="TableText"/>
            </w:pPr>
            <w:r>
              <w:t>1370 / 1371</w:t>
            </w:r>
          </w:p>
        </w:tc>
        <w:tc>
          <w:tcPr>
            <w:tcW w:w="4630" w:type="dxa"/>
            <w:shd w:val="clear" w:color="auto" w:fill="F0F5F2"/>
          </w:tcPr>
          <w:p w14:paraId="7A108A73" w14:textId="77777777" w:rsidR="00000B84" w:rsidRDefault="00000000">
            <w:pPr>
              <w:pStyle w:val="TableText"/>
            </w:pPr>
            <w:r>
              <w:t>Délcia Edson Délcia Edson Mutando Dramamuno</w:t>
            </w:r>
          </w:p>
        </w:tc>
        <w:tc>
          <w:tcPr>
            <w:tcW w:w="4110" w:type="dxa"/>
            <w:shd w:val="clear" w:color="auto" w:fill="F0F5F2"/>
          </w:tcPr>
          <w:p w14:paraId="679C6146" w14:textId="77777777" w:rsidR="00000B84" w:rsidRDefault="00000000">
            <w:pPr>
              <w:pStyle w:val="TableText"/>
            </w:pPr>
            <w:r>
              <w:t>Délcia Edson Dramamuno</w:t>
            </w:r>
          </w:p>
        </w:tc>
      </w:tr>
      <w:tr w:rsidR="00000B84" w14:paraId="0E7E756A" w14:textId="77777777">
        <w:trPr>
          <w:cantSplit/>
        </w:trPr>
        <w:tc>
          <w:tcPr>
            <w:tcW w:w="1406" w:type="dxa"/>
            <w:shd w:val="clear" w:color="auto" w:fill="FFFFFF"/>
          </w:tcPr>
          <w:p w14:paraId="1A5EB903" w14:textId="77777777" w:rsidR="00000B84" w:rsidRDefault="00000000">
            <w:pPr>
              <w:pStyle w:val="TableText"/>
            </w:pPr>
            <w:r>
              <w:t>1380 / 1381</w:t>
            </w:r>
          </w:p>
        </w:tc>
        <w:tc>
          <w:tcPr>
            <w:tcW w:w="4630" w:type="dxa"/>
            <w:shd w:val="clear" w:color="auto" w:fill="FFFFFF"/>
          </w:tcPr>
          <w:p w14:paraId="3EEC5C77" w14:textId="77777777" w:rsidR="00000B84" w:rsidRDefault="00000000">
            <w:pPr>
              <w:pStyle w:val="TableText"/>
            </w:pPr>
            <w:r>
              <w:t>Delfina Ribeiro Delfina Ribeiro Aminde</w:t>
            </w:r>
          </w:p>
        </w:tc>
        <w:tc>
          <w:tcPr>
            <w:tcW w:w="4110" w:type="dxa"/>
            <w:shd w:val="clear" w:color="auto" w:fill="FFFFFF"/>
          </w:tcPr>
          <w:p w14:paraId="0CA419CD" w14:textId="77777777" w:rsidR="00000B84" w:rsidRDefault="00000000">
            <w:pPr>
              <w:pStyle w:val="TableText"/>
            </w:pPr>
            <w:r>
              <w:t>Delfina Ribeiro Aminde</w:t>
            </w:r>
          </w:p>
        </w:tc>
      </w:tr>
      <w:tr w:rsidR="00000B84" w14:paraId="3E9BCB42" w14:textId="77777777">
        <w:trPr>
          <w:cantSplit/>
        </w:trPr>
        <w:tc>
          <w:tcPr>
            <w:tcW w:w="1406" w:type="dxa"/>
            <w:shd w:val="clear" w:color="auto" w:fill="F0F5F2"/>
          </w:tcPr>
          <w:p w14:paraId="246B0FDE" w14:textId="77777777" w:rsidR="00000B84" w:rsidRDefault="00000000">
            <w:pPr>
              <w:pStyle w:val="TableText"/>
            </w:pPr>
            <w:r>
              <w:t>1383 / 1384</w:t>
            </w:r>
          </w:p>
        </w:tc>
        <w:tc>
          <w:tcPr>
            <w:tcW w:w="4630" w:type="dxa"/>
            <w:shd w:val="clear" w:color="auto" w:fill="F0F5F2"/>
          </w:tcPr>
          <w:p w14:paraId="3A4C7F81" w14:textId="77777777" w:rsidR="00000B84" w:rsidRDefault="00000000">
            <w:pPr>
              <w:pStyle w:val="TableText"/>
            </w:pPr>
            <w:r>
              <w:t>Delmira Manuel Celestino Sadala</w:t>
            </w:r>
          </w:p>
        </w:tc>
        <w:tc>
          <w:tcPr>
            <w:tcW w:w="4110" w:type="dxa"/>
            <w:shd w:val="clear" w:color="auto" w:fill="F0F5F2"/>
          </w:tcPr>
          <w:p w14:paraId="23C4591F" w14:textId="77777777" w:rsidR="00000B84" w:rsidRDefault="00000000">
            <w:pPr>
              <w:pStyle w:val="TableText"/>
            </w:pPr>
            <w:r>
              <w:t>Delmira Manuel Sadala</w:t>
            </w:r>
          </w:p>
        </w:tc>
      </w:tr>
      <w:tr w:rsidR="00000B84" w14:paraId="62028854" w14:textId="77777777">
        <w:trPr>
          <w:cantSplit/>
        </w:trPr>
        <w:tc>
          <w:tcPr>
            <w:tcW w:w="1406" w:type="dxa"/>
            <w:shd w:val="clear" w:color="auto" w:fill="FFFFFF"/>
          </w:tcPr>
          <w:p w14:paraId="79D18A60" w14:textId="77777777" w:rsidR="00000B84" w:rsidRDefault="00000000">
            <w:pPr>
              <w:pStyle w:val="TableText"/>
            </w:pPr>
            <w:r>
              <w:t>1384 / 1385</w:t>
            </w:r>
          </w:p>
        </w:tc>
        <w:tc>
          <w:tcPr>
            <w:tcW w:w="4630" w:type="dxa"/>
            <w:shd w:val="clear" w:color="auto" w:fill="FFFFFF"/>
          </w:tcPr>
          <w:p w14:paraId="76B67830" w14:textId="77777777" w:rsidR="00000B84" w:rsidRDefault="00000000">
            <w:pPr>
              <w:pStyle w:val="TableText"/>
            </w:pPr>
            <w:r>
              <w:t>Delsa Camilo Lourenço Victor Amizade</w:t>
            </w:r>
          </w:p>
        </w:tc>
        <w:tc>
          <w:tcPr>
            <w:tcW w:w="4110" w:type="dxa"/>
            <w:shd w:val="clear" w:color="auto" w:fill="FFFFFF"/>
          </w:tcPr>
          <w:p w14:paraId="512DB841" w14:textId="77777777" w:rsidR="00000B84" w:rsidRDefault="00000000">
            <w:pPr>
              <w:pStyle w:val="TableText"/>
            </w:pPr>
            <w:r>
              <w:t>Delsa Camilo Amizade</w:t>
            </w:r>
          </w:p>
        </w:tc>
      </w:tr>
      <w:tr w:rsidR="00000B84" w14:paraId="404046E8" w14:textId="77777777">
        <w:trPr>
          <w:cantSplit/>
        </w:trPr>
        <w:tc>
          <w:tcPr>
            <w:tcW w:w="1406" w:type="dxa"/>
            <w:shd w:val="clear" w:color="auto" w:fill="F0F5F2"/>
          </w:tcPr>
          <w:p w14:paraId="1634DBE1" w14:textId="77777777" w:rsidR="00000B84" w:rsidRDefault="00000000">
            <w:pPr>
              <w:pStyle w:val="TableText"/>
            </w:pPr>
            <w:r>
              <w:t>1391 / 1392</w:t>
            </w:r>
          </w:p>
        </w:tc>
        <w:tc>
          <w:tcPr>
            <w:tcW w:w="4630" w:type="dxa"/>
            <w:shd w:val="clear" w:color="auto" w:fill="F0F5F2"/>
          </w:tcPr>
          <w:p w14:paraId="04E406A8" w14:textId="77777777" w:rsidR="00000B84" w:rsidRDefault="00000000">
            <w:pPr>
              <w:pStyle w:val="TableText"/>
            </w:pPr>
            <w:r>
              <w:t>Deolciana Páscoal Mangene Chibindje</w:t>
            </w:r>
          </w:p>
        </w:tc>
        <w:tc>
          <w:tcPr>
            <w:tcW w:w="4110" w:type="dxa"/>
            <w:shd w:val="clear" w:color="auto" w:fill="F0F5F2"/>
          </w:tcPr>
          <w:p w14:paraId="3AE00C2F" w14:textId="77777777" w:rsidR="00000B84" w:rsidRDefault="00000000">
            <w:pPr>
              <w:pStyle w:val="TableText"/>
            </w:pPr>
            <w:r>
              <w:t>Deolciana Páscoal Chibindje</w:t>
            </w:r>
          </w:p>
        </w:tc>
      </w:tr>
      <w:tr w:rsidR="00000B84" w14:paraId="036DA122" w14:textId="77777777">
        <w:trPr>
          <w:cantSplit/>
        </w:trPr>
        <w:tc>
          <w:tcPr>
            <w:tcW w:w="1406" w:type="dxa"/>
            <w:shd w:val="clear" w:color="auto" w:fill="FFFFFF"/>
          </w:tcPr>
          <w:p w14:paraId="7CED1855" w14:textId="77777777" w:rsidR="00000B84" w:rsidRDefault="00000000">
            <w:pPr>
              <w:pStyle w:val="TableText"/>
            </w:pPr>
            <w:r>
              <w:t>1411 / 1412</w:t>
            </w:r>
          </w:p>
        </w:tc>
        <w:tc>
          <w:tcPr>
            <w:tcW w:w="4630" w:type="dxa"/>
            <w:shd w:val="clear" w:color="auto" w:fill="FFFFFF"/>
          </w:tcPr>
          <w:p w14:paraId="2ECB5DDB" w14:textId="77777777" w:rsidR="00000B84" w:rsidRDefault="00000000">
            <w:pPr>
              <w:pStyle w:val="TableText"/>
            </w:pPr>
            <w:r>
              <w:t>Dilma Satar Rodrigues Amundulai Rodrigues</w:t>
            </w:r>
          </w:p>
        </w:tc>
        <w:tc>
          <w:tcPr>
            <w:tcW w:w="4110" w:type="dxa"/>
            <w:shd w:val="clear" w:color="auto" w:fill="FFFFFF"/>
          </w:tcPr>
          <w:p w14:paraId="4ADC6077" w14:textId="77777777" w:rsidR="00000B84" w:rsidRDefault="00000000">
            <w:pPr>
              <w:pStyle w:val="TableText"/>
            </w:pPr>
            <w:r>
              <w:t>Dilma Satar Rodrigues</w:t>
            </w:r>
          </w:p>
        </w:tc>
      </w:tr>
      <w:tr w:rsidR="00000B84" w14:paraId="5A011A52" w14:textId="77777777">
        <w:trPr>
          <w:cantSplit/>
        </w:trPr>
        <w:tc>
          <w:tcPr>
            <w:tcW w:w="1406" w:type="dxa"/>
            <w:shd w:val="clear" w:color="auto" w:fill="F0F5F2"/>
          </w:tcPr>
          <w:p w14:paraId="1FCB380C" w14:textId="77777777" w:rsidR="00000B84" w:rsidRDefault="00000000">
            <w:pPr>
              <w:pStyle w:val="TableText"/>
            </w:pPr>
            <w:r>
              <w:t>1420 / 1421</w:t>
            </w:r>
          </w:p>
        </w:tc>
        <w:tc>
          <w:tcPr>
            <w:tcW w:w="4630" w:type="dxa"/>
            <w:shd w:val="clear" w:color="auto" w:fill="F0F5F2"/>
          </w:tcPr>
          <w:p w14:paraId="5231DBA8" w14:textId="77777777" w:rsidR="00000B84" w:rsidRDefault="00000000">
            <w:pPr>
              <w:pStyle w:val="TableText"/>
            </w:pPr>
            <w:r>
              <w:t>Dina Francisco Mureteto Agostinho</w:t>
            </w:r>
          </w:p>
        </w:tc>
        <w:tc>
          <w:tcPr>
            <w:tcW w:w="4110" w:type="dxa"/>
            <w:shd w:val="clear" w:color="auto" w:fill="F0F5F2"/>
          </w:tcPr>
          <w:p w14:paraId="5DC497D1" w14:textId="77777777" w:rsidR="00000B84" w:rsidRDefault="00000000">
            <w:pPr>
              <w:pStyle w:val="TableText"/>
            </w:pPr>
            <w:r>
              <w:t>Dina Francisco Agostinho</w:t>
            </w:r>
          </w:p>
        </w:tc>
      </w:tr>
      <w:tr w:rsidR="00000B84" w14:paraId="616503C3" w14:textId="77777777">
        <w:trPr>
          <w:cantSplit/>
        </w:trPr>
        <w:tc>
          <w:tcPr>
            <w:tcW w:w="1406" w:type="dxa"/>
            <w:shd w:val="clear" w:color="auto" w:fill="FFFFFF"/>
          </w:tcPr>
          <w:p w14:paraId="775B9D1E" w14:textId="77777777" w:rsidR="00000B84" w:rsidRDefault="00000000">
            <w:pPr>
              <w:pStyle w:val="TableText"/>
            </w:pPr>
            <w:r>
              <w:t>1446 / 1447</w:t>
            </w:r>
          </w:p>
        </w:tc>
        <w:tc>
          <w:tcPr>
            <w:tcW w:w="4630" w:type="dxa"/>
            <w:shd w:val="clear" w:color="auto" w:fill="FFFFFF"/>
          </w:tcPr>
          <w:p w14:paraId="10A7863B" w14:textId="77777777" w:rsidR="00000B84" w:rsidRDefault="00000000">
            <w:pPr>
              <w:pStyle w:val="TableText"/>
            </w:pPr>
            <w:r>
              <w:t>Diolinda Edgar Dos Santos Monhebane</w:t>
            </w:r>
          </w:p>
        </w:tc>
        <w:tc>
          <w:tcPr>
            <w:tcW w:w="4110" w:type="dxa"/>
            <w:shd w:val="clear" w:color="auto" w:fill="FFFFFF"/>
          </w:tcPr>
          <w:p w14:paraId="05D54281" w14:textId="77777777" w:rsidR="00000B84" w:rsidRDefault="00000000">
            <w:pPr>
              <w:pStyle w:val="TableText"/>
            </w:pPr>
            <w:r>
              <w:t>Diolinda Edgar Monhebane</w:t>
            </w:r>
          </w:p>
        </w:tc>
      </w:tr>
      <w:tr w:rsidR="00000B84" w14:paraId="640C34BD" w14:textId="77777777">
        <w:trPr>
          <w:cantSplit/>
        </w:trPr>
        <w:tc>
          <w:tcPr>
            <w:tcW w:w="1406" w:type="dxa"/>
            <w:shd w:val="clear" w:color="auto" w:fill="F0F5F2"/>
          </w:tcPr>
          <w:p w14:paraId="7B4E32D1" w14:textId="77777777" w:rsidR="00000B84" w:rsidRDefault="00000000">
            <w:pPr>
              <w:pStyle w:val="TableText"/>
            </w:pPr>
            <w:r>
              <w:t>1451 / 1452</w:t>
            </w:r>
          </w:p>
        </w:tc>
        <w:tc>
          <w:tcPr>
            <w:tcW w:w="4630" w:type="dxa"/>
            <w:shd w:val="clear" w:color="auto" w:fill="F0F5F2"/>
          </w:tcPr>
          <w:p w14:paraId="02007A1C" w14:textId="77777777" w:rsidR="00000B84" w:rsidRDefault="00000000">
            <w:pPr>
              <w:pStyle w:val="TableText"/>
            </w:pPr>
            <w:r>
              <w:t>Diomara Sérgio Neves Magalhães Dias</w:t>
            </w:r>
          </w:p>
        </w:tc>
        <w:tc>
          <w:tcPr>
            <w:tcW w:w="4110" w:type="dxa"/>
            <w:shd w:val="clear" w:color="auto" w:fill="F0F5F2"/>
          </w:tcPr>
          <w:p w14:paraId="67593326" w14:textId="77777777" w:rsidR="00000B84" w:rsidRDefault="00000000">
            <w:pPr>
              <w:pStyle w:val="TableText"/>
            </w:pPr>
            <w:r>
              <w:t>Diomara Sérgio Dias</w:t>
            </w:r>
          </w:p>
        </w:tc>
      </w:tr>
      <w:tr w:rsidR="00000B84" w14:paraId="0532E1B3" w14:textId="77777777">
        <w:trPr>
          <w:cantSplit/>
        </w:trPr>
        <w:tc>
          <w:tcPr>
            <w:tcW w:w="1406" w:type="dxa"/>
            <w:shd w:val="clear" w:color="auto" w:fill="FFFFFF"/>
          </w:tcPr>
          <w:p w14:paraId="435011C6" w14:textId="77777777" w:rsidR="00000B84" w:rsidRDefault="00000000">
            <w:pPr>
              <w:pStyle w:val="TableText"/>
            </w:pPr>
            <w:r>
              <w:t>1453 / 1454</w:t>
            </w:r>
          </w:p>
        </w:tc>
        <w:tc>
          <w:tcPr>
            <w:tcW w:w="4630" w:type="dxa"/>
            <w:shd w:val="clear" w:color="auto" w:fill="FFFFFF"/>
          </w:tcPr>
          <w:p w14:paraId="71C6ADF8" w14:textId="77777777" w:rsidR="00000B84" w:rsidRDefault="00000000">
            <w:pPr>
              <w:pStyle w:val="TableText"/>
            </w:pPr>
            <w:r>
              <w:t>Dionice Antunes Munacho Munacho</w:t>
            </w:r>
          </w:p>
        </w:tc>
        <w:tc>
          <w:tcPr>
            <w:tcW w:w="4110" w:type="dxa"/>
            <w:shd w:val="clear" w:color="auto" w:fill="FFFFFF"/>
          </w:tcPr>
          <w:p w14:paraId="6E0D0983" w14:textId="77777777" w:rsidR="00000B84" w:rsidRDefault="00000000">
            <w:pPr>
              <w:pStyle w:val="TableText"/>
            </w:pPr>
            <w:r>
              <w:t>Dionice Antunes Munacho</w:t>
            </w:r>
          </w:p>
        </w:tc>
      </w:tr>
      <w:tr w:rsidR="00000B84" w14:paraId="6131828A" w14:textId="77777777">
        <w:trPr>
          <w:cantSplit/>
        </w:trPr>
        <w:tc>
          <w:tcPr>
            <w:tcW w:w="1406" w:type="dxa"/>
            <w:shd w:val="clear" w:color="auto" w:fill="F0F5F2"/>
          </w:tcPr>
          <w:p w14:paraId="0C09544A" w14:textId="77777777" w:rsidR="00000B84" w:rsidRDefault="00000000">
            <w:pPr>
              <w:pStyle w:val="TableText"/>
            </w:pPr>
            <w:r>
              <w:t>1460 / 1461</w:t>
            </w:r>
          </w:p>
        </w:tc>
        <w:tc>
          <w:tcPr>
            <w:tcW w:w="4630" w:type="dxa"/>
            <w:shd w:val="clear" w:color="auto" w:fill="F0F5F2"/>
          </w:tcPr>
          <w:p w14:paraId="5CF36091" w14:textId="77777777" w:rsidR="00000B84" w:rsidRDefault="00000000">
            <w:pPr>
              <w:pStyle w:val="TableText"/>
            </w:pPr>
            <w:r>
              <w:t>Dionísia Dionísio Gerente Emalapoço</w:t>
            </w:r>
          </w:p>
        </w:tc>
        <w:tc>
          <w:tcPr>
            <w:tcW w:w="4110" w:type="dxa"/>
            <w:shd w:val="clear" w:color="auto" w:fill="F0F5F2"/>
          </w:tcPr>
          <w:p w14:paraId="7FCC71AA" w14:textId="77777777" w:rsidR="00000B84" w:rsidRDefault="00000000">
            <w:pPr>
              <w:pStyle w:val="TableText"/>
            </w:pPr>
            <w:r>
              <w:t>Dionísia Dionísio Emalapoço</w:t>
            </w:r>
          </w:p>
        </w:tc>
      </w:tr>
      <w:tr w:rsidR="00000B84" w14:paraId="49BED4C3" w14:textId="77777777">
        <w:trPr>
          <w:cantSplit/>
        </w:trPr>
        <w:tc>
          <w:tcPr>
            <w:tcW w:w="1406" w:type="dxa"/>
            <w:shd w:val="clear" w:color="auto" w:fill="FFFFFF"/>
          </w:tcPr>
          <w:p w14:paraId="4369C4AB" w14:textId="77777777" w:rsidR="00000B84" w:rsidRDefault="00000000">
            <w:pPr>
              <w:pStyle w:val="TableText"/>
            </w:pPr>
            <w:r>
              <w:t>1464 / 1465</w:t>
            </w:r>
          </w:p>
        </w:tc>
        <w:tc>
          <w:tcPr>
            <w:tcW w:w="4630" w:type="dxa"/>
            <w:shd w:val="clear" w:color="auto" w:fill="FFFFFF"/>
          </w:tcPr>
          <w:p w14:paraId="4BAABA79" w14:textId="77777777" w:rsidR="00000B84" w:rsidRDefault="00000000">
            <w:pPr>
              <w:pStyle w:val="TableText"/>
            </w:pPr>
            <w:r>
              <w:t>Doca Adriano Armando Nhacanela</w:t>
            </w:r>
          </w:p>
        </w:tc>
        <w:tc>
          <w:tcPr>
            <w:tcW w:w="4110" w:type="dxa"/>
            <w:shd w:val="clear" w:color="auto" w:fill="FFFFFF"/>
          </w:tcPr>
          <w:p w14:paraId="6FC09270" w14:textId="77777777" w:rsidR="00000B84" w:rsidRDefault="00000000">
            <w:pPr>
              <w:pStyle w:val="TableText"/>
            </w:pPr>
            <w:r>
              <w:t>Doca Adriano Nhacanela</w:t>
            </w:r>
          </w:p>
        </w:tc>
      </w:tr>
      <w:tr w:rsidR="00000B84" w14:paraId="702D3F10" w14:textId="77777777">
        <w:trPr>
          <w:cantSplit/>
        </w:trPr>
        <w:tc>
          <w:tcPr>
            <w:tcW w:w="1406" w:type="dxa"/>
            <w:shd w:val="clear" w:color="auto" w:fill="F0F5F2"/>
          </w:tcPr>
          <w:p w14:paraId="38F52344" w14:textId="77777777" w:rsidR="00000B84" w:rsidRDefault="00000000">
            <w:pPr>
              <w:pStyle w:val="TableText"/>
            </w:pPr>
            <w:r>
              <w:t>1477 / 1478</w:t>
            </w:r>
          </w:p>
        </w:tc>
        <w:tc>
          <w:tcPr>
            <w:tcW w:w="4630" w:type="dxa"/>
            <w:shd w:val="clear" w:color="auto" w:fill="F0F5F2"/>
          </w:tcPr>
          <w:p w14:paraId="2F56CD28" w14:textId="77777777" w:rsidR="00000B84" w:rsidRDefault="00000000">
            <w:pPr>
              <w:pStyle w:val="TableText"/>
            </w:pPr>
            <w:r>
              <w:t>Domingas António Fernando Mbete</w:t>
            </w:r>
          </w:p>
        </w:tc>
        <w:tc>
          <w:tcPr>
            <w:tcW w:w="4110" w:type="dxa"/>
            <w:shd w:val="clear" w:color="auto" w:fill="F0F5F2"/>
          </w:tcPr>
          <w:p w14:paraId="30094F20" w14:textId="77777777" w:rsidR="00000B84" w:rsidRDefault="00000000">
            <w:pPr>
              <w:pStyle w:val="TableText"/>
            </w:pPr>
            <w:r>
              <w:t>Domingas António Mbete</w:t>
            </w:r>
          </w:p>
        </w:tc>
      </w:tr>
      <w:tr w:rsidR="00000B84" w14:paraId="0D9AA0A8" w14:textId="77777777">
        <w:trPr>
          <w:cantSplit/>
        </w:trPr>
        <w:tc>
          <w:tcPr>
            <w:tcW w:w="1406" w:type="dxa"/>
            <w:shd w:val="clear" w:color="auto" w:fill="FFFFFF"/>
          </w:tcPr>
          <w:p w14:paraId="12D92ABF" w14:textId="77777777" w:rsidR="00000B84" w:rsidRDefault="00000000">
            <w:pPr>
              <w:pStyle w:val="TableText"/>
            </w:pPr>
            <w:r>
              <w:t>1479 / 1480</w:t>
            </w:r>
          </w:p>
        </w:tc>
        <w:tc>
          <w:tcPr>
            <w:tcW w:w="4630" w:type="dxa"/>
            <w:shd w:val="clear" w:color="auto" w:fill="FFFFFF"/>
          </w:tcPr>
          <w:p w14:paraId="3049A473" w14:textId="77777777" w:rsidR="00000B84" w:rsidRDefault="00000000">
            <w:pPr>
              <w:pStyle w:val="TableText"/>
            </w:pPr>
            <w:r>
              <w:t>Domingas Baciao Domingos Jaime</w:t>
            </w:r>
          </w:p>
        </w:tc>
        <w:tc>
          <w:tcPr>
            <w:tcW w:w="4110" w:type="dxa"/>
            <w:shd w:val="clear" w:color="auto" w:fill="FFFFFF"/>
          </w:tcPr>
          <w:p w14:paraId="1436990F" w14:textId="77777777" w:rsidR="00000B84" w:rsidRDefault="00000000">
            <w:pPr>
              <w:pStyle w:val="TableText"/>
            </w:pPr>
            <w:r>
              <w:t>Domingas Baciao Jaime</w:t>
            </w:r>
          </w:p>
        </w:tc>
      </w:tr>
      <w:tr w:rsidR="00000B84" w14:paraId="1FA34F98" w14:textId="77777777">
        <w:trPr>
          <w:cantSplit/>
        </w:trPr>
        <w:tc>
          <w:tcPr>
            <w:tcW w:w="1406" w:type="dxa"/>
            <w:shd w:val="clear" w:color="auto" w:fill="F0F5F2"/>
          </w:tcPr>
          <w:p w14:paraId="0011F619" w14:textId="77777777" w:rsidR="00000B84" w:rsidRDefault="00000000">
            <w:pPr>
              <w:pStyle w:val="TableText"/>
            </w:pPr>
            <w:r>
              <w:t>1488 / 1489</w:t>
            </w:r>
          </w:p>
        </w:tc>
        <w:tc>
          <w:tcPr>
            <w:tcW w:w="4630" w:type="dxa"/>
            <w:shd w:val="clear" w:color="auto" w:fill="F0F5F2"/>
          </w:tcPr>
          <w:p w14:paraId="4C1ABEE0" w14:textId="77777777" w:rsidR="00000B84" w:rsidRDefault="00000000">
            <w:pPr>
              <w:pStyle w:val="TableText"/>
            </w:pPr>
            <w:r>
              <w:t>Domingas Eusébio João Mulovola</w:t>
            </w:r>
          </w:p>
        </w:tc>
        <w:tc>
          <w:tcPr>
            <w:tcW w:w="4110" w:type="dxa"/>
            <w:shd w:val="clear" w:color="auto" w:fill="F0F5F2"/>
          </w:tcPr>
          <w:p w14:paraId="39196E25" w14:textId="77777777" w:rsidR="00000B84" w:rsidRDefault="00000000">
            <w:pPr>
              <w:pStyle w:val="TableText"/>
            </w:pPr>
            <w:r>
              <w:t>Domingas Eusébio Mulovola</w:t>
            </w:r>
          </w:p>
        </w:tc>
      </w:tr>
      <w:tr w:rsidR="00000B84" w14:paraId="71688EEA" w14:textId="77777777">
        <w:trPr>
          <w:cantSplit/>
        </w:trPr>
        <w:tc>
          <w:tcPr>
            <w:tcW w:w="1406" w:type="dxa"/>
            <w:shd w:val="clear" w:color="auto" w:fill="FFFFFF"/>
          </w:tcPr>
          <w:p w14:paraId="57313F00" w14:textId="77777777" w:rsidR="00000B84" w:rsidRDefault="00000000">
            <w:pPr>
              <w:pStyle w:val="TableText"/>
            </w:pPr>
            <w:r>
              <w:t>1494 / 1495</w:t>
            </w:r>
          </w:p>
        </w:tc>
        <w:tc>
          <w:tcPr>
            <w:tcW w:w="4630" w:type="dxa"/>
            <w:shd w:val="clear" w:color="auto" w:fill="FFFFFF"/>
          </w:tcPr>
          <w:p w14:paraId="174AD977" w14:textId="77777777" w:rsidR="00000B84" w:rsidRDefault="00000000">
            <w:pPr>
              <w:pStyle w:val="TableText"/>
            </w:pPr>
            <w:r>
              <w:t>Domingas Inácio Domingos Inácio</w:t>
            </w:r>
          </w:p>
        </w:tc>
        <w:tc>
          <w:tcPr>
            <w:tcW w:w="4110" w:type="dxa"/>
            <w:shd w:val="clear" w:color="auto" w:fill="FFFFFF"/>
          </w:tcPr>
          <w:p w14:paraId="2D856460" w14:textId="77777777" w:rsidR="00000B84" w:rsidRDefault="00000000">
            <w:pPr>
              <w:pStyle w:val="TableText"/>
            </w:pPr>
            <w:r>
              <w:t>Domingas Inácio Inácio</w:t>
            </w:r>
          </w:p>
        </w:tc>
      </w:tr>
      <w:tr w:rsidR="00000B84" w14:paraId="20C4B807" w14:textId="77777777">
        <w:trPr>
          <w:cantSplit/>
        </w:trPr>
        <w:tc>
          <w:tcPr>
            <w:tcW w:w="1406" w:type="dxa"/>
            <w:shd w:val="clear" w:color="auto" w:fill="F0F5F2"/>
          </w:tcPr>
          <w:p w14:paraId="533F9141" w14:textId="77777777" w:rsidR="00000B84" w:rsidRDefault="00000000">
            <w:pPr>
              <w:pStyle w:val="TableText"/>
            </w:pPr>
            <w:r>
              <w:t>1495 / 1496</w:t>
            </w:r>
          </w:p>
        </w:tc>
        <w:tc>
          <w:tcPr>
            <w:tcW w:w="4630" w:type="dxa"/>
            <w:shd w:val="clear" w:color="auto" w:fill="F0F5F2"/>
          </w:tcPr>
          <w:p w14:paraId="48B45A55" w14:textId="77777777" w:rsidR="00000B84" w:rsidRDefault="00000000">
            <w:pPr>
              <w:pStyle w:val="TableText"/>
            </w:pPr>
            <w:r>
              <w:t>Domingas Inácio Domingos Inácio</w:t>
            </w:r>
          </w:p>
        </w:tc>
        <w:tc>
          <w:tcPr>
            <w:tcW w:w="4110" w:type="dxa"/>
            <w:shd w:val="clear" w:color="auto" w:fill="F0F5F2"/>
          </w:tcPr>
          <w:p w14:paraId="49FA420D" w14:textId="77777777" w:rsidR="00000B84" w:rsidRDefault="00000000">
            <w:pPr>
              <w:pStyle w:val="TableText"/>
            </w:pPr>
            <w:r>
              <w:t>Domingas Inácio Inácio</w:t>
            </w:r>
          </w:p>
        </w:tc>
      </w:tr>
      <w:tr w:rsidR="00000B84" w14:paraId="20FB24AD" w14:textId="77777777">
        <w:trPr>
          <w:cantSplit/>
        </w:trPr>
        <w:tc>
          <w:tcPr>
            <w:tcW w:w="1406" w:type="dxa"/>
            <w:shd w:val="clear" w:color="auto" w:fill="FFFFFF"/>
          </w:tcPr>
          <w:p w14:paraId="35D4AD13" w14:textId="77777777" w:rsidR="00000B84" w:rsidRDefault="00000000">
            <w:pPr>
              <w:pStyle w:val="TableText"/>
            </w:pPr>
            <w:r>
              <w:lastRenderedPageBreak/>
              <w:t>1497 / 1498</w:t>
            </w:r>
          </w:p>
        </w:tc>
        <w:tc>
          <w:tcPr>
            <w:tcW w:w="4630" w:type="dxa"/>
            <w:shd w:val="clear" w:color="auto" w:fill="FFFFFF"/>
          </w:tcPr>
          <w:p w14:paraId="3B008526" w14:textId="77777777" w:rsidR="00000B84" w:rsidRDefault="00000000">
            <w:pPr>
              <w:pStyle w:val="TableText"/>
            </w:pPr>
            <w:r>
              <w:t>Domingas Izaquiel Caetano Vicente</w:t>
            </w:r>
          </w:p>
        </w:tc>
        <w:tc>
          <w:tcPr>
            <w:tcW w:w="4110" w:type="dxa"/>
            <w:shd w:val="clear" w:color="auto" w:fill="FFFFFF"/>
          </w:tcPr>
          <w:p w14:paraId="1E00D514" w14:textId="77777777" w:rsidR="00000B84" w:rsidRDefault="00000000">
            <w:pPr>
              <w:pStyle w:val="TableText"/>
            </w:pPr>
            <w:r>
              <w:t>Domingas Izaquiel Vicente</w:t>
            </w:r>
          </w:p>
        </w:tc>
      </w:tr>
      <w:tr w:rsidR="00000B84" w14:paraId="12FF0036" w14:textId="77777777">
        <w:trPr>
          <w:cantSplit/>
        </w:trPr>
        <w:tc>
          <w:tcPr>
            <w:tcW w:w="1406" w:type="dxa"/>
            <w:shd w:val="clear" w:color="auto" w:fill="F0F5F2"/>
          </w:tcPr>
          <w:p w14:paraId="5DBAD477" w14:textId="77777777" w:rsidR="00000B84" w:rsidRDefault="00000000">
            <w:pPr>
              <w:pStyle w:val="TableText"/>
            </w:pPr>
            <w:r>
              <w:t>1499 / 1500</w:t>
            </w:r>
          </w:p>
        </w:tc>
        <w:tc>
          <w:tcPr>
            <w:tcW w:w="4630" w:type="dxa"/>
            <w:shd w:val="clear" w:color="auto" w:fill="F0F5F2"/>
          </w:tcPr>
          <w:p w14:paraId="6375CE57" w14:textId="77777777" w:rsidR="00000B84" w:rsidRDefault="00000000">
            <w:pPr>
              <w:pStyle w:val="TableText"/>
            </w:pPr>
            <w:r>
              <w:t>Domingas Joaquim Canada Nofre</w:t>
            </w:r>
          </w:p>
        </w:tc>
        <w:tc>
          <w:tcPr>
            <w:tcW w:w="4110" w:type="dxa"/>
            <w:shd w:val="clear" w:color="auto" w:fill="F0F5F2"/>
          </w:tcPr>
          <w:p w14:paraId="3979DC23" w14:textId="77777777" w:rsidR="00000B84" w:rsidRDefault="00000000">
            <w:pPr>
              <w:pStyle w:val="TableText"/>
            </w:pPr>
            <w:r>
              <w:t>Domingas Joaquim Nofre</w:t>
            </w:r>
          </w:p>
        </w:tc>
      </w:tr>
      <w:tr w:rsidR="00000B84" w14:paraId="65AB5D39" w14:textId="77777777">
        <w:trPr>
          <w:cantSplit/>
        </w:trPr>
        <w:tc>
          <w:tcPr>
            <w:tcW w:w="1406" w:type="dxa"/>
            <w:shd w:val="clear" w:color="auto" w:fill="FFFFFF"/>
          </w:tcPr>
          <w:p w14:paraId="5BB7D4C2" w14:textId="77777777" w:rsidR="00000B84" w:rsidRDefault="00000000">
            <w:pPr>
              <w:pStyle w:val="TableText"/>
            </w:pPr>
            <w:r>
              <w:t>1519 / 1520</w:t>
            </w:r>
          </w:p>
        </w:tc>
        <w:tc>
          <w:tcPr>
            <w:tcW w:w="4630" w:type="dxa"/>
            <w:shd w:val="clear" w:color="auto" w:fill="FFFFFF"/>
          </w:tcPr>
          <w:p w14:paraId="3669F8B5" w14:textId="77777777" w:rsidR="00000B84" w:rsidRDefault="00000000">
            <w:pPr>
              <w:pStyle w:val="TableText"/>
            </w:pPr>
            <w:r>
              <w:t>Dortia Domingos Antônio Antônio</w:t>
            </w:r>
          </w:p>
        </w:tc>
        <w:tc>
          <w:tcPr>
            <w:tcW w:w="4110" w:type="dxa"/>
            <w:shd w:val="clear" w:color="auto" w:fill="FFFFFF"/>
          </w:tcPr>
          <w:p w14:paraId="1A77169E" w14:textId="77777777" w:rsidR="00000B84" w:rsidRDefault="00000000">
            <w:pPr>
              <w:pStyle w:val="TableText"/>
            </w:pPr>
            <w:r>
              <w:t>Dortia Domingos Antônio</w:t>
            </w:r>
          </w:p>
        </w:tc>
      </w:tr>
      <w:tr w:rsidR="00000B84" w14:paraId="4E994153" w14:textId="77777777">
        <w:trPr>
          <w:cantSplit/>
        </w:trPr>
        <w:tc>
          <w:tcPr>
            <w:tcW w:w="1406" w:type="dxa"/>
            <w:shd w:val="clear" w:color="auto" w:fill="F0F5F2"/>
          </w:tcPr>
          <w:p w14:paraId="7A244BE4" w14:textId="77777777" w:rsidR="00000B84" w:rsidRDefault="00000000">
            <w:pPr>
              <w:pStyle w:val="TableText"/>
            </w:pPr>
            <w:r>
              <w:t>1520 / 1521</w:t>
            </w:r>
          </w:p>
        </w:tc>
        <w:tc>
          <w:tcPr>
            <w:tcW w:w="4630" w:type="dxa"/>
            <w:shd w:val="clear" w:color="auto" w:fill="F0F5F2"/>
          </w:tcPr>
          <w:p w14:paraId="5D805127" w14:textId="77777777" w:rsidR="00000B84" w:rsidRDefault="00000000">
            <w:pPr>
              <w:pStyle w:val="TableText"/>
            </w:pPr>
            <w:r>
              <w:t>Drica Da Esperança Floria Vieira Viano</w:t>
            </w:r>
          </w:p>
        </w:tc>
        <w:tc>
          <w:tcPr>
            <w:tcW w:w="4110" w:type="dxa"/>
            <w:shd w:val="clear" w:color="auto" w:fill="F0F5F2"/>
          </w:tcPr>
          <w:p w14:paraId="1EB63197" w14:textId="77777777" w:rsidR="00000B84" w:rsidRDefault="00000000">
            <w:pPr>
              <w:pStyle w:val="TableText"/>
            </w:pPr>
            <w:r>
              <w:t>Drica Da Esperança Viano</w:t>
            </w:r>
          </w:p>
        </w:tc>
      </w:tr>
      <w:tr w:rsidR="00000B84" w14:paraId="4328F2A7" w14:textId="77777777">
        <w:trPr>
          <w:cantSplit/>
        </w:trPr>
        <w:tc>
          <w:tcPr>
            <w:tcW w:w="1406" w:type="dxa"/>
            <w:shd w:val="clear" w:color="auto" w:fill="FFFFFF"/>
          </w:tcPr>
          <w:p w14:paraId="686BF454" w14:textId="77777777" w:rsidR="00000B84" w:rsidRDefault="00000000">
            <w:pPr>
              <w:pStyle w:val="TableText"/>
            </w:pPr>
            <w:r>
              <w:t>1548 / 1549</w:t>
            </w:r>
          </w:p>
        </w:tc>
        <w:tc>
          <w:tcPr>
            <w:tcW w:w="4630" w:type="dxa"/>
            <w:shd w:val="clear" w:color="auto" w:fill="FFFFFF"/>
          </w:tcPr>
          <w:p w14:paraId="108918EE" w14:textId="77777777" w:rsidR="00000B84" w:rsidRDefault="00000000">
            <w:pPr>
              <w:pStyle w:val="TableText"/>
            </w:pPr>
            <w:r>
              <w:t>Dulce Da Virgínia Daniel Cláudio</w:t>
            </w:r>
          </w:p>
        </w:tc>
        <w:tc>
          <w:tcPr>
            <w:tcW w:w="4110" w:type="dxa"/>
            <w:shd w:val="clear" w:color="auto" w:fill="FFFFFF"/>
          </w:tcPr>
          <w:p w14:paraId="768E10D7" w14:textId="77777777" w:rsidR="00000B84" w:rsidRDefault="00000000">
            <w:pPr>
              <w:pStyle w:val="TableText"/>
            </w:pPr>
            <w:r>
              <w:t>Dulce Da Virgínia Cláudio</w:t>
            </w:r>
          </w:p>
        </w:tc>
      </w:tr>
      <w:tr w:rsidR="00000B84" w14:paraId="1B915EF6" w14:textId="77777777">
        <w:trPr>
          <w:cantSplit/>
        </w:trPr>
        <w:tc>
          <w:tcPr>
            <w:tcW w:w="1406" w:type="dxa"/>
            <w:shd w:val="clear" w:color="auto" w:fill="F0F5F2"/>
          </w:tcPr>
          <w:p w14:paraId="14F1D5E6" w14:textId="77777777" w:rsidR="00000B84" w:rsidRDefault="00000000">
            <w:pPr>
              <w:pStyle w:val="TableText"/>
            </w:pPr>
            <w:r>
              <w:t>1561 / 1562</w:t>
            </w:r>
          </w:p>
        </w:tc>
        <w:tc>
          <w:tcPr>
            <w:tcW w:w="4630" w:type="dxa"/>
            <w:shd w:val="clear" w:color="auto" w:fill="F0F5F2"/>
          </w:tcPr>
          <w:p w14:paraId="1CA79B3E" w14:textId="77777777" w:rsidR="00000B84" w:rsidRDefault="00000000">
            <w:pPr>
              <w:pStyle w:val="TableText"/>
            </w:pPr>
            <w:r>
              <w:t>Dulce Maurício Dulce Maurício Comé</w:t>
            </w:r>
          </w:p>
        </w:tc>
        <w:tc>
          <w:tcPr>
            <w:tcW w:w="4110" w:type="dxa"/>
            <w:shd w:val="clear" w:color="auto" w:fill="F0F5F2"/>
          </w:tcPr>
          <w:p w14:paraId="64FB6653" w14:textId="77777777" w:rsidR="00000B84" w:rsidRDefault="00000000">
            <w:pPr>
              <w:pStyle w:val="TableText"/>
            </w:pPr>
            <w:r>
              <w:t>Dulce Maurício Comé</w:t>
            </w:r>
          </w:p>
        </w:tc>
      </w:tr>
      <w:tr w:rsidR="00000B84" w14:paraId="53929475" w14:textId="77777777">
        <w:trPr>
          <w:cantSplit/>
        </w:trPr>
        <w:tc>
          <w:tcPr>
            <w:tcW w:w="1406" w:type="dxa"/>
            <w:shd w:val="clear" w:color="auto" w:fill="FFFFFF"/>
          </w:tcPr>
          <w:p w14:paraId="32F4D0EB" w14:textId="77777777" w:rsidR="00000B84" w:rsidRDefault="00000000">
            <w:pPr>
              <w:pStyle w:val="TableText"/>
            </w:pPr>
            <w:r>
              <w:t>1576 / 1577</w:t>
            </w:r>
          </w:p>
        </w:tc>
        <w:tc>
          <w:tcPr>
            <w:tcW w:w="4630" w:type="dxa"/>
            <w:shd w:val="clear" w:color="auto" w:fill="FFFFFF"/>
          </w:tcPr>
          <w:p w14:paraId="74FFA122" w14:textId="77777777" w:rsidR="00000B84" w:rsidRDefault="00000000">
            <w:pPr>
              <w:pStyle w:val="TableText"/>
            </w:pPr>
            <w:r>
              <w:t>Edina Da Graça Almeida Alberto</w:t>
            </w:r>
          </w:p>
        </w:tc>
        <w:tc>
          <w:tcPr>
            <w:tcW w:w="4110" w:type="dxa"/>
            <w:shd w:val="clear" w:color="auto" w:fill="FFFFFF"/>
          </w:tcPr>
          <w:p w14:paraId="0DD5866C" w14:textId="77777777" w:rsidR="00000B84" w:rsidRDefault="00000000">
            <w:pPr>
              <w:pStyle w:val="TableText"/>
            </w:pPr>
            <w:r>
              <w:t>Edina Da Graça Alberto</w:t>
            </w:r>
          </w:p>
        </w:tc>
      </w:tr>
      <w:tr w:rsidR="00000B84" w14:paraId="205FBDBC" w14:textId="77777777">
        <w:trPr>
          <w:cantSplit/>
        </w:trPr>
        <w:tc>
          <w:tcPr>
            <w:tcW w:w="1406" w:type="dxa"/>
            <w:shd w:val="clear" w:color="auto" w:fill="F0F5F2"/>
          </w:tcPr>
          <w:p w14:paraId="39562153" w14:textId="77777777" w:rsidR="00000B84" w:rsidRDefault="00000000">
            <w:pPr>
              <w:pStyle w:val="TableText"/>
            </w:pPr>
            <w:r>
              <w:t>1579 / 1580</w:t>
            </w:r>
          </w:p>
        </w:tc>
        <w:tc>
          <w:tcPr>
            <w:tcW w:w="4630" w:type="dxa"/>
            <w:shd w:val="clear" w:color="auto" w:fill="F0F5F2"/>
          </w:tcPr>
          <w:p w14:paraId="3849384E" w14:textId="77777777" w:rsidR="00000B84" w:rsidRDefault="00000000">
            <w:pPr>
              <w:pStyle w:val="TableText"/>
            </w:pPr>
            <w:r>
              <w:t>Edinete Almeida Edinete Almeida Pedro</w:t>
            </w:r>
          </w:p>
        </w:tc>
        <w:tc>
          <w:tcPr>
            <w:tcW w:w="4110" w:type="dxa"/>
            <w:shd w:val="clear" w:color="auto" w:fill="F0F5F2"/>
          </w:tcPr>
          <w:p w14:paraId="6C01E94A" w14:textId="77777777" w:rsidR="00000B84" w:rsidRDefault="00000000">
            <w:pPr>
              <w:pStyle w:val="TableText"/>
            </w:pPr>
            <w:r>
              <w:t>Edinete Almeida Pedro</w:t>
            </w:r>
          </w:p>
        </w:tc>
      </w:tr>
      <w:tr w:rsidR="00000B84" w14:paraId="460888FB" w14:textId="77777777">
        <w:trPr>
          <w:cantSplit/>
        </w:trPr>
        <w:tc>
          <w:tcPr>
            <w:tcW w:w="1406" w:type="dxa"/>
            <w:shd w:val="clear" w:color="auto" w:fill="FFFFFF"/>
          </w:tcPr>
          <w:p w14:paraId="13FEA6E6" w14:textId="77777777" w:rsidR="00000B84" w:rsidRDefault="00000000">
            <w:pPr>
              <w:pStyle w:val="TableText"/>
            </w:pPr>
            <w:r>
              <w:t>1589 / 1590</w:t>
            </w:r>
          </w:p>
        </w:tc>
        <w:tc>
          <w:tcPr>
            <w:tcW w:w="4630" w:type="dxa"/>
            <w:shd w:val="clear" w:color="auto" w:fill="FFFFFF"/>
          </w:tcPr>
          <w:p w14:paraId="2B55719D" w14:textId="77777777" w:rsidR="00000B84" w:rsidRDefault="00000000">
            <w:pPr>
              <w:pStyle w:val="TableText"/>
            </w:pPr>
            <w:r>
              <w:t>Edma Miguel Bulande  Camanguira</w:t>
            </w:r>
          </w:p>
        </w:tc>
        <w:tc>
          <w:tcPr>
            <w:tcW w:w="4110" w:type="dxa"/>
            <w:shd w:val="clear" w:color="auto" w:fill="FFFFFF"/>
          </w:tcPr>
          <w:p w14:paraId="07F46663" w14:textId="77777777" w:rsidR="00000B84" w:rsidRDefault="00000000">
            <w:pPr>
              <w:pStyle w:val="TableText"/>
            </w:pPr>
            <w:r>
              <w:t>Edma Miguel Camanguira</w:t>
            </w:r>
          </w:p>
        </w:tc>
      </w:tr>
      <w:tr w:rsidR="00000B84" w14:paraId="01A40ABD" w14:textId="77777777">
        <w:trPr>
          <w:cantSplit/>
        </w:trPr>
        <w:tc>
          <w:tcPr>
            <w:tcW w:w="1406" w:type="dxa"/>
            <w:shd w:val="clear" w:color="auto" w:fill="F0F5F2"/>
          </w:tcPr>
          <w:p w14:paraId="507BD4AF" w14:textId="77777777" w:rsidR="00000B84" w:rsidRDefault="00000000">
            <w:pPr>
              <w:pStyle w:val="TableText"/>
            </w:pPr>
            <w:r>
              <w:t>1597 / 1598</w:t>
            </w:r>
          </w:p>
        </w:tc>
        <w:tc>
          <w:tcPr>
            <w:tcW w:w="4630" w:type="dxa"/>
            <w:shd w:val="clear" w:color="auto" w:fill="F0F5F2"/>
          </w:tcPr>
          <w:p w14:paraId="399B0CB3" w14:textId="77777777" w:rsidR="00000B84" w:rsidRDefault="00000000">
            <w:pPr>
              <w:pStyle w:val="TableText"/>
            </w:pPr>
            <w:r>
              <w:t>Edna Helena Edna Helena Vasco Manuel</w:t>
            </w:r>
          </w:p>
        </w:tc>
        <w:tc>
          <w:tcPr>
            <w:tcW w:w="4110" w:type="dxa"/>
            <w:shd w:val="clear" w:color="auto" w:fill="F0F5F2"/>
          </w:tcPr>
          <w:p w14:paraId="0C4301AD" w14:textId="77777777" w:rsidR="00000B84" w:rsidRDefault="00000000">
            <w:pPr>
              <w:pStyle w:val="TableText"/>
            </w:pPr>
            <w:r>
              <w:t>Edna Helena Manuel</w:t>
            </w:r>
          </w:p>
        </w:tc>
      </w:tr>
      <w:tr w:rsidR="00000B84" w14:paraId="323257C6" w14:textId="77777777">
        <w:trPr>
          <w:cantSplit/>
        </w:trPr>
        <w:tc>
          <w:tcPr>
            <w:tcW w:w="1406" w:type="dxa"/>
            <w:shd w:val="clear" w:color="auto" w:fill="FFFFFF"/>
          </w:tcPr>
          <w:p w14:paraId="0D3CB3AE" w14:textId="77777777" w:rsidR="00000B84" w:rsidRDefault="00000000">
            <w:pPr>
              <w:pStyle w:val="TableText"/>
            </w:pPr>
            <w:r>
              <w:t>1601 / 1602</w:t>
            </w:r>
          </w:p>
        </w:tc>
        <w:tc>
          <w:tcPr>
            <w:tcW w:w="4630" w:type="dxa"/>
            <w:shd w:val="clear" w:color="auto" w:fill="FFFFFF"/>
          </w:tcPr>
          <w:p w14:paraId="6CC5C478" w14:textId="77777777" w:rsidR="00000B84" w:rsidRDefault="00000000">
            <w:pPr>
              <w:pStyle w:val="TableText"/>
            </w:pPr>
            <w:r>
              <w:t>Edneide Da Lurdes Sumila Mamane Lino</w:t>
            </w:r>
          </w:p>
        </w:tc>
        <w:tc>
          <w:tcPr>
            <w:tcW w:w="4110" w:type="dxa"/>
            <w:shd w:val="clear" w:color="auto" w:fill="FFFFFF"/>
          </w:tcPr>
          <w:p w14:paraId="7A0F2604" w14:textId="77777777" w:rsidR="00000B84" w:rsidRDefault="00000000">
            <w:pPr>
              <w:pStyle w:val="TableText"/>
            </w:pPr>
            <w:r>
              <w:t>Edneide Da Lurdes Lino</w:t>
            </w:r>
          </w:p>
        </w:tc>
      </w:tr>
      <w:tr w:rsidR="00000B84" w14:paraId="72497CD4" w14:textId="77777777">
        <w:trPr>
          <w:cantSplit/>
        </w:trPr>
        <w:tc>
          <w:tcPr>
            <w:tcW w:w="1406" w:type="dxa"/>
            <w:shd w:val="clear" w:color="auto" w:fill="F0F5F2"/>
          </w:tcPr>
          <w:p w14:paraId="505E0532" w14:textId="77777777" w:rsidR="00000B84" w:rsidRDefault="00000000">
            <w:pPr>
              <w:pStyle w:val="TableText"/>
            </w:pPr>
            <w:r>
              <w:t>1615 / 1616</w:t>
            </w:r>
          </w:p>
        </w:tc>
        <w:tc>
          <w:tcPr>
            <w:tcW w:w="4630" w:type="dxa"/>
            <w:shd w:val="clear" w:color="auto" w:fill="F0F5F2"/>
          </w:tcPr>
          <w:p w14:paraId="41FA26D5" w14:textId="77777777" w:rsidR="00000B84" w:rsidRDefault="00000000">
            <w:pPr>
              <w:pStyle w:val="TableText"/>
            </w:pPr>
            <w:r>
              <w:t>Efigénia Olímpio Manuel Manuel</w:t>
            </w:r>
          </w:p>
        </w:tc>
        <w:tc>
          <w:tcPr>
            <w:tcW w:w="4110" w:type="dxa"/>
            <w:shd w:val="clear" w:color="auto" w:fill="F0F5F2"/>
          </w:tcPr>
          <w:p w14:paraId="34B080C9" w14:textId="77777777" w:rsidR="00000B84" w:rsidRDefault="00000000">
            <w:pPr>
              <w:pStyle w:val="TableText"/>
            </w:pPr>
            <w:r>
              <w:t>Efigénia Olímpio Manuel</w:t>
            </w:r>
          </w:p>
        </w:tc>
      </w:tr>
      <w:tr w:rsidR="00000B84" w14:paraId="75037EC0" w14:textId="77777777">
        <w:trPr>
          <w:cantSplit/>
        </w:trPr>
        <w:tc>
          <w:tcPr>
            <w:tcW w:w="1406" w:type="dxa"/>
            <w:shd w:val="clear" w:color="auto" w:fill="FFFFFF"/>
          </w:tcPr>
          <w:p w14:paraId="0846BABE" w14:textId="77777777" w:rsidR="00000B84" w:rsidRDefault="00000000">
            <w:pPr>
              <w:pStyle w:val="TableText"/>
            </w:pPr>
            <w:r>
              <w:t>1617 / 1618</w:t>
            </w:r>
          </w:p>
        </w:tc>
        <w:tc>
          <w:tcPr>
            <w:tcW w:w="4630" w:type="dxa"/>
            <w:shd w:val="clear" w:color="auto" w:fill="FFFFFF"/>
          </w:tcPr>
          <w:p w14:paraId="1C76C9E4" w14:textId="77777777" w:rsidR="00000B84" w:rsidRDefault="00000000">
            <w:pPr>
              <w:pStyle w:val="TableText"/>
            </w:pPr>
            <w:r>
              <w:t>Egnaa Vieira Engenheiro Américo</w:t>
            </w:r>
          </w:p>
        </w:tc>
        <w:tc>
          <w:tcPr>
            <w:tcW w:w="4110" w:type="dxa"/>
            <w:shd w:val="clear" w:color="auto" w:fill="FFFFFF"/>
          </w:tcPr>
          <w:p w14:paraId="142BF284" w14:textId="77777777" w:rsidR="00000B84" w:rsidRDefault="00000000">
            <w:pPr>
              <w:pStyle w:val="TableText"/>
            </w:pPr>
            <w:r>
              <w:t>Egnaa Vieira Américo</w:t>
            </w:r>
          </w:p>
        </w:tc>
      </w:tr>
      <w:tr w:rsidR="00000B84" w14:paraId="7B05BA38" w14:textId="77777777">
        <w:trPr>
          <w:cantSplit/>
        </w:trPr>
        <w:tc>
          <w:tcPr>
            <w:tcW w:w="1406" w:type="dxa"/>
            <w:shd w:val="clear" w:color="auto" w:fill="F0F5F2"/>
          </w:tcPr>
          <w:p w14:paraId="222292EC" w14:textId="77777777" w:rsidR="00000B84" w:rsidRDefault="00000000">
            <w:pPr>
              <w:pStyle w:val="TableText"/>
            </w:pPr>
            <w:r>
              <w:t>1627 / 1628</w:t>
            </w:r>
          </w:p>
        </w:tc>
        <w:tc>
          <w:tcPr>
            <w:tcW w:w="4630" w:type="dxa"/>
            <w:shd w:val="clear" w:color="auto" w:fill="F0F5F2"/>
          </w:tcPr>
          <w:p w14:paraId="236B354A" w14:textId="77777777" w:rsidR="00000B84" w:rsidRDefault="00000000">
            <w:pPr>
              <w:pStyle w:val="TableText"/>
            </w:pPr>
            <w:r>
              <w:t>Eleutéria João Eleutéria João Nicurrabeda</w:t>
            </w:r>
          </w:p>
        </w:tc>
        <w:tc>
          <w:tcPr>
            <w:tcW w:w="4110" w:type="dxa"/>
            <w:shd w:val="clear" w:color="auto" w:fill="F0F5F2"/>
          </w:tcPr>
          <w:p w14:paraId="62E80B48" w14:textId="77777777" w:rsidR="00000B84" w:rsidRDefault="00000000">
            <w:pPr>
              <w:pStyle w:val="TableText"/>
            </w:pPr>
            <w:r>
              <w:t>Eleutéria João Nicurrabeda</w:t>
            </w:r>
          </w:p>
        </w:tc>
      </w:tr>
      <w:tr w:rsidR="00000B84" w14:paraId="22A7C646" w14:textId="77777777">
        <w:trPr>
          <w:cantSplit/>
        </w:trPr>
        <w:tc>
          <w:tcPr>
            <w:tcW w:w="1406" w:type="dxa"/>
            <w:shd w:val="clear" w:color="auto" w:fill="FFFFFF"/>
          </w:tcPr>
          <w:p w14:paraId="25C5FA38" w14:textId="77777777" w:rsidR="00000B84" w:rsidRDefault="00000000">
            <w:pPr>
              <w:pStyle w:val="TableText"/>
            </w:pPr>
            <w:r>
              <w:t>1634 / 1635</w:t>
            </w:r>
          </w:p>
        </w:tc>
        <w:tc>
          <w:tcPr>
            <w:tcW w:w="4630" w:type="dxa"/>
            <w:shd w:val="clear" w:color="auto" w:fill="FFFFFF"/>
          </w:tcPr>
          <w:p w14:paraId="371D0432" w14:textId="77777777" w:rsidR="00000B84" w:rsidRDefault="00000000">
            <w:pPr>
              <w:pStyle w:val="TableText"/>
            </w:pPr>
            <w:r>
              <w:t>Elisa António Elisa António Fadal</w:t>
            </w:r>
          </w:p>
        </w:tc>
        <w:tc>
          <w:tcPr>
            <w:tcW w:w="4110" w:type="dxa"/>
            <w:shd w:val="clear" w:color="auto" w:fill="FFFFFF"/>
          </w:tcPr>
          <w:p w14:paraId="6F36C170" w14:textId="77777777" w:rsidR="00000B84" w:rsidRDefault="00000000">
            <w:pPr>
              <w:pStyle w:val="TableText"/>
            </w:pPr>
            <w:r>
              <w:t>Elisa António Fadal</w:t>
            </w:r>
          </w:p>
        </w:tc>
      </w:tr>
      <w:tr w:rsidR="00000B84" w14:paraId="1D8F0454" w14:textId="77777777">
        <w:trPr>
          <w:cantSplit/>
        </w:trPr>
        <w:tc>
          <w:tcPr>
            <w:tcW w:w="1406" w:type="dxa"/>
            <w:shd w:val="clear" w:color="auto" w:fill="F0F5F2"/>
          </w:tcPr>
          <w:p w14:paraId="196E2427" w14:textId="77777777" w:rsidR="00000B84" w:rsidRDefault="00000000">
            <w:pPr>
              <w:pStyle w:val="TableText"/>
            </w:pPr>
            <w:r>
              <w:t>1638 / 1639</w:t>
            </w:r>
          </w:p>
        </w:tc>
        <w:tc>
          <w:tcPr>
            <w:tcW w:w="4630" w:type="dxa"/>
            <w:shd w:val="clear" w:color="auto" w:fill="F0F5F2"/>
          </w:tcPr>
          <w:p w14:paraId="316DB2E7" w14:textId="77777777" w:rsidR="00000B84" w:rsidRDefault="00000000">
            <w:pPr>
              <w:pStyle w:val="TableText"/>
            </w:pPr>
            <w:r>
              <w:t>Elisa Domingos Dos Santos Napido</w:t>
            </w:r>
          </w:p>
        </w:tc>
        <w:tc>
          <w:tcPr>
            <w:tcW w:w="4110" w:type="dxa"/>
            <w:shd w:val="clear" w:color="auto" w:fill="F0F5F2"/>
          </w:tcPr>
          <w:p w14:paraId="58750D60" w14:textId="77777777" w:rsidR="00000B84" w:rsidRDefault="00000000">
            <w:pPr>
              <w:pStyle w:val="TableText"/>
            </w:pPr>
            <w:r>
              <w:t>Elisa Domingos Napido</w:t>
            </w:r>
          </w:p>
        </w:tc>
      </w:tr>
      <w:tr w:rsidR="00000B84" w14:paraId="0DCB9722" w14:textId="77777777">
        <w:trPr>
          <w:cantSplit/>
        </w:trPr>
        <w:tc>
          <w:tcPr>
            <w:tcW w:w="1406" w:type="dxa"/>
            <w:shd w:val="clear" w:color="auto" w:fill="FFFFFF"/>
          </w:tcPr>
          <w:p w14:paraId="12A5C5F0" w14:textId="77777777" w:rsidR="00000B84" w:rsidRDefault="00000000">
            <w:pPr>
              <w:pStyle w:val="TableText"/>
            </w:pPr>
            <w:r>
              <w:t>1645 / 1646</w:t>
            </w:r>
          </w:p>
        </w:tc>
        <w:tc>
          <w:tcPr>
            <w:tcW w:w="4630" w:type="dxa"/>
            <w:shd w:val="clear" w:color="auto" w:fill="FFFFFF"/>
          </w:tcPr>
          <w:p w14:paraId="7CA73D3C" w14:textId="77777777" w:rsidR="00000B84" w:rsidRDefault="00000000">
            <w:pPr>
              <w:pStyle w:val="TableText"/>
            </w:pPr>
            <w:r>
              <w:t>Elisa Paulino Branquinho Branquinho</w:t>
            </w:r>
          </w:p>
        </w:tc>
        <w:tc>
          <w:tcPr>
            <w:tcW w:w="4110" w:type="dxa"/>
            <w:shd w:val="clear" w:color="auto" w:fill="FFFFFF"/>
          </w:tcPr>
          <w:p w14:paraId="36E517B7" w14:textId="77777777" w:rsidR="00000B84" w:rsidRDefault="00000000">
            <w:pPr>
              <w:pStyle w:val="TableText"/>
            </w:pPr>
            <w:r>
              <w:t>Elisa Paulino Branquinho</w:t>
            </w:r>
          </w:p>
        </w:tc>
      </w:tr>
      <w:tr w:rsidR="00000B84" w14:paraId="4F489676" w14:textId="77777777">
        <w:trPr>
          <w:cantSplit/>
        </w:trPr>
        <w:tc>
          <w:tcPr>
            <w:tcW w:w="1406" w:type="dxa"/>
            <w:shd w:val="clear" w:color="auto" w:fill="F0F5F2"/>
          </w:tcPr>
          <w:p w14:paraId="5671AA0C" w14:textId="77777777" w:rsidR="00000B84" w:rsidRDefault="00000000">
            <w:pPr>
              <w:pStyle w:val="TableText"/>
            </w:pPr>
            <w:r>
              <w:t>1652 / 1653</w:t>
            </w:r>
          </w:p>
        </w:tc>
        <w:tc>
          <w:tcPr>
            <w:tcW w:w="4630" w:type="dxa"/>
            <w:shd w:val="clear" w:color="auto" w:fill="F0F5F2"/>
          </w:tcPr>
          <w:p w14:paraId="61957F20" w14:textId="77777777" w:rsidR="00000B84" w:rsidRDefault="00000000">
            <w:pPr>
              <w:pStyle w:val="TableText"/>
            </w:pPr>
            <w:r>
              <w:t>Elisabete Cipriano Cassimo Nacala</w:t>
            </w:r>
          </w:p>
        </w:tc>
        <w:tc>
          <w:tcPr>
            <w:tcW w:w="4110" w:type="dxa"/>
            <w:shd w:val="clear" w:color="auto" w:fill="F0F5F2"/>
          </w:tcPr>
          <w:p w14:paraId="3F3AD6A0" w14:textId="77777777" w:rsidR="00000B84" w:rsidRDefault="00000000">
            <w:pPr>
              <w:pStyle w:val="TableText"/>
            </w:pPr>
            <w:r>
              <w:t>Elisabete Cipriano Nacala</w:t>
            </w:r>
          </w:p>
        </w:tc>
      </w:tr>
      <w:tr w:rsidR="00000B84" w14:paraId="7D60547D" w14:textId="77777777">
        <w:trPr>
          <w:cantSplit/>
        </w:trPr>
        <w:tc>
          <w:tcPr>
            <w:tcW w:w="1406" w:type="dxa"/>
            <w:shd w:val="clear" w:color="auto" w:fill="FFFFFF"/>
          </w:tcPr>
          <w:p w14:paraId="2EC0FAA5" w14:textId="77777777" w:rsidR="00000B84" w:rsidRDefault="00000000">
            <w:pPr>
              <w:pStyle w:val="TableText"/>
            </w:pPr>
            <w:r>
              <w:t>1653 / 1654</w:t>
            </w:r>
          </w:p>
        </w:tc>
        <w:tc>
          <w:tcPr>
            <w:tcW w:w="4630" w:type="dxa"/>
            <w:shd w:val="clear" w:color="auto" w:fill="FFFFFF"/>
          </w:tcPr>
          <w:p w14:paraId="3C5C543F" w14:textId="77777777" w:rsidR="00000B84" w:rsidRDefault="00000000">
            <w:pPr>
              <w:pStyle w:val="TableText"/>
            </w:pPr>
            <w:r>
              <w:t>Elisabete Da Costa Antonio Cumanrare</w:t>
            </w:r>
          </w:p>
        </w:tc>
        <w:tc>
          <w:tcPr>
            <w:tcW w:w="4110" w:type="dxa"/>
            <w:shd w:val="clear" w:color="auto" w:fill="FFFFFF"/>
          </w:tcPr>
          <w:p w14:paraId="3D18D997" w14:textId="77777777" w:rsidR="00000B84" w:rsidRDefault="00000000">
            <w:pPr>
              <w:pStyle w:val="TableText"/>
            </w:pPr>
            <w:r>
              <w:t>Elisabete Da Costa Cumanrare</w:t>
            </w:r>
          </w:p>
        </w:tc>
      </w:tr>
      <w:tr w:rsidR="00000B84" w14:paraId="400B8849" w14:textId="77777777">
        <w:trPr>
          <w:cantSplit/>
        </w:trPr>
        <w:tc>
          <w:tcPr>
            <w:tcW w:w="1406" w:type="dxa"/>
            <w:shd w:val="clear" w:color="auto" w:fill="F0F5F2"/>
          </w:tcPr>
          <w:p w14:paraId="7396290E" w14:textId="77777777" w:rsidR="00000B84" w:rsidRDefault="00000000">
            <w:pPr>
              <w:pStyle w:val="TableText"/>
            </w:pPr>
            <w:r>
              <w:t>1664 / 1665</w:t>
            </w:r>
          </w:p>
        </w:tc>
        <w:tc>
          <w:tcPr>
            <w:tcW w:w="4630" w:type="dxa"/>
            <w:shd w:val="clear" w:color="auto" w:fill="F0F5F2"/>
          </w:tcPr>
          <w:p w14:paraId="62B202C8" w14:textId="77777777" w:rsidR="00000B84" w:rsidRDefault="00000000">
            <w:pPr>
              <w:pStyle w:val="TableText"/>
            </w:pPr>
            <w:r>
              <w:t>Elizabete Da Costa Alfredo Ecava</w:t>
            </w:r>
          </w:p>
        </w:tc>
        <w:tc>
          <w:tcPr>
            <w:tcW w:w="4110" w:type="dxa"/>
            <w:shd w:val="clear" w:color="auto" w:fill="F0F5F2"/>
          </w:tcPr>
          <w:p w14:paraId="6221A6DE" w14:textId="77777777" w:rsidR="00000B84" w:rsidRDefault="00000000">
            <w:pPr>
              <w:pStyle w:val="TableText"/>
            </w:pPr>
            <w:r>
              <w:t>Elizabete Da Costa Ecava</w:t>
            </w:r>
          </w:p>
        </w:tc>
      </w:tr>
      <w:tr w:rsidR="00000B84" w14:paraId="238649A6" w14:textId="77777777">
        <w:trPr>
          <w:cantSplit/>
        </w:trPr>
        <w:tc>
          <w:tcPr>
            <w:tcW w:w="1406" w:type="dxa"/>
            <w:shd w:val="clear" w:color="auto" w:fill="FFFFFF"/>
          </w:tcPr>
          <w:p w14:paraId="1578391B" w14:textId="77777777" w:rsidR="00000B84" w:rsidRDefault="00000000">
            <w:pPr>
              <w:pStyle w:val="TableText"/>
            </w:pPr>
            <w:r>
              <w:t>1705 / 1706</w:t>
            </w:r>
          </w:p>
        </w:tc>
        <w:tc>
          <w:tcPr>
            <w:tcW w:w="4630" w:type="dxa"/>
            <w:shd w:val="clear" w:color="auto" w:fill="FFFFFF"/>
          </w:tcPr>
          <w:p w14:paraId="40337974" w14:textId="77777777" w:rsidR="00000B84" w:rsidRDefault="00000000">
            <w:pPr>
              <w:pStyle w:val="TableText"/>
            </w:pPr>
            <w:r>
              <w:t>Ema Mudera Mudera Mutuduro</w:t>
            </w:r>
          </w:p>
        </w:tc>
        <w:tc>
          <w:tcPr>
            <w:tcW w:w="4110" w:type="dxa"/>
            <w:shd w:val="clear" w:color="auto" w:fill="FFFFFF"/>
          </w:tcPr>
          <w:p w14:paraId="11C73D45" w14:textId="77777777" w:rsidR="00000B84" w:rsidRDefault="00000000">
            <w:pPr>
              <w:pStyle w:val="TableText"/>
            </w:pPr>
            <w:r>
              <w:t>Ema Mudera Mutuduro</w:t>
            </w:r>
          </w:p>
        </w:tc>
      </w:tr>
      <w:tr w:rsidR="00000B84" w14:paraId="01D97E09" w14:textId="77777777">
        <w:trPr>
          <w:cantSplit/>
        </w:trPr>
        <w:tc>
          <w:tcPr>
            <w:tcW w:w="1406" w:type="dxa"/>
            <w:shd w:val="clear" w:color="auto" w:fill="F0F5F2"/>
          </w:tcPr>
          <w:p w14:paraId="71C42704" w14:textId="77777777" w:rsidR="00000B84" w:rsidRDefault="00000000">
            <w:pPr>
              <w:pStyle w:val="TableText"/>
            </w:pPr>
            <w:r>
              <w:t>1722 / 1723</w:t>
            </w:r>
          </w:p>
        </w:tc>
        <w:tc>
          <w:tcPr>
            <w:tcW w:w="4630" w:type="dxa"/>
            <w:shd w:val="clear" w:color="auto" w:fill="F0F5F2"/>
          </w:tcPr>
          <w:p w14:paraId="0D19A9C2" w14:textId="77777777" w:rsidR="00000B84" w:rsidRDefault="00000000">
            <w:pPr>
              <w:pStyle w:val="TableText"/>
            </w:pPr>
            <w:r>
              <w:t>Emília João Emília João Muaquiua</w:t>
            </w:r>
          </w:p>
        </w:tc>
        <w:tc>
          <w:tcPr>
            <w:tcW w:w="4110" w:type="dxa"/>
            <w:shd w:val="clear" w:color="auto" w:fill="F0F5F2"/>
          </w:tcPr>
          <w:p w14:paraId="2C924122" w14:textId="77777777" w:rsidR="00000B84" w:rsidRDefault="00000000">
            <w:pPr>
              <w:pStyle w:val="TableText"/>
            </w:pPr>
            <w:r>
              <w:t>Emília João Muaquiua</w:t>
            </w:r>
          </w:p>
        </w:tc>
      </w:tr>
      <w:tr w:rsidR="00000B84" w14:paraId="57C0BD7F" w14:textId="77777777">
        <w:trPr>
          <w:cantSplit/>
        </w:trPr>
        <w:tc>
          <w:tcPr>
            <w:tcW w:w="1406" w:type="dxa"/>
            <w:shd w:val="clear" w:color="auto" w:fill="FFFFFF"/>
          </w:tcPr>
          <w:p w14:paraId="0FC4DA17" w14:textId="77777777" w:rsidR="00000B84" w:rsidRDefault="00000000">
            <w:pPr>
              <w:pStyle w:val="TableText"/>
            </w:pPr>
            <w:r>
              <w:t>1735 / 1736</w:t>
            </w:r>
          </w:p>
        </w:tc>
        <w:tc>
          <w:tcPr>
            <w:tcW w:w="4630" w:type="dxa"/>
            <w:shd w:val="clear" w:color="auto" w:fill="FFFFFF"/>
          </w:tcPr>
          <w:p w14:paraId="0DEF6E64" w14:textId="77777777" w:rsidR="00000B84" w:rsidRDefault="00000000">
            <w:pPr>
              <w:pStyle w:val="TableText"/>
            </w:pPr>
            <w:r>
              <w:t>Emuna Da Luvina Emuna Da Luvina Iahaia</w:t>
            </w:r>
          </w:p>
        </w:tc>
        <w:tc>
          <w:tcPr>
            <w:tcW w:w="4110" w:type="dxa"/>
            <w:shd w:val="clear" w:color="auto" w:fill="FFFFFF"/>
          </w:tcPr>
          <w:p w14:paraId="356AA821" w14:textId="77777777" w:rsidR="00000B84" w:rsidRDefault="00000000">
            <w:pPr>
              <w:pStyle w:val="TableText"/>
            </w:pPr>
            <w:r>
              <w:t>Emuna Da Luvina Iahaia</w:t>
            </w:r>
          </w:p>
        </w:tc>
      </w:tr>
      <w:tr w:rsidR="00000B84" w14:paraId="6740D6D0" w14:textId="77777777">
        <w:trPr>
          <w:cantSplit/>
        </w:trPr>
        <w:tc>
          <w:tcPr>
            <w:tcW w:w="1406" w:type="dxa"/>
            <w:shd w:val="clear" w:color="auto" w:fill="F0F5F2"/>
          </w:tcPr>
          <w:p w14:paraId="1832A43B" w14:textId="77777777" w:rsidR="00000B84" w:rsidRDefault="00000000">
            <w:pPr>
              <w:pStyle w:val="TableText"/>
            </w:pPr>
            <w:r>
              <w:t>1763 / 1764</w:t>
            </w:r>
          </w:p>
        </w:tc>
        <w:tc>
          <w:tcPr>
            <w:tcW w:w="4630" w:type="dxa"/>
            <w:shd w:val="clear" w:color="auto" w:fill="F0F5F2"/>
          </w:tcPr>
          <w:p w14:paraId="69D31EE8" w14:textId="77777777" w:rsidR="00000B84" w:rsidRDefault="00000000">
            <w:pPr>
              <w:pStyle w:val="TableText"/>
            </w:pPr>
            <w:r>
              <w:t>Ermelinda Martinho Ermelinda Martinho Augusto</w:t>
            </w:r>
          </w:p>
        </w:tc>
        <w:tc>
          <w:tcPr>
            <w:tcW w:w="4110" w:type="dxa"/>
            <w:shd w:val="clear" w:color="auto" w:fill="F0F5F2"/>
          </w:tcPr>
          <w:p w14:paraId="6355A251" w14:textId="77777777" w:rsidR="00000B84" w:rsidRDefault="00000000">
            <w:pPr>
              <w:pStyle w:val="TableText"/>
            </w:pPr>
            <w:r>
              <w:t>Ermelinda Martinho Augusto</w:t>
            </w:r>
          </w:p>
        </w:tc>
      </w:tr>
      <w:tr w:rsidR="00000B84" w14:paraId="459B5D00" w14:textId="77777777">
        <w:trPr>
          <w:cantSplit/>
        </w:trPr>
        <w:tc>
          <w:tcPr>
            <w:tcW w:w="1406" w:type="dxa"/>
            <w:shd w:val="clear" w:color="auto" w:fill="FFFFFF"/>
          </w:tcPr>
          <w:p w14:paraId="3D7DDE27" w14:textId="77777777" w:rsidR="00000B84" w:rsidRDefault="00000000">
            <w:pPr>
              <w:pStyle w:val="TableText"/>
            </w:pPr>
            <w:r>
              <w:t>1778 / 1779</w:t>
            </w:r>
          </w:p>
        </w:tc>
        <w:tc>
          <w:tcPr>
            <w:tcW w:w="4630" w:type="dxa"/>
            <w:shd w:val="clear" w:color="auto" w:fill="FFFFFF"/>
          </w:tcPr>
          <w:p w14:paraId="20C049EC" w14:textId="77777777" w:rsidR="00000B84" w:rsidRDefault="00000000">
            <w:pPr>
              <w:pStyle w:val="TableText"/>
            </w:pPr>
            <w:r>
              <w:t>Esmeralda Antônio Sebastião Namarrogolo</w:t>
            </w:r>
          </w:p>
        </w:tc>
        <w:tc>
          <w:tcPr>
            <w:tcW w:w="4110" w:type="dxa"/>
            <w:shd w:val="clear" w:color="auto" w:fill="FFFFFF"/>
          </w:tcPr>
          <w:p w14:paraId="0BE0AEB7" w14:textId="77777777" w:rsidR="00000B84" w:rsidRDefault="00000000">
            <w:pPr>
              <w:pStyle w:val="TableText"/>
            </w:pPr>
            <w:r>
              <w:t>Esmeralda Antônio Namarrogolo</w:t>
            </w:r>
          </w:p>
        </w:tc>
      </w:tr>
      <w:tr w:rsidR="00000B84" w14:paraId="13ED0347" w14:textId="77777777">
        <w:trPr>
          <w:cantSplit/>
        </w:trPr>
        <w:tc>
          <w:tcPr>
            <w:tcW w:w="1406" w:type="dxa"/>
            <w:shd w:val="clear" w:color="auto" w:fill="F0F5F2"/>
          </w:tcPr>
          <w:p w14:paraId="744B9D84" w14:textId="77777777" w:rsidR="00000B84" w:rsidRDefault="00000000">
            <w:pPr>
              <w:pStyle w:val="TableText"/>
            </w:pPr>
            <w:r>
              <w:t>1793 / 1794</w:t>
            </w:r>
          </w:p>
        </w:tc>
        <w:tc>
          <w:tcPr>
            <w:tcW w:w="4630" w:type="dxa"/>
            <w:shd w:val="clear" w:color="auto" w:fill="F0F5F2"/>
          </w:tcPr>
          <w:p w14:paraId="13E6CCF6" w14:textId="77777777" w:rsidR="00000B84" w:rsidRDefault="00000000">
            <w:pPr>
              <w:pStyle w:val="TableText"/>
            </w:pPr>
            <w:r>
              <w:t>Esperança Carlitos Joaquim Magrasse</w:t>
            </w:r>
          </w:p>
        </w:tc>
        <w:tc>
          <w:tcPr>
            <w:tcW w:w="4110" w:type="dxa"/>
            <w:shd w:val="clear" w:color="auto" w:fill="F0F5F2"/>
          </w:tcPr>
          <w:p w14:paraId="1851C486" w14:textId="77777777" w:rsidR="00000B84" w:rsidRDefault="00000000">
            <w:pPr>
              <w:pStyle w:val="TableText"/>
            </w:pPr>
            <w:r>
              <w:t>Esperança Carlitos Magrasse</w:t>
            </w:r>
          </w:p>
        </w:tc>
      </w:tr>
      <w:tr w:rsidR="00000B84" w14:paraId="0CF22F69" w14:textId="77777777">
        <w:trPr>
          <w:cantSplit/>
        </w:trPr>
        <w:tc>
          <w:tcPr>
            <w:tcW w:w="1406" w:type="dxa"/>
            <w:shd w:val="clear" w:color="auto" w:fill="FFFFFF"/>
          </w:tcPr>
          <w:p w14:paraId="06A36FEC" w14:textId="77777777" w:rsidR="00000B84" w:rsidRDefault="00000000">
            <w:pPr>
              <w:pStyle w:val="TableText"/>
            </w:pPr>
            <w:r>
              <w:t>1794 / 1795</w:t>
            </w:r>
          </w:p>
        </w:tc>
        <w:tc>
          <w:tcPr>
            <w:tcW w:w="4630" w:type="dxa"/>
            <w:shd w:val="clear" w:color="auto" w:fill="FFFFFF"/>
          </w:tcPr>
          <w:p w14:paraId="47095BE5" w14:textId="77777777" w:rsidR="00000B84" w:rsidRDefault="00000000">
            <w:pPr>
              <w:pStyle w:val="TableText"/>
            </w:pPr>
            <w:r>
              <w:t>Esperança Carlos Esperança Carlos Nedissone</w:t>
            </w:r>
          </w:p>
        </w:tc>
        <w:tc>
          <w:tcPr>
            <w:tcW w:w="4110" w:type="dxa"/>
            <w:shd w:val="clear" w:color="auto" w:fill="FFFFFF"/>
          </w:tcPr>
          <w:p w14:paraId="4D172BA5" w14:textId="77777777" w:rsidR="00000B84" w:rsidRDefault="00000000">
            <w:pPr>
              <w:pStyle w:val="TableText"/>
            </w:pPr>
            <w:r>
              <w:t>Esperança Carlos Nedissone</w:t>
            </w:r>
          </w:p>
        </w:tc>
      </w:tr>
      <w:tr w:rsidR="00000B84" w14:paraId="7738605F" w14:textId="77777777">
        <w:trPr>
          <w:cantSplit/>
        </w:trPr>
        <w:tc>
          <w:tcPr>
            <w:tcW w:w="1406" w:type="dxa"/>
            <w:shd w:val="clear" w:color="auto" w:fill="F0F5F2"/>
          </w:tcPr>
          <w:p w14:paraId="42119A26" w14:textId="77777777" w:rsidR="00000B84" w:rsidRDefault="00000000">
            <w:pPr>
              <w:pStyle w:val="TableText"/>
            </w:pPr>
            <w:r>
              <w:t>1798 / 1799</w:t>
            </w:r>
          </w:p>
        </w:tc>
        <w:tc>
          <w:tcPr>
            <w:tcW w:w="4630" w:type="dxa"/>
            <w:shd w:val="clear" w:color="auto" w:fill="F0F5F2"/>
          </w:tcPr>
          <w:p w14:paraId="385376D3" w14:textId="77777777" w:rsidR="00000B84" w:rsidRDefault="00000000">
            <w:pPr>
              <w:pStyle w:val="TableText"/>
            </w:pPr>
            <w:r>
              <w:t>Esperança Eduardo Canivete Mucucha</w:t>
            </w:r>
          </w:p>
        </w:tc>
        <w:tc>
          <w:tcPr>
            <w:tcW w:w="4110" w:type="dxa"/>
            <w:shd w:val="clear" w:color="auto" w:fill="F0F5F2"/>
          </w:tcPr>
          <w:p w14:paraId="75026061" w14:textId="77777777" w:rsidR="00000B84" w:rsidRDefault="00000000">
            <w:pPr>
              <w:pStyle w:val="TableText"/>
            </w:pPr>
            <w:r>
              <w:t>Esperança Eduardo Mucucha</w:t>
            </w:r>
          </w:p>
        </w:tc>
      </w:tr>
      <w:tr w:rsidR="00000B84" w14:paraId="79481999" w14:textId="77777777">
        <w:trPr>
          <w:cantSplit/>
        </w:trPr>
        <w:tc>
          <w:tcPr>
            <w:tcW w:w="1406" w:type="dxa"/>
            <w:shd w:val="clear" w:color="auto" w:fill="FFFFFF"/>
          </w:tcPr>
          <w:p w14:paraId="48D61585" w14:textId="77777777" w:rsidR="00000B84" w:rsidRDefault="00000000">
            <w:pPr>
              <w:pStyle w:val="TableText"/>
            </w:pPr>
            <w:r>
              <w:t>1812 / 1813</w:t>
            </w:r>
          </w:p>
        </w:tc>
        <w:tc>
          <w:tcPr>
            <w:tcW w:w="4630" w:type="dxa"/>
            <w:shd w:val="clear" w:color="auto" w:fill="FFFFFF"/>
          </w:tcPr>
          <w:p w14:paraId="580476A4" w14:textId="77777777" w:rsidR="00000B84" w:rsidRDefault="00000000">
            <w:pPr>
              <w:pStyle w:val="TableText"/>
            </w:pPr>
            <w:r>
              <w:t>Esperança Manhinda Domingos Capitene</w:t>
            </w:r>
          </w:p>
        </w:tc>
        <w:tc>
          <w:tcPr>
            <w:tcW w:w="4110" w:type="dxa"/>
            <w:shd w:val="clear" w:color="auto" w:fill="FFFFFF"/>
          </w:tcPr>
          <w:p w14:paraId="3E485DED" w14:textId="77777777" w:rsidR="00000B84" w:rsidRDefault="00000000">
            <w:pPr>
              <w:pStyle w:val="TableText"/>
            </w:pPr>
            <w:r>
              <w:t>Esperança Manhinda Capitene</w:t>
            </w:r>
          </w:p>
        </w:tc>
      </w:tr>
      <w:tr w:rsidR="00000B84" w14:paraId="6610E8F4" w14:textId="77777777">
        <w:trPr>
          <w:cantSplit/>
        </w:trPr>
        <w:tc>
          <w:tcPr>
            <w:tcW w:w="1406" w:type="dxa"/>
            <w:shd w:val="clear" w:color="auto" w:fill="F0F5F2"/>
          </w:tcPr>
          <w:p w14:paraId="5E0AEDE1" w14:textId="77777777" w:rsidR="00000B84" w:rsidRDefault="00000000">
            <w:pPr>
              <w:pStyle w:val="TableText"/>
            </w:pPr>
            <w:r>
              <w:t>1818 / 1819</w:t>
            </w:r>
          </w:p>
        </w:tc>
        <w:tc>
          <w:tcPr>
            <w:tcW w:w="4630" w:type="dxa"/>
            <w:shd w:val="clear" w:color="auto" w:fill="F0F5F2"/>
          </w:tcPr>
          <w:p w14:paraId="6454AEC5" w14:textId="77777777" w:rsidR="00000B84" w:rsidRDefault="00000000">
            <w:pPr>
              <w:pStyle w:val="TableText"/>
            </w:pPr>
            <w:r>
              <w:t>Estefania Albuquerque De Jesus Maria</w:t>
            </w:r>
          </w:p>
        </w:tc>
        <w:tc>
          <w:tcPr>
            <w:tcW w:w="4110" w:type="dxa"/>
            <w:shd w:val="clear" w:color="auto" w:fill="F0F5F2"/>
          </w:tcPr>
          <w:p w14:paraId="1FC1BA33" w14:textId="77777777" w:rsidR="00000B84" w:rsidRDefault="00000000">
            <w:pPr>
              <w:pStyle w:val="TableText"/>
            </w:pPr>
            <w:r>
              <w:t>Estefania Albuquerque Maria</w:t>
            </w:r>
          </w:p>
        </w:tc>
      </w:tr>
      <w:tr w:rsidR="00000B84" w14:paraId="3E1DF959" w14:textId="77777777">
        <w:trPr>
          <w:cantSplit/>
        </w:trPr>
        <w:tc>
          <w:tcPr>
            <w:tcW w:w="1406" w:type="dxa"/>
            <w:shd w:val="clear" w:color="auto" w:fill="FFFFFF"/>
          </w:tcPr>
          <w:p w14:paraId="31C5BBD9" w14:textId="77777777" w:rsidR="00000B84" w:rsidRDefault="00000000">
            <w:pPr>
              <w:pStyle w:val="TableText"/>
            </w:pPr>
            <w:r>
              <w:t>1840 / 1841</w:t>
            </w:r>
          </w:p>
        </w:tc>
        <w:tc>
          <w:tcPr>
            <w:tcW w:w="4630" w:type="dxa"/>
            <w:shd w:val="clear" w:color="auto" w:fill="FFFFFF"/>
          </w:tcPr>
          <w:p w14:paraId="09C43A31" w14:textId="77777777" w:rsidR="00000B84" w:rsidRDefault="00000000">
            <w:pPr>
              <w:pStyle w:val="TableText"/>
            </w:pPr>
            <w:r>
              <w:t>Ester Silvino Cipriano Março Março</w:t>
            </w:r>
          </w:p>
        </w:tc>
        <w:tc>
          <w:tcPr>
            <w:tcW w:w="4110" w:type="dxa"/>
            <w:shd w:val="clear" w:color="auto" w:fill="FFFFFF"/>
          </w:tcPr>
          <w:p w14:paraId="47F932C8" w14:textId="77777777" w:rsidR="00000B84" w:rsidRDefault="00000000">
            <w:pPr>
              <w:pStyle w:val="TableText"/>
            </w:pPr>
            <w:r>
              <w:t>Ester Silvino Março</w:t>
            </w:r>
          </w:p>
        </w:tc>
      </w:tr>
      <w:tr w:rsidR="00000B84" w14:paraId="086335E3" w14:textId="77777777">
        <w:trPr>
          <w:cantSplit/>
        </w:trPr>
        <w:tc>
          <w:tcPr>
            <w:tcW w:w="1406" w:type="dxa"/>
            <w:shd w:val="clear" w:color="auto" w:fill="F0F5F2"/>
          </w:tcPr>
          <w:p w14:paraId="1EF3AB3E" w14:textId="77777777" w:rsidR="00000B84" w:rsidRDefault="00000000">
            <w:pPr>
              <w:pStyle w:val="TableText"/>
            </w:pPr>
            <w:r>
              <w:t>1845 / 1846</w:t>
            </w:r>
          </w:p>
        </w:tc>
        <w:tc>
          <w:tcPr>
            <w:tcW w:w="4630" w:type="dxa"/>
            <w:shd w:val="clear" w:color="auto" w:fill="F0F5F2"/>
          </w:tcPr>
          <w:p w14:paraId="04FD302F" w14:textId="77777777" w:rsidR="00000B84" w:rsidRDefault="00000000">
            <w:pPr>
              <w:pStyle w:val="TableText"/>
            </w:pPr>
            <w:r>
              <w:t>Estrela Arrendado Moniz Francisco</w:t>
            </w:r>
          </w:p>
        </w:tc>
        <w:tc>
          <w:tcPr>
            <w:tcW w:w="4110" w:type="dxa"/>
            <w:shd w:val="clear" w:color="auto" w:fill="F0F5F2"/>
          </w:tcPr>
          <w:p w14:paraId="002E3992" w14:textId="77777777" w:rsidR="00000B84" w:rsidRDefault="00000000">
            <w:pPr>
              <w:pStyle w:val="TableText"/>
            </w:pPr>
            <w:r>
              <w:t>Estrela Arrendado Francisco</w:t>
            </w:r>
          </w:p>
        </w:tc>
      </w:tr>
      <w:tr w:rsidR="00000B84" w14:paraId="1CE08E9C" w14:textId="77777777">
        <w:trPr>
          <w:cantSplit/>
        </w:trPr>
        <w:tc>
          <w:tcPr>
            <w:tcW w:w="1406" w:type="dxa"/>
            <w:shd w:val="clear" w:color="auto" w:fill="FFFFFF"/>
          </w:tcPr>
          <w:p w14:paraId="61170082" w14:textId="77777777" w:rsidR="00000B84" w:rsidRDefault="00000000">
            <w:pPr>
              <w:pStyle w:val="TableText"/>
            </w:pPr>
            <w:r>
              <w:lastRenderedPageBreak/>
              <w:t>1852 / 1853</w:t>
            </w:r>
          </w:p>
        </w:tc>
        <w:tc>
          <w:tcPr>
            <w:tcW w:w="4630" w:type="dxa"/>
            <w:shd w:val="clear" w:color="auto" w:fill="FFFFFF"/>
          </w:tcPr>
          <w:p w14:paraId="4A7B688A" w14:textId="77777777" w:rsidR="00000B84" w:rsidRDefault="00000000">
            <w:pPr>
              <w:pStyle w:val="TableText"/>
            </w:pPr>
            <w:r>
              <w:t>Euclésia António Armando Marubi Marubi</w:t>
            </w:r>
          </w:p>
        </w:tc>
        <w:tc>
          <w:tcPr>
            <w:tcW w:w="4110" w:type="dxa"/>
            <w:shd w:val="clear" w:color="auto" w:fill="FFFFFF"/>
          </w:tcPr>
          <w:p w14:paraId="7B664135" w14:textId="77777777" w:rsidR="00000B84" w:rsidRDefault="00000000">
            <w:pPr>
              <w:pStyle w:val="TableText"/>
            </w:pPr>
            <w:r>
              <w:t>Euclésia António Marubi</w:t>
            </w:r>
          </w:p>
        </w:tc>
      </w:tr>
      <w:tr w:rsidR="00000B84" w14:paraId="1EA7AE29" w14:textId="77777777">
        <w:trPr>
          <w:cantSplit/>
        </w:trPr>
        <w:tc>
          <w:tcPr>
            <w:tcW w:w="1406" w:type="dxa"/>
            <w:shd w:val="clear" w:color="auto" w:fill="F0F5F2"/>
          </w:tcPr>
          <w:p w14:paraId="6DCBAFFD" w14:textId="77777777" w:rsidR="00000B84" w:rsidRDefault="00000000">
            <w:pPr>
              <w:pStyle w:val="TableText"/>
            </w:pPr>
            <w:r>
              <w:t>1854 / 1855</w:t>
            </w:r>
          </w:p>
        </w:tc>
        <w:tc>
          <w:tcPr>
            <w:tcW w:w="4630" w:type="dxa"/>
            <w:shd w:val="clear" w:color="auto" w:fill="F0F5F2"/>
          </w:tcPr>
          <w:p w14:paraId="3A2B7B64" w14:textId="77777777" w:rsidR="00000B84" w:rsidRDefault="00000000">
            <w:pPr>
              <w:pStyle w:val="TableText"/>
            </w:pPr>
            <w:r>
              <w:t>Eufrasia De Jacinta Daniel Carlos</w:t>
            </w:r>
          </w:p>
        </w:tc>
        <w:tc>
          <w:tcPr>
            <w:tcW w:w="4110" w:type="dxa"/>
            <w:shd w:val="clear" w:color="auto" w:fill="F0F5F2"/>
          </w:tcPr>
          <w:p w14:paraId="3129762F" w14:textId="77777777" w:rsidR="00000B84" w:rsidRDefault="00000000">
            <w:pPr>
              <w:pStyle w:val="TableText"/>
            </w:pPr>
            <w:r>
              <w:t>Eufrasia De Jacinta Carlos</w:t>
            </w:r>
          </w:p>
        </w:tc>
      </w:tr>
      <w:tr w:rsidR="00000B84" w14:paraId="3CED8C9A" w14:textId="77777777">
        <w:trPr>
          <w:cantSplit/>
        </w:trPr>
        <w:tc>
          <w:tcPr>
            <w:tcW w:w="1406" w:type="dxa"/>
            <w:shd w:val="clear" w:color="auto" w:fill="FFFFFF"/>
          </w:tcPr>
          <w:p w14:paraId="21D12081" w14:textId="77777777" w:rsidR="00000B84" w:rsidRDefault="00000000">
            <w:pPr>
              <w:pStyle w:val="TableText"/>
            </w:pPr>
            <w:r>
              <w:t>1860 / 1861</w:t>
            </w:r>
          </w:p>
        </w:tc>
        <w:tc>
          <w:tcPr>
            <w:tcW w:w="4630" w:type="dxa"/>
            <w:shd w:val="clear" w:color="auto" w:fill="FFFFFF"/>
          </w:tcPr>
          <w:p w14:paraId="6ED8C4E2" w14:textId="77777777" w:rsidR="00000B84" w:rsidRDefault="00000000">
            <w:pPr>
              <w:pStyle w:val="TableText"/>
            </w:pPr>
            <w:r>
              <w:t>Eufrasia Mario  Jose Travao Gigoba</w:t>
            </w:r>
          </w:p>
        </w:tc>
        <w:tc>
          <w:tcPr>
            <w:tcW w:w="4110" w:type="dxa"/>
            <w:shd w:val="clear" w:color="auto" w:fill="FFFFFF"/>
          </w:tcPr>
          <w:p w14:paraId="0D061202" w14:textId="77777777" w:rsidR="00000B84" w:rsidRDefault="00000000">
            <w:pPr>
              <w:pStyle w:val="TableText"/>
            </w:pPr>
            <w:r>
              <w:t>Eufrasia Mario Gigoba</w:t>
            </w:r>
          </w:p>
        </w:tc>
      </w:tr>
      <w:tr w:rsidR="00000B84" w14:paraId="05780959" w14:textId="77777777">
        <w:trPr>
          <w:cantSplit/>
        </w:trPr>
        <w:tc>
          <w:tcPr>
            <w:tcW w:w="1406" w:type="dxa"/>
            <w:shd w:val="clear" w:color="auto" w:fill="F0F5F2"/>
          </w:tcPr>
          <w:p w14:paraId="0037BA6E" w14:textId="77777777" w:rsidR="00000B84" w:rsidRDefault="00000000">
            <w:pPr>
              <w:pStyle w:val="TableText"/>
            </w:pPr>
            <w:r>
              <w:t>1870 / 1871</w:t>
            </w:r>
          </w:p>
        </w:tc>
        <w:tc>
          <w:tcPr>
            <w:tcW w:w="4630" w:type="dxa"/>
            <w:shd w:val="clear" w:color="auto" w:fill="F0F5F2"/>
          </w:tcPr>
          <w:p w14:paraId="74F7B033" w14:textId="77777777" w:rsidR="00000B84" w:rsidRDefault="00000000">
            <w:pPr>
              <w:pStyle w:val="TableText"/>
            </w:pPr>
            <w:r>
              <w:t>Eugênia De Lurdes Ernesto Sandaca</w:t>
            </w:r>
          </w:p>
        </w:tc>
        <w:tc>
          <w:tcPr>
            <w:tcW w:w="4110" w:type="dxa"/>
            <w:shd w:val="clear" w:color="auto" w:fill="F0F5F2"/>
          </w:tcPr>
          <w:p w14:paraId="5D2F951B" w14:textId="77777777" w:rsidR="00000B84" w:rsidRDefault="00000000">
            <w:pPr>
              <w:pStyle w:val="TableText"/>
            </w:pPr>
            <w:r>
              <w:t>Eugênia De Lurdes Sandaca</w:t>
            </w:r>
          </w:p>
        </w:tc>
      </w:tr>
      <w:tr w:rsidR="00000B84" w14:paraId="085CCF82" w14:textId="77777777">
        <w:trPr>
          <w:cantSplit/>
        </w:trPr>
        <w:tc>
          <w:tcPr>
            <w:tcW w:w="1406" w:type="dxa"/>
            <w:shd w:val="clear" w:color="auto" w:fill="FFFFFF"/>
          </w:tcPr>
          <w:p w14:paraId="690B5B52" w14:textId="77777777" w:rsidR="00000B84" w:rsidRDefault="00000000">
            <w:pPr>
              <w:pStyle w:val="TableText"/>
            </w:pPr>
            <w:r>
              <w:t>1872 / 1873</w:t>
            </w:r>
          </w:p>
        </w:tc>
        <w:tc>
          <w:tcPr>
            <w:tcW w:w="4630" w:type="dxa"/>
            <w:shd w:val="clear" w:color="auto" w:fill="FFFFFF"/>
          </w:tcPr>
          <w:p w14:paraId="73BB3745" w14:textId="77777777" w:rsidR="00000B84" w:rsidRDefault="00000000">
            <w:pPr>
              <w:pStyle w:val="TableText"/>
            </w:pPr>
            <w:r>
              <w:t>Eugénia Domingos Manuel Da Silva Da Silva</w:t>
            </w:r>
          </w:p>
        </w:tc>
        <w:tc>
          <w:tcPr>
            <w:tcW w:w="4110" w:type="dxa"/>
            <w:shd w:val="clear" w:color="auto" w:fill="FFFFFF"/>
          </w:tcPr>
          <w:p w14:paraId="70445424" w14:textId="77777777" w:rsidR="00000B84" w:rsidRDefault="00000000">
            <w:pPr>
              <w:pStyle w:val="TableText"/>
            </w:pPr>
            <w:r>
              <w:t>Eugénia Domingos Da Silva</w:t>
            </w:r>
          </w:p>
        </w:tc>
      </w:tr>
      <w:tr w:rsidR="00000B84" w14:paraId="7E3B637C" w14:textId="77777777">
        <w:trPr>
          <w:cantSplit/>
        </w:trPr>
        <w:tc>
          <w:tcPr>
            <w:tcW w:w="1406" w:type="dxa"/>
            <w:shd w:val="clear" w:color="auto" w:fill="F0F5F2"/>
          </w:tcPr>
          <w:p w14:paraId="6B916D64" w14:textId="77777777" w:rsidR="00000B84" w:rsidRDefault="00000000">
            <w:pPr>
              <w:pStyle w:val="TableText"/>
            </w:pPr>
            <w:r>
              <w:t>1874 / 1875</w:t>
            </w:r>
          </w:p>
        </w:tc>
        <w:tc>
          <w:tcPr>
            <w:tcW w:w="4630" w:type="dxa"/>
            <w:shd w:val="clear" w:color="auto" w:fill="F0F5F2"/>
          </w:tcPr>
          <w:p w14:paraId="451E73E3" w14:textId="77777777" w:rsidR="00000B84" w:rsidRDefault="00000000">
            <w:pPr>
              <w:pStyle w:val="TableText"/>
            </w:pPr>
            <w:r>
              <w:t>Eugenia Eugénio Eduardo Durua</w:t>
            </w:r>
          </w:p>
        </w:tc>
        <w:tc>
          <w:tcPr>
            <w:tcW w:w="4110" w:type="dxa"/>
            <w:shd w:val="clear" w:color="auto" w:fill="F0F5F2"/>
          </w:tcPr>
          <w:p w14:paraId="3C50AE4C" w14:textId="77777777" w:rsidR="00000B84" w:rsidRDefault="00000000">
            <w:pPr>
              <w:pStyle w:val="TableText"/>
            </w:pPr>
            <w:r>
              <w:t>Eugenia Eugénio Durua</w:t>
            </w:r>
          </w:p>
        </w:tc>
      </w:tr>
      <w:tr w:rsidR="00000B84" w14:paraId="74A40CE0" w14:textId="77777777">
        <w:trPr>
          <w:cantSplit/>
        </w:trPr>
        <w:tc>
          <w:tcPr>
            <w:tcW w:w="1406" w:type="dxa"/>
            <w:shd w:val="clear" w:color="auto" w:fill="FFFFFF"/>
          </w:tcPr>
          <w:p w14:paraId="47648FFF" w14:textId="77777777" w:rsidR="00000B84" w:rsidRDefault="00000000">
            <w:pPr>
              <w:pStyle w:val="TableText"/>
            </w:pPr>
            <w:r>
              <w:t>1884 / 1885</w:t>
            </w:r>
          </w:p>
        </w:tc>
        <w:tc>
          <w:tcPr>
            <w:tcW w:w="4630" w:type="dxa"/>
            <w:shd w:val="clear" w:color="auto" w:fill="FFFFFF"/>
          </w:tcPr>
          <w:p w14:paraId="77F4FE87" w14:textId="77777777" w:rsidR="00000B84" w:rsidRDefault="00000000">
            <w:pPr>
              <w:pStyle w:val="TableText"/>
            </w:pPr>
            <w:r>
              <w:t>Eugênia Magidi Abdul Ali Magido</w:t>
            </w:r>
          </w:p>
        </w:tc>
        <w:tc>
          <w:tcPr>
            <w:tcW w:w="4110" w:type="dxa"/>
            <w:shd w:val="clear" w:color="auto" w:fill="FFFFFF"/>
          </w:tcPr>
          <w:p w14:paraId="0CD57988" w14:textId="77777777" w:rsidR="00000B84" w:rsidRDefault="00000000">
            <w:pPr>
              <w:pStyle w:val="TableText"/>
            </w:pPr>
            <w:r>
              <w:t>Eugênia Magidi Magido</w:t>
            </w:r>
          </w:p>
        </w:tc>
      </w:tr>
      <w:tr w:rsidR="00000B84" w14:paraId="1D28C8C0" w14:textId="77777777">
        <w:trPr>
          <w:cantSplit/>
        </w:trPr>
        <w:tc>
          <w:tcPr>
            <w:tcW w:w="1406" w:type="dxa"/>
            <w:shd w:val="clear" w:color="auto" w:fill="F0F5F2"/>
          </w:tcPr>
          <w:p w14:paraId="548EEF99" w14:textId="77777777" w:rsidR="00000B84" w:rsidRDefault="00000000">
            <w:pPr>
              <w:pStyle w:val="TableText"/>
            </w:pPr>
            <w:r>
              <w:t>1896 / 1897</w:t>
            </w:r>
          </w:p>
        </w:tc>
        <w:tc>
          <w:tcPr>
            <w:tcW w:w="4630" w:type="dxa"/>
            <w:shd w:val="clear" w:color="auto" w:fill="F0F5F2"/>
          </w:tcPr>
          <w:p w14:paraId="0A8AB519" w14:textId="77777777" w:rsidR="00000B84" w:rsidRDefault="00000000">
            <w:pPr>
              <w:pStyle w:val="TableText"/>
            </w:pPr>
            <w:r>
              <w:t>Eunice Adelino Faz-Bem Adriano Adriano</w:t>
            </w:r>
          </w:p>
        </w:tc>
        <w:tc>
          <w:tcPr>
            <w:tcW w:w="4110" w:type="dxa"/>
            <w:shd w:val="clear" w:color="auto" w:fill="F0F5F2"/>
          </w:tcPr>
          <w:p w14:paraId="065244DF" w14:textId="77777777" w:rsidR="00000B84" w:rsidRDefault="00000000">
            <w:pPr>
              <w:pStyle w:val="TableText"/>
            </w:pPr>
            <w:r>
              <w:t>Eunice Adelino Adriano</w:t>
            </w:r>
          </w:p>
        </w:tc>
      </w:tr>
      <w:tr w:rsidR="00000B84" w14:paraId="43CB13C7" w14:textId="77777777">
        <w:trPr>
          <w:cantSplit/>
        </w:trPr>
        <w:tc>
          <w:tcPr>
            <w:tcW w:w="1406" w:type="dxa"/>
            <w:shd w:val="clear" w:color="auto" w:fill="FFFFFF"/>
          </w:tcPr>
          <w:p w14:paraId="40AA27E5" w14:textId="77777777" w:rsidR="00000B84" w:rsidRDefault="00000000">
            <w:pPr>
              <w:pStyle w:val="TableText"/>
            </w:pPr>
            <w:r>
              <w:t>1902 / 1903</w:t>
            </w:r>
          </w:p>
        </w:tc>
        <w:tc>
          <w:tcPr>
            <w:tcW w:w="4630" w:type="dxa"/>
            <w:shd w:val="clear" w:color="auto" w:fill="FFFFFF"/>
          </w:tcPr>
          <w:p w14:paraId="5AC9543B" w14:textId="77777777" w:rsidR="00000B84" w:rsidRDefault="00000000">
            <w:pPr>
              <w:pStyle w:val="TableText"/>
            </w:pPr>
            <w:r>
              <w:t>Eunice Atanásio Eunice Atanásio David</w:t>
            </w:r>
          </w:p>
        </w:tc>
        <w:tc>
          <w:tcPr>
            <w:tcW w:w="4110" w:type="dxa"/>
            <w:shd w:val="clear" w:color="auto" w:fill="FFFFFF"/>
          </w:tcPr>
          <w:p w14:paraId="78B145AE" w14:textId="77777777" w:rsidR="00000B84" w:rsidRDefault="00000000">
            <w:pPr>
              <w:pStyle w:val="TableText"/>
            </w:pPr>
            <w:r>
              <w:t>Eunice Atanásio David</w:t>
            </w:r>
          </w:p>
        </w:tc>
      </w:tr>
      <w:tr w:rsidR="00000B84" w14:paraId="2AE53B86" w14:textId="77777777">
        <w:trPr>
          <w:cantSplit/>
        </w:trPr>
        <w:tc>
          <w:tcPr>
            <w:tcW w:w="1406" w:type="dxa"/>
            <w:shd w:val="clear" w:color="auto" w:fill="F0F5F2"/>
          </w:tcPr>
          <w:p w14:paraId="60C2A4F7" w14:textId="77777777" w:rsidR="00000B84" w:rsidRDefault="00000000">
            <w:pPr>
              <w:pStyle w:val="TableText"/>
            </w:pPr>
            <w:r>
              <w:t>1918 / 1919</w:t>
            </w:r>
          </w:p>
        </w:tc>
        <w:tc>
          <w:tcPr>
            <w:tcW w:w="4630" w:type="dxa"/>
            <w:shd w:val="clear" w:color="auto" w:fill="F0F5F2"/>
          </w:tcPr>
          <w:p w14:paraId="263F723F" w14:textId="77777777" w:rsidR="00000B84" w:rsidRDefault="00000000">
            <w:pPr>
              <w:pStyle w:val="TableText"/>
            </w:pPr>
            <w:r>
              <w:t>Eunice Santos Atibo Saidane Saidane</w:t>
            </w:r>
          </w:p>
        </w:tc>
        <w:tc>
          <w:tcPr>
            <w:tcW w:w="4110" w:type="dxa"/>
            <w:shd w:val="clear" w:color="auto" w:fill="F0F5F2"/>
          </w:tcPr>
          <w:p w14:paraId="6B0E9E8B" w14:textId="77777777" w:rsidR="00000B84" w:rsidRDefault="00000000">
            <w:pPr>
              <w:pStyle w:val="TableText"/>
            </w:pPr>
            <w:r>
              <w:t>Eunice Santos Saidane</w:t>
            </w:r>
          </w:p>
        </w:tc>
      </w:tr>
      <w:tr w:rsidR="00000B84" w14:paraId="2779214D" w14:textId="77777777">
        <w:trPr>
          <w:cantSplit/>
        </w:trPr>
        <w:tc>
          <w:tcPr>
            <w:tcW w:w="1406" w:type="dxa"/>
            <w:shd w:val="clear" w:color="auto" w:fill="FFFFFF"/>
          </w:tcPr>
          <w:p w14:paraId="3729556D" w14:textId="77777777" w:rsidR="00000B84" w:rsidRDefault="00000000">
            <w:pPr>
              <w:pStyle w:val="TableText"/>
            </w:pPr>
            <w:r>
              <w:t>1949 / 1950</w:t>
            </w:r>
          </w:p>
        </w:tc>
        <w:tc>
          <w:tcPr>
            <w:tcW w:w="4630" w:type="dxa"/>
            <w:shd w:val="clear" w:color="auto" w:fill="FFFFFF"/>
          </w:tcPr>
          <w:p w14:paraId="47BF16F5" w14:textId="77777777" w:rsidR="00000B84" w:rsidRDefault="00000000">
            <w:pPr>
              <w:pStyle w:val="TableText"/>
            </w:pPr>
            <w:r>
              <w:t>Eva Vaz Monteiro Viola Eva Viola</w:t>
            </w:r>
          </w:p>
        </w:tc>
        <w:tc>
          <w:tcPr>
            <w:tcW w:w="4110" w:type="dxa"/>
            <w:shd w:val="clear" w:color="auto" w:fill="FFFFFF"/>
          </w:tcPr>
          <w:p w14:paraId="08E07F1D" w14:textId="77777777" w:rsidR="00000B84" w:rsidRDefault="00000000">
            <w:pPr>
              <w:pStyle w:val="TableText"/>
            </w:pPr>
            <w:r>
              <w:t>Eva Vaz Viola</w:t>
            </w:r>
          </w:p>
        </w:tc>
      </w:tr>
      <w:tr w:rsidR="00000B84" w14:paraId="0919B05E" w14:textId="77777777">
        <w:trPr>
          <w:cantSplit/>
        </w:trPr>
        <w:tc>
          <w:tcPr>
            <w:tcW w:w="1406" w:type="dxa"/>
            <w:shd w:val="clear" w:color="auto" w:fill="F0F5F2"/>
          </w:tcPr>
          <w:p w14:paraId="6CFF4F6D" w14:textId="77777777" w:rsidR="00000B84" w:rsidRDefault="00000000">
            <w:pPr>
              <w:pStyle w:val="TableText"/>
            </w:pPr>
            <w:r>
              <w:t>1951 / 1952</w:t>
            </w:r>
          </w:p>
        </w:tc>
        <w:tc>
          <w:tcPr>
            <w:tcW w:w="4630" w:type="dxa"/>
            <w:shd w:val="clear" w:color="auto" w:fill="F0F5F2"/>
          </w:tcPr>
          <w:p w14:paraId="1996FB3E" w14:textId="77777777" w:rsidR="00000B84" w:rsidRDefault="00000000">
            <w:pPr>
              <w:pStyle w:val="TableText"/>
            </w:pPr>
            <w:r>
              <w:t>Evangelina Abel Roda Henrique Muachito</w:t>
            </w:r>
          </w:p>
        </w:tc>
        <w:tc>
          <w:tcPr>
            <w:tcW w:w="4110" w:type="dxa"/>
            <w:shd w:val="clear" w:color="auto" w:fill="F0F5F2"/>
          </w:tcPr>
          <w:p w14:paraId="503129B4" w14:textId="77777777" w:rsidR="00000B84" w:rsidRDefault="00000000">
            <w:pPr>
              <w:pStyle w:val="TableText"/>
            </w:pPr>
            <w:r>
              <w:t>Evangelina Abel Muachito</w:t>
            </w:r>
          </w:p>
        </w:tc>
      </w:tr>
      <w:tr w:rsidR="00000B84" w14:paraId="5C5B1E1F" w14:textId="77777777">
        <w:trPr>
          <w:cantSplit/>
        </w:trPr>
        <w:tc>
          <w:tcPr>
            <w:tcW w:w="1406" w:type="dxa"/>
            <w:shd w:val="clear" w:color="auto" w:fill="FFFFFF"/>
          </w:tcPr>
          <w:p w14:paraId="398FAEAF" w14:textId="77777777" w:rsidR="00000B84" w:rsidRDefault="00000000">
            <w:pPr>
              <w:pStyle w:val="TableText"/>
            </w:pPr>
            <w:r>
              <w:t>1952 / 1953</w:t>
            </w:r>
          </w:p>
        </w:tc>
        <w:tc>
          <w:tcPr>
            <w:tcW w:w="4630" w:type="dxa"/>
            <w:shd w:val="clear" w:color="auto" w:fill="FFFFFF"/>
          </w:tcPr>
          <w:p w14:paraId="582D53AD" w14:textId="77777777" w:rsidR="00000B84" w:rsidRDefault="00000000">
            <w:pPr>
              <w:pStyle w:val="TableText"/>
            </w:pPr>
            <w:r>
              <w:t>Evelin Eduardo Graça Castigo Pejissanhe</w:t>
            </w:r>
          </w:p>
        </w:tc>
        <w:tc>
          <w:tcPr>
            <w:tcW w:w="4110" w:type="dxa"/>
            <w:shd w:val="clear" w:color="auto" w:fill="FFFFFF"/>
          </w:tcPr>
          <w:p w14:paraId="5DF00776" w14:textId="77777777" w:rsidR="00000B84" w:rsidRDefault="00000000">
            <w:pPr>
              <w:pStyle w:val="TableText"/>
            </w:pPr>
            <w:r>
              <w:t>Evelin Eduardo Pejissanhe</w:t>
            </w:r>
          </w:p>
        </w:tc>
      </w:tr>
      <w:tr w:rsidR="00000B84" w14:paraId="0E1228C3" w14:textId="77777777">
        <w:trPr>
          <w:cantSplit/>
        </w:trPr>
        <w:tc>
          <w:tcPr>
            <w:tcW w:w="1406" w:type="dxa"/>
            <w:shd w:val="clear" w:color="auto" w:fill="F0F5F2"/>
          </w:tcPr>
          <w:p w14:paraId="2E9F6673" w14:textId="77777777" w:rsidR="00000B84" w:rsidRDefault="00000000">
            <w:pPr>
              <w:pStyle w:val="TableText"/>
            </w:pPr>
            <w:r>
              <w:t>1956 / 1957</w:t>
            </w:r>
          </w:p>
        </w:tc>
        <w:tc>
          <w:tcPr>
            <w:tcW w:w="4630" w:type="dxa"/>
            <w:shd w:val="clear" w:color="auto" w:fill="F0F5F2"/>
          </w:tcPr>
          <w:p w14:paraId="342A25CA" w14:textId="77777777" w:rsidR="00000B84" w:rsidRDefault="00000000">
            <w:pPr>
              <w:pStyle w:val="TableText"/>
            </w:pPr>
            <w:r>
              <w:t>Evilize Costantino Horacio Macavara</w:t>
            </w:r>
          </w:p>
        </w:tc>
        <w:tc>
          <w:tcPr>
            <w:tcW w:w="4110" w:type="dxa"/>
            <w:shd w:val="clear" w:color="auto" w:fill="F0F5F2"/>
          </w:tcPr>
          <w:p w14:paraId="4FF89252" w14:textId="77777777" w:rsidR="00000B84" w:rsidRDefault="00000000">
            <w:pPr>
              <w:pStyle w:val="TableText"/>
            </w:pPr>
            <w:r>
              <w:t>Evilize Costantino Macavara</w:t>
            </w:r>
          </w:p>
        </w:tc>
      </w:tr>
      <w:tr w:rsidR="00000B84" w14:paraId="5B50A73A" w14:textId="77777777">
        <w:trPr>
          <w:cantSplit/>
        </w:trPr>
        <w:tc>
          <w:tcPr>
            <w:tcW w:w="1406" w:type="dxa"/>
            <w:shd w:val="clear" w:color="auto" w:fill="FFFFFF"/>
          </w:tcPr>
          <w:p w14:paraId="69B27390" w14:textId="77777777" w:rsidR="00000B84" w:rsidRDefault="00000000">
            <w:pPr>
              <w:pStyle w:val="TableText"/>
            </w:pPr>
            <w:r>
              <w:t>1960 / 1961</w:t>
            </w:r>
          </w:p>
        </w:tc>
        <w:tc>
          <w:tcPr>
            <w:tcW w:w="4630" w:type="dxa"/>
            <w:shd w:val="clear" w:color="auto" w:fill="FFFFFF"/>
          </w:tcPr>
          <w:p w14:paraId="7E085A63" w14:textId="77777777" w:rsidR="00000B84" w:rsidRDefault="00000000">
            <w:pPr>
              <w:pStyle w:val="TableText"/>
            </w:pPr>
            <w:r>
              <w:t>Ezidra Maria Bernardo Vilanculos</w:t>
            </w:r>
          </w:p>
        </w:tc>
        <w:tc>
          <w:tcPr>
            <w:tcW w:w="4110" w:type="dxa"/>
            <w:shd w:val="clear" w:color="auto" w:fill="FFFFFF"/>
          </w:tcPr>
          <w:p w14:paraId="21808A91" w14:textId="77777777" w:rsidR="00000B84" w:rsidRDefault="00000000">
            <w:pPr>
              <w:pStyle w:val="TableText"/>
            </w:pPr>
            <w:r>
              <w:t>Ezidra Maria Vilanculos</w:t>
            </w:r>
          </w:p>
        </w:tc>
      </w:tr>
      <w:tr w:rsidR="00000B84" w14:paraId="50FCCD30" w14:textId="77777777">
        <w:trPr>
          <w:cantSplit/>
        </w:trPr>
        <w:tc>
          <w:tcPr>
            <w:tcW w:w="1406" w:type="dxa"/>
            <w:shd w:val="clear" w:color="auto" w:fill="F0F5F2"/>
          </w:tcPr>
          <w:p w14:paraId="402C5202" w14:textId="77777777" w:rsidR="00000B84" w:rsidRDefault="00000000">
            <w:pPr>
              <w:pStyle w:val="TableText"/>
            </w:pPr>
            <w:r>
              <w:t>1973 / 1974</w:t>
            </w:r>
          </w:p>
        </w:tc>
        <w:tc>
          <w:tcPr>
            <w:tcW w:w="4630" w:type="dxa"/>
            <w:shd w:val="clear" w:color="auto" w:fill="F0F5F2"/>
          </w:tcPr>
          <w:p w14:paraId="7F52ECD1" w14:textId="77777777" w:rsidR="00000B84" w:rsidRDefault="00000000">
            <w:pPr>
              <w:pStyle w:val="TableText"/>
            </w:pPr>
            <w:r>
              <w:t>Faiza Faiza Juma Armando Mugaua</w:t>
            </w:r>
          </w:p>
        </w:tc>
        <w:tc>
          <w:tcPr>
            <w:tcW w:w="4110" w:type="dxa"/>
            <w:shd w:val="clear" w:color="auto" w:fill="F0F5F2"/>
          </w:tcPr>
          <w:p w14:paraId="2B5402D1" w14:textId="77777777" w:rsidR="00000B84" w:rsidRDefault="00000000">
            <w:pPr>
              <w:pStyle w:val="TableText"/>
            </w:pPr>
            <w:r>
              <w:t>Faiza Faiza Mugaua</w:t>
            </w:r>
          </w:p>
        </w:tc>
      </w:tr>
      <w:tr w:rsidR="00000B84" w14:paraId="7BA9CEAE" w14:textId="77777777">
        <w:trPr>
          <w:cantSplit/>
        </w:trPr>
        <w:tc>
          <w:tcPr>
            <w:tcW w:w="1406" w:type="dxa"/>
            <w:shd w:val="clear" w:color="auto" w:fill="FFFFFF"/>
          </w:tcPr>
          <w:p w14:paraId="0D588C4C" w14:textId="77777777" w:rsidR="00000B84" w:rsidRDefault="00000000">
            <w:pPr>
              <w:pStyle w:val="TableText"/>
            </w:pPr>
            <w:r>
              <w:t>1992 / 1993 *</w:t>
            </w:r>
          </w:p>
        </w:tc>
        <w:tc>
          <w:tcPr>
            <w:tcW w:w="4630" w:type="dxa"/>
            <w:shd w:val="clear" w:color="auto" w:fill="FFFFFF"/>
          </w:tcPr>
          <w:p w14:paraId="190AFBA1" w14:textId="77777777" w:rsidR="00000B84" w:rsidRDefault="00000000">
            <w:pPr>
              <w:pStyle w:val="TableText"/>
            </w:pPr>
            <w:r>
              <w:t>Fanzemanayadafinafranciscooutracoisa Coisa Coisa</w:t>
            </w:r>
          </w:p>
        </w:tc>
        <w:tc>
          <w:tcPr>
            <w:tcW w:w="4110" w:type="dxa"/>
            <w:shd w:val="clear" w:color="auto" w:fill="FFFFFF"/>
          </w:tcPr>
          <w:p w14:paraId="556415EB" w14:textId="77777777" w:rsidR="00000B84" w:rsidRDefault="00000000">
            <w:pPr>
              <w:pStyle w:val="TableText"/>
            </w:pPr>
            <w:r>
              <w:t>F. Coisa</w:t>
            </w:r>
          </w:p>
        </w:tc>
      </w:tr>
      <w:tr w:rsidR="00000B84" w14:paraId="019F0AF0" w14:textId="77777777">
        <w:trPr>
          <w:cantSplit/>
        </w:trPr>
        <w:tc>
          <w:tcPr>
            <w:tcW w:w="1406" w:type="dxa"/>
            <w:shd w:val="clear" w:color="auto" w:fill="F0F5F2"/>
          </w:tcPr>
          <w:p w14:paraId="3C6AE225" w14:textId="77777777" w:rsidR="00000B84" w:rsidRDefault="00000000">
            <w:pPr>
              <w:pStyle w:val="TableText"/>
            </w:pPr>
            <w:r>
              <w:t>1997 / 1998</w:t>
            </w:r>
          </w:p>
        </w:tc>
        <w:tc>
          <w:tcPr>
            <w:tcW w:w="4630" w:type="dxa"/>
            <w:shd w:val="clear" w:color="auto" w:fill="F0F5F2"/>
          </w:tcPr>
          <w:p w14:paraId="6B7285DF" w14:textId="77777777" w:rsidR="00000B84" w:rsidRDefault="00000000">
            <w:pPr>
              <w:pStyle w:val="TableText"/>
            </w:pPr>
            <w:r>
              <w:t>Farzana Faridul Farzana Faridul Alam</w:t>
            </w:r>
          </w:p>
        </w:tc>
        <w:tc>
          <w:tcPr>
            <w:tcW w:w="4110" w:type="dxa"/>
            <w:shd w:val="clear" w:color="auto" w:fill="F0F5F2"/>
          </w:tcPr>
          <w:p w14:paraId="2386B373" w14:textId="77777777" w:rsidR="00000B84" w:rsidRDefault="00000000">
            <w:pPr>
              <w:pStyle w:val="TableText"/>
            </w:pPr>
            <w:r>
              <w:t>Farzana Faridul Alam</w:t>
            </w:r>
          </w:p>
        </w:tc>
      </w:tr>
      <w:tr w:rsidR="00000B84" w14:paraId="0FEF7ED3" w14:textId="77777777">
        <w:trPr>
          <w:cantSplit/>
        </w:trPr>
        <w:tc>
          <w:tcPr>
            <w:tcW w:w="1406" w:type="dxa"/>
            <w:shd w:val="clear" w:color="auto" w:fill="FFFFFF"/>
          </w:tcPr>
          <w:p w14:paraId="4D734997" w14:textId="77777777" w:rsidR="00000B84" w:rsidRDefault="00000000">
            <w:pPr>
              <w:pStyle w:val="TableText"/>
            </w:pPr>
            <w:r>
              <w:t>2022 / 2023</w:t>
            </w:r>
          </w:p>
        </w:tc>
        <w:tc>
          <w:tcPr>
            <w:tcW w:w="4630" w:type="dxa"/>
            <w:shd w:val="clear" w:color="auto" w:fill="FFFFFF"/>
          </w:tcPr>
          <w:p w14:paraId="5ADB0CBB" w14:textId="77777777" w:rsidR="00000B84" w:rsidRDefault="00000000">
            <w:pPr>
              <w:pStyle w:val="TableText"/>
            </w:pPr>
            <w:r>
              <w:t>Fátima Elisa Fátima Elisa Dos Santos</w:t>
            </w:r>
          </w:p>
        </w:tc>
        <w:tc>
          <w:tcPr>
            <w:tcW w:w="4110" w:type="dxa"/>
            <w:shd w:val="clear" w:color="auto" w:fill="FFFFFF"/>
          </w:tcPr>
          <w:p w14:paraId="2084564D" w14:textId="77777777" w:rsidR="00000B84" w:rsidRDefault="00000000">
            <w:pPr>
              <w:pStyle w:val="TableText"/>
            </w:pPr>
            <w:r>
              <w:t>Fátima Elisa Dos Santos</w:t>
            </w:r>
          </w:p>
        </w:tc>
      </w:tr>
      <w:tr w:rsidR="00000B84" w14:paraId="17AEF7EF" w14:textId="77777777">
        <w:trPr>
          <w:cantSplit/>
        </w:trPr>
        <w:tc>
          <w:tcPr>
            <w:tcW w:w="1406" w:type="dxa"/>
            <w:shd w:val="clear" w:color="auto" w:fill="F0F5F2"/>
          </w:tcPr>
          <w:p w14:paraId="71E116A0" w14:textId="77777777" w:rsidR="00000B84" w:rsidRDefault="00000000">
            <w:pPr>
              <w:pStyle w:val="TableText"/>
            </w:pPr>
            <w:r>
              <w:t>2036 / 2037</w:t>
            </w:r>
          </w:p>
        </w:tc>
        <w:tc>
          <w:tcPr>
            <w:tcW w:w="4630" w:type="dxa"/>
            <w:shd w:val="clear" w:color="auto" w:fill="F0F5F2"/>
          </w:tcPr>
          <w:p w14:paraId="632DFE3F" w14:textId="77777777" w:rsidR="00000B84" w:rsidRDefault="00000000">
            <w:pPr>
              <w:pStyle w:val="TableText"/>
            </w:pPr>
            <w:r>
              <w:t>Fàtima Inocêncio Abroa Sozinho Abroa Sozinho</w:t>
            </w:r>
          </w:p>
        </w:tc>
        <w:tc>
          <w:tcPr>
            <w:tcW w:w="4110" w:type="dxa"/>
            <w:shd w:val="clear" w:color="auto" w:fill="F0F5F2"/>
          </w:tcPr>
          <w:p w14:paraId="767F961E" w14:textId="77777777" w:rsidR="00000B84" w:rsidRDefault="00000000">
            <w:pPr>
              <w:pStyle w:val="TableText"/>
            </w:pPr>
            <w:r>
              <w:t>Fàtima Inocêncio Sozinho</w:t>
            </w:r>
          </w:p>
        </w:tc>
      </w:tr>
      <w:tr w:rsidR="00000B84" w14:paraId="3B84FADF" w14:textId="77777777">
        <w:trPr>
          <w:cantSplit/>
        </w:trPr>
        <w:tc>
          <w:tcPr>
            <w:tcW w:w="1406" w:type="dxa"/>
            <w:shd w:val="clear" w:color="auto" w:fill="FFFFFF"/>
          </w:tcPr>
          <w:p w14:paraId="2E6A4931" w14:textId="77777777" w:rsidR="00000B84" w:rsidRDefault="00000000">
            <w:pPr>
              <w:pStyle w:val="TableText"/>
            </w:pPr>
            <w:r>
              <w:t>2073 / 2074</w:t>
            </w:r>
          </w:p>
        </w:tc>
        <w:tc>
          <w:tcPr>
            <w:tcW w:w="4630" w:type="dxa"/>
            <w:shd w:val="clear" w:color="auto" w:fill="FFFFFF"/>
          </w:tcPr>
          <w:p w14:paraId="3E86AD93" w14:textId="77777777" w:rsidR="00000B84" w:rsidRDefault="00000000">
            <w:pPr>
              <w:pStyle w:val="TableText"/>
            </w:pPr>
            <w:r>
              <w:t>Fatucha Marcelino Fatucha Marcelino Martinho</w:t>
            </w:r>
          </w:p>
        </w:tc>
        <w:tc>
          <w:tcPr>
            <w:tcW w:w="4110" w:type="dxa"/>
            <w:shd w:val="clear" w:color="auto" w:fill="FFFFFF"/>
          </w:tcPr>
          <w:p w14:paraId="4FBDB2E6" w14:textId="77777777" w:rsidR="00000B84" w:rsidRDefault="00000000">
            <w:pPr>
              <w:pStyle w:val="TableText"/>
            </w:pPr>
            <w:r>
              <w:t>Fatucha Marcelino Martinho</w:t>
            </w:r>
          </w:p>
        </w:tc>
      </w:tr>
      <w:tr w:rsidR="00000B84" w14:paraId="21CB0B51" w14:textId="77777777">
        <w:trPr>
          <w:cantSplit/>
        </w:trPr>
        <w:tc>
          <w:tcPr>
            <w:tcW w:w="1406" w:type="dxa"/>
            <w:shd w:val="clear" w:color="auto" w:fill="F0F5F2"/>
          </w:tcPr>
          <w:p w14:paraId="77990444" w14:textId="77777777" w:rsidR="00000B84" w:rsidRDefault="00000000">
            <w:pPr>
              <w:pStyle w:val="TableText"/>
            </w:pPr>
            <w:r>
              <w:t>2076 / 2077</w:t>
            </w:r>
          </w:p>
        </w:tc>
        <w:tc>
          <w:tcPr>
            <w:tcW w:w="4630" w:type="dxa"/>
            <w:shd w:val="clear" w:color="auto" w:fill="F0F5F2"/>
          </w:tcPr>
          <w:p w14:paraId="44459AF1" w14:textId="77777777" w:rsidR="00000B84" w:rsidRDefault="00000000">
            <w:pPr>
              <w:pStyle w:val="TableText"/>
            </w:pPr>
            <w:r>
              <w:t>Fausia Candida De Jesus Eduardo</w:t>
            </w:r>
          </w:p>
        </w:tc>
        <w:tc>
          <w:tcPr>
            <w:tcW w:w="4110" w:type="dxa"/>
            <w:shd w:val="clear" w:color="auto" w:fill="F0F5F2"/>
          </w:tcPr>
          <w:p w14:paraId="3D55DB4E" w14:textId="77777777" w:rsidR="00000B84" w:rsidRDefault="00000000">
            <w:pPr>
              <w:pStyle w:val="TableText"/>
            </w:pPr>
            <w:r>
              <w:t>Fausia Candida Eduardo</w:t>
            </w:r>
          </w:p>
        </w:tc>
      </w:tr>
      <w:tr w:rsidR="00000B84" w14:paraId="1829542D" w14:textId="77777777">
        <w:trPr>
          <w:cantSplit/>
        </w:trPr>
        <w:tc>
          <w:tcPr>
            <w:tcW w:w="1406" w:type="dxa"/>
            <w:shd w:val="clear" w:color="auto" w:fill="FFFFFF"/>
          </w:tcPr>
          <w:p w14:paraId="057DDCF3" w14:textId="77777777" w:rsidR="00000B84" w:rsidRDefault="00000000">
            <w:pPr>
              <w:pStyle w:val="TableText"/>
            </w:pPr>
            <w:r>
              <w:t>2090 / 2091</w:t>
            </w:r>
          </w:p>
        </w:tc>
        <w:tc>
          <w:tcPr>
            <w:tcW w:w="4630" w:type="dxa"/>
            <w:shd w:val="clear" w:color="auto" w:fill="FFFFFF"/>
          </w:tcPr>
          <w:p w14:paraId="4892046F" w14:textId="77777777" w:rsidR="00000B84" w:rsidRDefault="00000000">
            <w:pPr>
              <w:pStyle w:val="TableText"/>
            </w:pPr>
            <w:r>
              <w:t>Fazia Da Suraia Nelson Armando</w:t>
            </w:r>
          </w:p>
        </w:tc>
        <w:tc>
          <w:tcPr>
            <w:tcW w:w="4110" w:type="dxa"/>
            <w:shd w:val="clear" w:color="auto" w:fill="FFFFFF"/>
          </w:tcPr>
          <w:p w14:paraId="24C0EBF8" w14:textId="77777777" w:rsidR="00000B84" w:rsidRDefault="00000000">
            <w:pPr>
              <w:pStyle w:val="TableText"/>
            </w:pPr>
            <w:r>
              <w:t>Fazia Da Suraia Armando</w:t>
            </w:r>
          </w:p>
        </w:tc>
      </w:tr>
      <w:tr w:rsidR="00000B84" w14:paraId="24868134" w14:textId="77777777">
        <w:trPr>
          <w:cantSplit/>
        </w:trPr>
        <w:tc>
          <w:tcPr>
            <w:tcW w:w="1406" w:type="dxa"/>
            <w:shd w:val="clear" w:color="auto" w:fill="F0F5F2"/>
          </w:tcPr>
          <w:p w14:paraId="048EF5FA" w14:textId="77777777" w:rsidR="00000B84" w:rsidRDefault="00000000">
            <w:pPr>
              <w:pStyle w:val="TableText"/>
            </w:pPr>
            <w:r>
              <w:t>2097 / 2098</w:t>
            </w:r>
          </w:p>
        </w:tc>
        <w:tc>
          <w:tcPr>
            <w:tcW w:w="4630" w:type="dxa"/>
            <w:shd w:val="clear" w:color="auto" w:fill="F0F5F2"/>
          </w:tcPr>
          <w:p w14:paraId="7B7F3110" w14:textId="77777777" w:rsidR="00000B84" w:rsidRDefault="00000000">
            <w:pPr>
              <w:pStyle w:val="TableText"/>
            </w:pPr>
            <w:r>
              <w:t>Felesta Gonçalves De Nandrade Nandrade</w:t>
            </w:r>
          </w:p>
        </w:tc>
        <w:tc>
          <w:tcPr>
            <w:tcW w:w="4110" w:type="dxa"/>
            <w:shd w:val="clear" w:color="auto" w:fill="F0F5F2"/>
          </w:tcPr>
          <w:p w14:paraId="598A2A52" w14:textId="77777777" w:rsidR="00000B84" w:rsidRDefault="00000000">
            <w:pPr>
              <w:pStyle w:val="TableText"/>
            </w:pPr>
            <w:r>
              <w:t>Felesta Gonçalves Nandrade</w:t>
            </w:r>
          </w:p>
        </w:tc>
      </w:tr>
      <w:tr w:rsidR="00000B84" w14:paraId="28C6A5EE" w14:textId="77777777">
        <w:trPr>
          <w:cantSplit/>
        </w:trPr>
        <w:tc>
          <w:tcPr>
            <w:tcW w:w="1406" w:type="dxa"/>
            <w:shd w:val="clear" w:color="auto" w:fill="FFFFFF"/>
          </w:tcPr>
          <w:p w14:paraId="57177391" w14:textId="77777777" w:rsidR="00000B84" w:rsidRDefault="00000000">
            <w:pPr>
              <w:pStyle w:val="TableText"/>
            </w:pPr>
            <w:r>
              <w:t>2102 / 2103</w:t>
            </w:r>
          </w:p>
        </w:tc>
        <w:tc>
          <w:tcPr>
            <w:tcW w:w="4630" w:type="dxa"/>
            <w:shd w:val="clear" w:color="auto" w:fill="FFFFFF"/>
          </w:tcPr>
          <w:p w14:paraId="39B96D0C" w14:textId="77777777" w:rsidR="00000B84" w:rsidRDefault="00000000">
            <w:pPr>
              <w:pStyle w:val="TableText"/>
            </w:pPr>
            <w:r>
              <w:t>Felícia De Silvestre Victor Filipe Portugal</w:t>
            </w:r>
          </w:p>
        </w:tc>
        <w:tc>
          <w:tcPr>
            <w:tcW w:w="4110" w:type="dxa"/>
            <w:shd w:val="clear" w:color="auto" w:fill="FFFFFF"/>
          </w:tcPr>
          <w:p w14:paraId="19994A5E" w14:textId="77777777" w:rsidR="00000B84" w:rsidRDefault="00000000">
            <w:pPr>
              <w:pStyle w:val="TableText"/>
            </w:pPr>
            <w:r>
              <w:t>Felícia De Silvestre Portugal</w:t>
            </w:r>
          </w:p>
        </w:tc>
      </w:tr>
      <w:tr w:rsidR="00000B84" w14:paraId="25D3DC48" w14:textId="77777777">
        <w:trPr>
          <w:cantSplit/>
        </w:trPr>
        <w:tc>
          <w:tcPr>
            <w:tcW w:w="1406" w:type="dxa"/>
            <w:shd w:val="clear" w:color="auto" w:fill="F0F5F2"/>
          </w:tcPr>
          <w:p w14:paraId="67D874A0" w14:textId="77777777" w:rsidR="00000B84" w:rsidRDefault="00000000">
            <w:pPr>
              <w:pStyle w:val="TableText"/>
            </w:pPr>
            <w:r>
              <w:t>2107 / 2108</w:t>
            </w:r>
          </w:p>
        </w:tc>
        <w:tc>
          <w:tcPr>
            <w:tcW w:w="4630" w:type="dxa"/>
            <w:shd w:val="clear" w:color="auto" w:fill="F0F5F2"/>
          </w:tcPr>
          <w:p w14:paraId="75FEFDCE" w14:textId="77777777" w:rsidR="00000B84" w:rsidRDefault="00000000">
            <w:pPr>
              <w:pStyle w:val="TableText"/>
            </w:pPr>
            <w:r>
              <w:t>Feliciana Da Fátima Agostinho Zacarias Mihaco</w:t>
            </w:r>
          </w:p>
        </w:tc>
        <w:tc>
          <w:tcPr>
            <w:tcW w:w="4110" w:type="dxa"/>
            <w:shd w:val="clear" w:color="auto" w:fill="F0F5F2"/>
          </w:tcPr>
          <w:p w14:paraId="525BC650" w14:textId="77777777" w:rsidR="00000B84" w:rsidRDefault="00000000">
            <w:pPr>
              <w:pStyle w:val="TableText"/>
            </w:pPr>
            <w:r>
              <w:t>Feliciana Da Fátima Mihaco</w:t>
            </w:r>
          </w:p>
        </w:tc>
      </w:tr>
      <w:tr w:rsidR="00000B84" w14:paraId="02D77B6B" w14:textId="77777777">
        <w:trPr>
          <w:cantSplit/>
        </w:trPr>
        <w:tc>
          <w:tcPr>
            <w:tcW w:w="1406" w:type="dxa"/>
            <w:shd w:val="clear" w:color="auto" w:fill="FFFFFF"/>
          </w:tcPr>
          <w:p w14:paraId="4BB67B3D" w14:textId="77777777" w:rsidR="00000B84" w:rsidRDefault="00000000">
            <w:pPr>
              <w:pStyle w:val="TableText"/>
            </w:pPr>
            <w:r>
              <w:t>2113 / 2114</w:t>
            </w:r>
          </w:p>
        </w:tc>
        <w:tc>
          <w:tcPr>
            <w:tcW w:w="4630" w:type="dxa"/>
            <w:shd w:val="clear" w:color="auto" w:fill="FFFFFF"/>
          </w:tcPr>
          <w:p w14:paraId="32A2BF22" w14:textId="77777777" w:rsidR="00000B84" w:rsidRDefault="00000000">
            <w:pPr>
              <w:pStyle w:val="TableText"/>
            </w:pPr>
            <w:r>
              <w:t>Felicidade Cristone Almeida Manuel</w:t>
            </w:r>
          </w:p>
        </w:tc>
        <w:tc>
          <w:tcPr>
            <w:tcW w:w="4110" w:type="dxa"/>
            <w:shd w:val="clear" w:color="auto" w:fill="FFFFFF"/>
          </w:tcPr>
          <w:p w14:paraId="288B4B60" w14:textId="77777777" w:rsidR="00000B84" w:rsidRDefault="00000000">
            <w:pPr>
              <w:pStyle w:val="TableText"/>
            </w:pPr>
            <w:r>
              <w:t>Felicidade Cristone Manuel</w:t>
            </w:r>
          </w:p>
        </w:tc>
      </w:tr>
      <w:tr w:rsidR="00000B84" w14:paraId="08560AED" w14:textId="77777777">
        <w:trPr>
          <w:cantSplit/>
        </w:trPr>
        <w:tc>
          <w:tcPr>
            <w:tcW w:w="1406" w:type="dxa"/>
            <w:shd w:val="clear" w:color="auto" w:fill="F0F5F2"/>
          </w:tcPr>
          <w:p w14:paraId="1FA66DAC" w14:textId="77777777" w:rsidR="00000B84" w:rsidRDefault="00000000">
            <w:pPr>
              <w:pStyle w:val="TableText"/>
            </w:pPr>
            <w:r>
              <w:t>2120 / 2121</w:t>
            </w:r>
          </w:p>
        </w:tc>
        <w:tc>
          <w:tcPr>
            <w:tcW w:w="4630" w:type="dxa"/>
            <w:shd w:val="clear" w:color="auto" w:fill="F0F5F2"/>
          </w:tcPr>
          <w:p w14:paraId="4ECA22FF" w14:textId="77777777" w:rsidR="00000B84" w:rsidRDefault="00000000">
            <w:pPr>
              <w:pStyle w:val="TableText"/>
            </w:pPr>
            <w:r>
              <w:t>Felista Alberto Murinane Nocaleliua</w:t>
            </w:r>
          </w:p>
        </w:tc>
        <w:tc>
          <w:tcPr>
            <w:tcW w:w="4110" w:type="dxa"/>
            <w:shd w:val="clear" w:color="auto" w:fill="F0F5F2"/>
          </w:tcPr>
          <w:p w14:paraId="3BAD745E" w14:textId="77777777" w:rsidR="00000B84" w:rsidRDefault="00000000">
            <w:pPr>
              <w:pStyle w:val="TableText"/>
            </w:pPr>
            <w:r>
              <w:t>Felista Alberto Nocaleliua</w:t>
            </w:r>
          </w:p>
        </w:tc>
      </w:tr>
      <w:tr w:rsidR="00000B84" w14:paraId="24BF9F9A" w14:textId="77777777">
        <w:trPr>
          <w:cantSplit/>
        </w:trPr>
        <w:tc>
          <w:tcPr>
            <w:tcW w:w="1406" w:type="dxa"/>
            <w:shd w:val="clear" w:color="auto" w:fill="FFFFFF"/>
          </w:tcPr>
          <w:p w14:paraId="67EDD23A" w14:textId="77777777" w:rsidR="00000B84" w:rsidRDefault="00000000">
            <w:pPr>
              <w:pStyle w:val="TableText"/>
            </w:pPr>
            <w:r>
              <w:t>2137 / 2138</w:t>
            </w:r>
          </w:p>
        </w:tc>
        <w:tc>
          <w:tcPr>
            <w:tcW w:w="4630" w:type="dxa"/>
            <w:shd w:val="clear" w:color="auto" w:fill="FFFFFF"/>
          </w:tcPr>
          <w:p w14:paraId="29A6FAC0" w14:textId="77777777" w:rsidR="00000B84" w:rsidRDefault="00000000">
            <w:pPr>
              <w:pStyle w:val="TableText"/>
            </w:pPr>
            <w:r>
              <w:t>Fernanda Azvedo Fernanda Caetanoazevedo</w:t>
            </w:r>
          </w:p>
        </w:tc>
        <w:tc>
          <w:tcPr>
            <w:tcW w:w="4110" w:type="dxa"/>
            <w:shd w:val="clear" w:color="auto" w:fill="FFFFFF"/>
          </w:tcPr>
          <w:p w14:paraId="05EE5F03" w14:textId="77777777" w:rsidR="00000B84" w:rsidRDefault="00000000">
            <w:pPr>
              <w:pStyle w:val="TableText"/>
            </w:pPr>
            <w:r>
              <w:t>Fernanda Azvedo Caetanoazevedo</w:t>
            </w:r>
          </w:p>
        </w:tc>
      </w:tr>
      <w:tr w:rsidR="00000B84" w14:paraId="5F173100" w14:textId="77777777">
        <w:trPr>
          <w:cantSplit/>
        </w:trPr>
        <w:tc>
          <w:tcPr>
            <w:tcW w:w="1406" w:type="dxa"/>
            <w:shd w:val="clear" w:color="auto" w:fill="F0F5F2"/>
          </w:tcPr>
          <w:p w14:paraId="665AA28C" w14:textId="77777777" w:rsidR="00000B84" w:rsidRDefault="00000000">
            <w:pPr>
              <w:pStyle w:val="TableText"/>
            </w:pPr>
            <w:r>
              <w:t>2149 / 2150</w:t>
            </w:r>
          </w:p>
        </w:tc>
        <w:tc>
          <w:tcPr>
            <w:tcW w:w="4630" w:type="dxa"/>
            <w:shd w:val="clear" w:color="auto" w:fill="F0F5F2"/>
          </w:tcPr>
          <w:p w14:paraId="3E1AB944" w14:textId="77777777" w:rsidR="00000B84" w:rsidRDefault="00000000">
            <w:pPr>
              <w:pStyle w:val="TableText"/>
            </w:pPr>
            <w:r>
              <w:t>Fernanda João Fernanda João Langa Rodriguês</w:t>
            </w:r>
          </w:p>
        </w:tc>
        <w:tc>
          <w:tcPr>
            <w:tcW w:w="4110" w:type="dxa"/>
            <w:shd w:val="clear" w:color="auto" w:fill="F0F5F2"/>
          </w:tcPr>
          <w:p w14:paraId="22422877" w14:textId="77777777" w:rsidR="00000B84" w:rsidRDefault="00000000">
            <w:pPr>
              <w:pStyle w:val="TableText"/>
            </w:pPr>
            <w:r>
              <w:t>Fernanda João Rodriguês</w:t>
            </w:r>
          </w:p>
        </w:tc>
      </w:tr>
      <w:tr w:rsidR="00000B84" w14:paraId="1BCC5D82" w14:textId="77777777">
        <w:trPr>
          <w:cantSplit/>
        </w:trPr>
        <w:tc>
          <w:tcPr>
            <w:tcW w:w="1406" w:type="dxa"/>
            <w:shd w:val="clear" w:color="auto" w:fill="FFFFFF"/>
          </w:tcPr>
          <w:p w14:paraId="17BFA9B0" w14:textId="77777777" w:rsidR="00000B84" w:rsidRDefault="00000000">
            <w:pPr>
              <w:pStyle w:val="TableText"/>
            </w:pPr>
            <w:r>
              <w:t>2172 / 2173</w:t>
            </w:r>
          </w:p>
        </w:tc>
        <w:tc>
          <w:tcPr>
            <w:tcW w:w="4630" w:type="dxa"/>
            <w:shd w:val="clear" w:color="auto" w:fill="FFFFFF"/>
          </w:tcPr>
          <w:p w14:paraId="2EDD92DD" w14:textId="77777777" w:rsidR="00000B84" w:rsidRDefault="00000000">
            <w:pPr>
              <w:pStyle w:val="TableText"/>
            </w:pPr>
            <w:r>
              <w:t>Filomena Arcanjo Domingos Jorge</w:t>
            </w:r>
          </w:p>
        </w:tc>
        <w:tc>
          <w:tcPr>
            <w:tcW w:w="4110" w:type="dxa"/>
            <w:shd w:val="clear" w:color="auto" w:fill="FFFFFF"/>
          </w:tcPr>
          <w:p w14:paraId="0557FE88" w14:textId="77777777" w:rsidR="00000B84" w:rsidRDefault="00000000">
            <w:pPr>
              <w:pStyle w:val="TableText"/>
            </w:pPr>
            <w:r>
              <w:t>Filomena Arcanjo Jorge</w:t>
            </w:r>
          </w:p>
        </w:tc>
      </w:tr>
      <w:tr w:rsidR="00000B84" w14:paraId="6FF8E11E" w14:textId="77777777">
        <w:trPr>
          <w:cantSplit/>
        </w:trPr>
        <w:tc>
          <w:tcPr>
            <w:tcW w:w="1406" w:type="dxa"/>
            <w:shd w:val="clear" w:color="auto" w:fill="F0F5F2"/>
          </w:tcPr>
          <w:p w14:paraId="0A2BFD40" w14:textId="77777777" w:rsidR="00000B84" w:rsidRDefault="00000000">
            <w:pPr>
              <w:pStyle w:val="TableText"/>
            </w:pPr>
            <w:r>
              <w:t>2178 / 2179</w:t>
            </w:r>
          </w:p>
        </w:tc>
        <w:tc>
          <w:tcPr>
            <w:tcW w:w="4630" w:type="dxa"/>
            <w:shd w:val="clear" w:color="auto" w:fill="F0F5F2"/>
          </w:tcPr>
          <w:p w14:paraId="549F3C7E" w14:textId="77777777" w:rsidR="00000B84" w:rsidRDefault="00000000">
            <w:pPr>
              <w:pStyle w:val="TableText"/>
            </w:pPr>
            <w:r>
              <w:t>Filomena Filomena Marcelino Gonsalves</w:t>
            </w:r>
          </w:p>
        </w:tc>
        <w:tc>
          <w:tcPr>
            <w:tcW w:w="4110" w:type="dxa"/>
            <w:shd w:val="clear" w:color="auto" w:fill="F0F5F2"/>
          </w:tcPr>
          <w:p w14:paraId="7BE0891C" w14:textId="77777777" w:rsidR="00000B84" w:rsidRDefault="00000000">
            <w:pPr>
              <w:pStyle w:val="TableText"/>
            </w:pPr>
            <w:r>
              <w:t>Filomena Filomena Gonsalves</w:t>
            </w:r>
          </w:p>
        </w:tc>
      </w:tr>
      <w:tr w:rsidR="00000B84" w14:paraId="166311C8" w14:textId="77777777">
        <w:trPr>
          <w:cantSplit/>
        </w:trPr>
        <w:tc>
          <w:tcPr>
            <w:tcW w:w="1406" w:type="dxa"/>
            <w:shd w:val="clear" w:color="auto" w:fill="FFFFFF"/>
          </w:tcPr>
          <w:p w14:paraId="39E1361B" w14:textId="77777777" w:rsidR="00000B84" w:rsidRDefault="00000000">
            <w:pPr>
              <w:pStyle w:val="TableText"/>
            </w:pPr>
            <w:r>
              <w:lastRenderedPageBreak/>
              <w:t>2196 / 2197</w:t>
            </w:r>
          </w:p>
        </w:tc>
        <w:tc>
          <w:tcPr>
            <w:tcW w:w="4630" w:type="dxa"/>
            <w:shd w:val="clear" w:color="auto" w:fill="FFFFFF"/>
          </w:tcPr>
          <w:p w14:paraId="0FE58D8B" w14:textId="77777777" w:rsidR="00000B84" w:rsidRDefault="00000000">
            <w:pPr>
              <w:pStyle w:val="TableText"/>
            </w:pPr>
            <w:r>
              <w:t>Fineias Miqueias Gabriel Musiva</w:t>
            </w:r>
          </w:p>
        </w:tc>
        <w:tc>
          <w:tcPr>
            <w:tcW w:w="4110" w:type="dxa"/>
            <w:shd w:val="clear" w:color="auto" w:fill="FFFFFF"/>
          </w:tcPr>
          <w:p w14:paraId="7473B7E7" w14:textId="77777777" w:rsidR="00000B84" w:rsidRDefault="00000000">
            <w:pPr>
              <w:pStyle w:val="TableText"/>
            </w:pPr>
            <w:r>
              <w:t>Fineias Miqueias Musiva</w:t>
            </w:r>
          </w:p>
        </w:tc>
      </w:tr>
      <w:tr w:rsidR="00000B84" w14:paraId="5B71280C" w14:textId="77777777">
        <w:trPr>
          <w:cantSplit/>
        </w:trPr>
        <w:tc>
          <w:tcPr>
            <w:tcW w:w="1406" w:type="dxa"/>
            <w:shd w:val="clear" w:color="auto" w:fill="F0F5F2"/>
          </w:tcPr>
          <w:p w14:paraId="71ADD8AE" w14:textId="77777777" w:rsidR="00000B84" w:rsidRDefault="00000000">
            <w:pPr>
              <w:pStyle w:val="TableText"/>
            </w:pPr>
            <w:r>
              <w:t>2198 / 2199</w:t>
            </w:r>
          </w:p>
        </w:tc>
        <w:tc>
          <w:tcPr>
            <w:tcW w:w="4630" w:type="dxa"/>
            <w:shd w:val="clear" w:color="auto" w:fill="F0F5F2"/>
          </w:tcPr>
          <w:p w14:paraId="355E7FCD" w14:textId="77777777" w:rsidR="00000B84" w:rsidRDefault="00000000">
            <w:pPr>
              <w:pStyle w:val="TableText"/>
            </w:pPr>
            <w:r>
              <w:t>Firmina Filipe Anfrade Simone Simone</w:t>
            </w:r>
          </w:p>
        </w:tc>
        <w:tc>
          <w:tcPr>
            <w:tcW w:w="4110" w:type="dxa"/>
            <w:shd w:val="clear" w:color="auto" w:fill="F0F5F2"/>
          </w:tcPr>
          <w:p w14:paraId="0559A73B" w14:textId="77777777" w:rsidR="00000B84" w:rsidRDefault="00000000">
            <w:pPr>
              <w:pStyle w:val="TableText"/>
            </w:pPr>
            <w:r>
              <w:t>Firmina Filipe Simone</w:t>
            </w:r>
          </w:p>
        </w:tc>
      </w:tr>
      <w:tr w:rsidR="00000B84" w14:paraId="13D66DA9" w14:textId="77777777">
        <w:trPr>
          <w:cantSplit/>
        </w:trPr>
        <w:tc>
          <w:tcPr>
            <w:tcW w:w="1406" w:type="dxa"/>
            <w:shd w:val="clear" w:color="auto" w:fill="FFFFFF"/>
          </w:tcPr>
          <w:p w14:paraId="1F1A353E" w14:textId="77777777" w:rsidR="00000B84" w:rsidRDefault="00000000">
            <w:pPr>
              <w:pStyle w:val="TableText"/>
            </w:pPr>
            <w:r>
              <w:t>2224 / 2225</w:t>
            </w:r>
          </w:p>
        </w:tc>
        <w:tc>
          <w:tcPr>
            <w:tcW w:w="4630" w:type="dxa"/>
            <w:shd w:val="clear" w:color="auto" w:fill="FFFFFF"/>
          </w:tcPr>
          <w:p w14:paraId="4B79600B" w14:textId="77777777" w:rsidR="00000B84" w:rsidRDefault="00000000">
            <w:pPr>
              <w:pStyle w:val="TableText"/>
            </w:pPr>
            <w:r>
              <w:t>Florência Florência Zeca Francisco Juenta</w:t>
            </w:r>
          </w:p>
        </w:tc>
        <w:tc>
          <w:tcPr>
            <w:tcW w:w="4110" w:type="dxa"/>
            <w:shd w:val="clear" w:color="auto" w:fill="FFFFFF"/>
          </w:tcPr>
          <w:p w14:paraId="0A665BA5" w14:textId="77777777" w:rsidR="00000B84" w:rsidRDefault="00000000">
            <w:pPr>
              <w:pStyle w:val="TableText"/>
            </w:pPr>
            <w:r>
              <w:t>Florência Florência Juenta</w:t>
            </w:r>
          </w:p>
        </w:tc>
      </w:tr>
      <w:tr w:rsidR="00000B84" w14:paraId="4F99335C" w14:textId="77777777">
        <w:trPr>
          <w:cantSplit/>
        </w:trPr>
        <w:tc>
          <w:tcPr>
            <w:tcW w:w="1406" w:type="dxa"/>
            <w:shd w:val="clear" w:color="auto" w:fill="F0F5F2"/>
          </w:tcPr>
          <w:p w14:paraId="2439A006" w14:textId="77777777" w:rsidR="00000B84" w:rsidRDefault="00000000">
            <w:pPr>
              <w:pStyle w:val="TableText"/>
            </w:pPr>
            <w:r>
              <w:t>2262 / 2263</w:t>
            </w:r>
          </w:p>
        </w:tc>
        <w:tc>
          <w:tcPr>
            <w:tcW w:w="4630" w:type="dxa"/>
            <w:shd w:val="clear" w:color="auto" w:fill="F0F5F2"/>
          </w:tcPr>
          <w:p w14:paraId="51BCBF6D" w14:textId="77777777" w:rsidR="00000B84" w:rsidRDefault="00000000">
            <w:pPr>
              <w:pStyle w:val="TableText"/>
            </w:pPr>
            <w:r>
              <w:t>Francisca Carlos Francisca Carlos Rafael</w:t>
            </w:r>
          </w:p>
        </w:tc>
        <w:tc>
          <w:tcPr>
            <w:tcW w:w="4110" w:type="dxa"/>
            <w:shd w:val="clear" w:color="auto" w:fill="F0F5F2"/>
          </w:tcPr>
          <w:p w14:paraId="510889BF" w14:textId="77777777" w:rsidR="00000B84" w:rsidRDefault="00000000">
            <w:pPr>
              <w:pStyle w:val="TableText"/>
            </w:pPr>
            <w:r>
              <w:t>Francisca Carlos Rafael</w:t>
            </w:r>
          </w:p>
        </w:tc>
      </w:tr>
      <w:tr w:rsidR="00000B84" w14:paraId="579F758B" w14:textId="77777777">
        <w:trPr>
          <w:cantSplit/>
        </w:trPr>
        <w:tc>
          <w:tcPr>
            <w:tcW w:w="1406" w:type="dxa"/>
            <w:shd w:val="clear" w:color="auto" w:fill="FFFFFF"/>
          </w:tcPr>
          <w:p w14:paraId="43543B7F" w14:textId="77777777" w:rsidR="00000B84" w:rsidRDefault="00000000">
            <w:pPr>
              <w:pStyle w:val="TableText"/>
            </w:pPr>
            <w:r>
              <w:t>2266 / 2267</w:t>
            </w:r>
          </w:p>
        </w:tc>
        <w:tc>
          <w:tcPr>
            <w:tcW w:w="4630" w:type="dxa"/>
            <w:shd w:val="clear" w:color="auto" w:fill="FFFFFF"/>
          </w:tcPr>
          <w:p w14:paraId="117B4045" w14:textId="77777777" w:rsidR="00000B84" w:rsidRDefault="00000000">
            <w:pPr>
              <w:pStyle w:val="TableText"/>
            </w:pPr>
            <w:r>
              <w:t>Francisca Fernando Ferramenta Amaral</w:t>
            </w:r>
          </w:p>
        </w:tc>
        <w:tc>
          <w:tcPr>
            <w:tcW w:w="4110" w:type="dxa"/>
            <w:shd w:val="clear" w:color="auto" w:fill="FFFFFF"/>
          </w:tcPr>
          <w:p w14:paraId="405D5555" w14:textId="77777777" w:rsidR="00000B84" w:rsidRDefault="00000000">
            <w:pPr>
              <w:pStyle w:val="TableText"/>
            </w:pPr>
            <w:r>
              <w:t>Francisca Fernando Amaral</w:t>
            </w:r>
          </w:p>
        </w:tc>
      </w:tr>
      <w:tr w:rsidR="00000B84" w14:paraId="2577AE38" w14:textId="77777777">
        <w:trPr>
          <w:cantSplit/>
        </w:trPr>
        <w:tc>
          <w:tcPr>
            <w:tcW w:w="1406" w:type="dxa"/>
            <w:shd w:val="clear" w:color="auto" w:fill="F0F5F2"/>
          </w:tcPr>
          <w:p w14:paraId="1B6D4345" w14:textId="77777777" w:rsidR="00000B84" w:rsidRDefault="00000000">
            <w:pPr>
              <w:pStyle w:val="TableText"/>
            </w:pPr>
            <w:r>
              <w:t>2272 / 2273</w:t>
            </w:r>
          </w:p>
        </w:tc>
        <w:tc>
          <w:tcPr>
            <w:tcW w:w="4630" w:type="dxa"/>
            <w:shd w:val="clear" w:color="auto" w:fill="F0F5F2"/>
          </w:tcPr>
          <w:p w14:paraId="49BA6583" w14:textId="77777777" w:rsidR="00000B84" w:rsidRDefault="00000000">
            <w:pPr>
              <w:pStyle w:val="TableText"/>
            </w:pPr>
            <w:r>
              <w:t>Francisca Nomeado Laquimane Abucane</w:t>
            </w:r>
          </w:p>
        </w:tc>
        <w:tc>
          <w:tcPr>
            <w:tcW w:w="4110" w:type="dxa"/>
            <w:shd w:val="clear" w:color="auto" w:fill="F0F5F2"/>
          </w:tcPr>
          <w:p w14:paraId="0ED53C51" w14:textId="77777777" w:rsidR="00000B84" w:rsidRDefault="00000000">
            <w:pPr>
              <w:pStyle w:val="TableText"/>
            </w:pPr>
            <w:r>
              <w:t>Francisca Nomeado Abucane</w:t>
            </w:r>
          </w:p>
        </w:tc>
      </w:tr>
      <w:tr w:rsidR="00000B84" w14:paraId="3ACA4702" w14:textId="77777777">
        <w:trPr>
          <w:cantSplit/>
        </w:trPr>
        <w:tc>
          <w:tcPr>
            <w:tcW w:w="1406" w:type="dxa"/>
            <w:shd w:val="clear" w:color="auto" w:fill="FFFFFF"/>
          </w:tcPr>
          <w:p w14:paraId="7B63560F" w14:textId="77777777" w:rsidR="00000B84" w:rsidRDefault="00000000">
            <w:pPr>
              <w:pStyle w:val="TableText"/>
            </w:pPr>
            <w:r>
              <w:t>2307 / 2308</w:t>
            </w:r>
          </w:p>
        </w:tc>
        <w:tc>
          <w:tcPr>
            <w:tcW w:w="4630" w:type="dxa"/>
            <w:shd w:val="clear" w:color="auto" w:fill="FFFFFF"/>
          </w:tcPr>
          <w:p w14:paraId="2CE974BD" w14:textId="77777777" w:rsidR="00000B84" w:rsidRDefault="00000000">
            <w:pPr>
              <w:pStyle w:val="TableText"/>
            </w:pPr>
            <w:r>
              <w:t>Geraldine Felizardo Felizardo Ecuassune</w:t>
            </w:r>
          </w:p>
        </w:tc>
        <w:tc>
          <w:tcPr>
            <w:tcW w:w="4110" w:type="dxa"/>
            <w:shd w:val="clear" w:color="auto" w:fill="FFFFFF"/>
          </w:tcPr>
          <w:p w14:paraId="133030BC" w14:textId="77777777" w:rsidR="00000B84" w:rsidRDefault="00000000">
            <w:pPr>
              <w:pStyle w:val="TableText"/>
            </w:pPr>
            <w:r>
              <w:t>Geraldine Felizardo Ecuassune</w:t>
            </w:r>
          </w:p>
        </w:tc>
      </w:tr>
      <w:tr w:rsidR="00000B84" w14:paraId="69D5AB2C" w14:textId="77777777">
        <w:trPr>
          <w:cantSplit/>
        </w:trPr>
        <w:tc>
          <w:tcPr>
            <w:tcW w:w="1406" w:type="dxa"/>
            <w:shd w:val="clear" w:color="auto" w:fill="F0F5F2"/>
          </w:tcPr>
          <w:p w14:paraId="7D12DFBB" w14:textId="77777777" w:rsidR="00000B84" w:rsidRDefault="00000000">
            <w:pPr>
              <w:pStyle w:val="TableText"/>
            </w:pPr>
            <w:r>
              <w:t>2312 / 2313</w:t>
            </w:r>
          </w:p>
        </w:tc>
        <w:tc>
          <w:tcPr>
            <w:tcW w:w="4630" w:type="dxa"/>
            <w:shd w:val="clear" w:color="auto" w:fill="F0F5F2"/>
          </w:tcPr>
          <w:p w14:paraId="581DF820" w14:textId="77777777" w:rsidR="00000B84" w:rsidRDefault="00000000">
            <w:pPr>
              <w:pStyle w:val="TableText"/>
            </w:pPr>
            <w:r>
              <w:t>Gertrudes Gertrudes Da Graça Inácio</w:t>
            </w:r>
          </w:p>
        </w:tc>
        <w:tc>
          <w:tcPr>
            <w:tcW w:w="4110" w:type="dxa"/>
            <w:shd w:val="clear" w:color="auto" w:fill="F0F5F2"/>
          </w:tcPr>
          <w:p w14:paraId="10C4D2BF" w14:textId="77777777" w:rsidR="00000B84" w:rsidRDefault="00000000">
            <w:pPr>
              <w:pStyle w:val="TableText"/>
            </w:pPr>
            <w:r>
              <w:t>Gertrudes Gertrudes Inácio</w:t>
            </w:r>
          </w:p>
        </w:tc>
      </w:tr>
      <w:tr w:rsidR="00000B84" w14:paraId="2DF6F99A" w14:textId="77777777">
        <w:trPr>
          <w:cantSplit/>
        </w:trPr>
        <w:tc>
          <w:tcPr>
            <w:tcW w:w="1406" w:type="dxa"/>
            <w:shd w:val="clear" w:color="auto" w:fill="FFFFFF"/>
          </w:tcPr>
          <w:p w14:paraId="4514A341" w14:textId="77777777" w:rsidR="00000B84" w:rsidRDefault="00000000">
            <w:pPr>
              <w:pStyle w:val="TableText"/>
            </w:pPr>
            <w:r>
              <w:t>2316 / 2317</w:t>
            </w:r>
          </w:p>
        </w:tc>
        <w:tc>
          <w:tcPr>
            <w:tcW w:w="4630" w:type="dxa"/>
            <w:shd w:val="clear" w:color="auto" w:fill="FFFFFF"/>
          </w:tcPr>
          <w:p w14:paraId="43C7E083" w14:textId="77777777" w:rsidR="00000B84" w:rsidRDefault="00000000">
            <w:pPr>
              <w:pStyle w:val="TableText"/>
            </w:pPr>
            <w:r>
              <w:t>Gessica Samisse Varela Domingos Varela</w:t>
            </w:r>
          </w:p>
        </w:tc>
        <w:tc>
          <w:tcPr>
            <w:tcW w:w="4110" w:type="dxa"/>
            <w:shd w:val="clear" w:color="auto" w:fill="FFFFFF"/>
          </w:tcPr>
          <w:p w14:paraId="65FCCAA5" w14:textId="77777777" w:rsidR="00000B84" w:rsidRDefault="00000000">
            <w:pPr>
              <w:pStyle w:val="TableText"/>
            </w:pPr>
            <w:r>
              <w:t>Gessica Samisse Varela</w:t>
            </w:r>
          </w:p>
        </w:tc>
      </w:tr>
      <w:tr w:rsidR="00000B84" w14:paraId="32E156CD" w14:textId="77777777">
        <w:trPr>
          <w:cantSplit/>
        </w:trPr>
        <w:tc>
          <w:tcPr>
            <w:tcW w:w="1406" w:type="dxa"/>
            <w:shd w:val="clear" w:color="auto" w:fill="F0F5F2"/>
          </w:tcPr>
          <w:p w14:paraId="76D264BB" w14:textId="77777777" w:rsidR="00000B84" w:rsidRDefault="00000000">
            <w:pPr>
              <w:pStyle w:val="TableText"/>
            </w:pPr>
            <w:r>
              <w:t>2341 / 2342</w:t>
            </w:r>
          </w:p>
        </w:tc>
        <w:tc>
          <w:tcPr>
            <w:tcW w:w="4630" w:type="dxa"/>
            <w:shd w:val="clear" w:color="auto" w:fill="F0F5F2"/>
          </w:tcPr>
          <w:p w14:paraId="006F4755" w14:textId="77777777" w:rsidR="00000B84" w:rsidRDefault="00000000">
            <w:pPr>
              <w:pStyle w:val="TableText"/>
            </w:pPr>
            <w:r>
              <w:t>Gina Adelino Malia Adelino Malia</w:t>
            </w:r>
          </w:p>
        </w:tc>
        <w:tc>
          <w:tcPr>
            <w:tcW w:w="4110" w:type="dxa"/>
            <w:shd w:val="clear" w:color="auto" w:fill="F0F5F2"/>
          </w:tcPr>
          <w:p w14:paraId="481042D9" w14:textId="77777777" w:rsidR="00000B84" w:rsidRDefault="00000000">
            <w:pPr>
              <w:pStyle w:val="TableText"/>
            </w:pPr>
            <w:r>
              <w:t>Gina Adelino Malia</w:t>
            </w:r>
          </w:p>
        </w:tc>
      </w:tr>
      <w:tr w:rsidR="00000B84" w14:paraId="3361CDEB" w14:textId="77777777">
        <w:trPr>
          <w:cantSplit/>
        </w:trPr>
        <w:tc>
          <w:tcPr>
            <w:tcW w:w="1406" w:type="dxa"/>
            <w:shd w:val="clear" w:color="auto" w:fill="FFFFFF"/>
          </w:tcPr>
          <w:p w14:paraId="09CBBEDB" w14:textId="77777777" w:rsidR="00000B84" w:rsidRDefault="00000000">
            <w:pPr>
              <w:pStyle w:val="TableText"/>
            </w:pPr>
            <w:r>
              <w:t>2369 / 2370</w:t>
            </w:r>
          </w:p>
        </w:tc>
        <w:tc>
          <w:tcPr>
            <w:tcW w:w="4630" w:type="dxa"/>
            <w:shd w:val="clear" w:color="auto" w:fill="FFFFFF"/>
          </w:tcPr>
          <w:p w14:paraId="68659CDD" w14:textId="77777777" w:rsidR="00000B84" w:rsidRDefault="00000000">
            <w:pPr>
              <w:pStyle w:val="TableText"/>
            </w:pPr>
            <w:r>
              <w:t>Gina Victor Nicala Gina Victor João Nicala</w:t>
            </w:r>
          </w:p>
        </w:tc>
        <w:tc>
          <w:tcPr>
            <w:tcW w:w="4110" w:type="dxa"/>
            <w:shd w:val="clear" w:color="auto" w:fill="FFFFFF"/>
          </w:tcPr>
          <w:p w14:paraId="1D3FCB2A" w14:textId="77777777" w:rsidR="00000B84" w:rsidRDefault="00000000">
            <w:pPr>
              <w:pStyle w:val="TableText"/>
            </w:pPr>
            <w:r>
              <w:t>Gina Victor Nicala</w:t>
            </w:r>
          </w:p>
        </w:tc>
      </w:tr>
      <w:tr w:rsidR="00000B84" w14:paraId="33AC90E3" w14:textId="77777777">
        <w:trPr>
          <w:cantSplit/>
        </w:trPr>
        <w:tc>
          <w:tcPr>
            <w:tcW w:w="1406" w:type="dxa"/>
            <w:shd w:val="clear" w:color="auto" w:fill="F0F5F2"/>
          </w:tcPr>
          <w:p w14:paraId="4A258B09" w14:textId="77777777" w:rsidR="00000B84" w:rsidRDefault="00000000">
            <w:pPr>
              <w:pStyle w:val="TableText"/>
            </w:pPr>
            <w:r>
              <w:t>2412 / 2413</w:t>
            </w:r>
          </w:p>
        </w:tc>
        <w:tc>
          <w:tcPr>
            <w:tcW w:w="4630" w:type="dxa"/>
            <w:shd w:val="clear" w:color="auto" w:fill="F0F5F2"/>
          </w:tcPr>
          <w:p w14:paraId="1D53A9DE" w14:textId="77777777" w:rsidR="00000B84" w:rsidRDefault="00000000">
            <w:pPr>
              <w:pStyle w:val="TableText"/>
            </w:pPr>
            <w:r>
              <w:t>Graciela Graciel Graciela Graciel Gomes Mundeia</w:t>
            </w:r>
          </w:p>
        </w:tc>
        <w:tc>
          <w:tcPr>
            <w:tcW w:w="4110" w:type="dxa"/>
            <w:shd w:val="clear" w:color="auto" w:fill="F0F5F2"/>
          </w:tcPr>
          <w:p w14:paraId="2DA87C12" w14:textId="77777777" w:rsidR="00000B84" w:rsidRDefault="00000000">
            <w:pPr>
              <w:pStyle w:val="TableText"/>
            </w:pPr>
            <w:r>
              <w:t>Graciela Graciel Mundeia</w:t>
            </w:r>
          </w:p>
        </w:tc>
      </w:tr>
      <w:tr w:rsidR="00000B84" w14:paraId="7F5A7BDB" w14:textId="77777777">
        <w:trPr>
          <w:cantSplit/>
        </w:trPr>
        <w:tc>
          <w:tcPr>
            <w:tcW w:w="1406" w:type="dxa"/>
            <w:shd w:val="clear" w:color="auto" w:fill="FFFFFF"/>
          </w:tcPr>
          <w:p w14:paraId="7E3F1FD7" w14:textId="77777777" w:rsidR="00000B84" w:rsidRDefault="00000000">
            <w:pPr>
              <w:pStyle w:val="TableText"/>
            </w:pPr>
            <w:r>
              <w:t>2415 / 2416</w:t>
            </w:r>
          </w:p>
        </w:tc>
        <w:tc>
          <w:tcPr>
            <w:tcW w:w="4630" w:type="dxa"/>
            <w:shd w:val="clear" w:color="auto" w:fill="FFFFFF"/>
          </w:tcPr>
          <w:p w14:paraId="56B570F7" w14:textId="77777777" w:rsidR="00000B84" w:rsidRDefault="00000000">
            <w:pPr>
              <w:pStyle w:val="TableText"/>
            </w:pPr>
            <w:r>
              <w:t>Graciela Manuel Albino De Souza</w:t>
            </w:r>
          </w:p>
        </w:tc>
        <w:tc>
          <w:tcPr>
            <w:tcW w:w="4110" w:type="dxa"/>
            <w:shd w:val="clear" w:color="auto" w:fill="FFFFFF"/>
          </w:tcPr>
          <w:p w14:paraId="09BBA94C" w14:textId="77777777" w:rsidR="00000B84" w:rsidRDefault="00000000">
            <w:pPr>
              <w:pStyle w:val="TableText"/>
            </w:pPr>
            <w:r>
              <w:t>Graciela Manuel De Souza</w:t>
            </w:r>
          </w:p>
        </w:tc>
      </w:tr>
      <w:tr w:rsidR="00000B84" w14:paraId="79445A70" w14:textId="77777777">
        <w:trPr>
          <w:cantSplit/>
        </w:trPr>
        <w:tc>
          <w:tcPr>
            <w:tcW w:w="1406" w:type="dxa"/>
            <w:shd w:val="clear" w:color="auto" w:fill="F0F5F2"/>
          </w:tcPr>
          <w:p w14:paraId="4D4E8A0D" w14:textId="77777777" w:rsidR="00000B84" w:rsidRDefault="00000000">
            <w:pPr>
              <w:pStyle w:val="TableText"/>
            </w:pPr>
            <w:r>
              <w:t>2418 / 2419</w:t>
            </w:r>
          </w:p>
        </w:tc>
        <w:tc>
          <w:tcPr>
            <w:tcW w:w="4630" w:type="dxa"/>
            <w:shd w:val="clear" w:color="auto" w:fill="F0F5F2"/>
          </w:tcPr>
          <w:p w14:paraId="5912FA8D" w14:textId="77777777" w:rsidR="00000B84" w:rsidRDefault="00000000">
            <w:pPr>
              <w:pStyle w:val="TableText"/>
            </w:pPr>
            <w:r>
              <w:t>Gracinda Carlos Pereira Carlos Pereira Murima</w:t>
            </w:r>
          </w:p>
        </w:tc>
        <w:tc>
          <w:tcPr>
            <w:tcW w:w="4110" w:type="dxa"/>
            <w:shd w:val="clear" w:color="auto" w:fill="F0F5F2"/>
          </w:tcPr>
          <w:p w14:paraId="4822C74B" w14:textId="77777777" w:rsidR="00000B84" w:rsidRDefault="00000000">
            <w:pPr>
              <w:pStyle w:val="TableText"/>
            </w:pPr>
            <w:r>
              <w:t>Gracinda Carlos Murima</w:t>
            </w:r>
          </w:p>
        </w:tc>
      </w:tr>
      <w:tr w:rsidR="00000B84" w14:paraId="5E496D05" w14:textId="77777777">
        <w:trPr>
          <w:cantSplit/>
        </w:trPr>
        <w:tc>
          <w:tcPr>
            <w:tcW w:w="1406" w:type="dxa"/>
            <w:shd w:val="clear" w:color="auto" w:fill="FFFFFF"/>
          </w:tcPr>
          <w:p w14:paraId="4E4E84DB" w14:textId="77777777" w:rsidR="00000B84" w:rsidRDefault="00000000">
            <w:pPr>
              <w:pStyle w:val="TableText"/>
            </w:pPr>
            <w:r>
              <w:t>2420 / 2421</w:t>
            </w:r>
          </w:p>
        </w:tc>
        <w:tc>
          <w:tcPr>
            <w:tcW w:w="4630" w:type="dxa"/>
            <w:shd w:val="clear" w:color="auto" w:fill="FFFFFF"/>
          </w:tcPr>
          <w:p w14:paraId="354B9D4D" w14:textId="77777777" w:rsidR="00000B84" w:rsidRDefault="00000000">
            <w:pPr>
              <w:pStyle w:val="TableText"/>
            </w:pPr>
            <w:r>
              <w:t>Gracinda Gracinda César Dos Santos</w:t>
            </w:r>
          </w:p>
        </w:tc>
        <w:tc>
          <w:tcPr>
            <w:tcW w:w="4110" w:type="dxa"/>
            <w:shd w:val="clear" w:color="auto" w:fill="FFFFFF"/>
          </w:tcPr>
          <w:p w14:paraId="30DE6159" w14:textId="77777777" w:rsidR="00000B84" w:rsidRDefault="00000000">
            <w:pPr>
              <w:pStyle w:val="TableText"/>
            </w:pPr>
            <w:r>
              <w:t>Gracinda Gracinda Dos Santos</w:t>
            </w:r>
          </w:p>
        </w:tc>
      </w:tr>
      <w:tr w:rsidR="00000B84" w14:paraId="737174E1" w14:textId="77777777">
        <w:trPr>
          <w:cantSplit/>
        </w:trPr>
        <w:tc>
          <w:tcPr>
            <w:tcW w:w="1406" w:type="dxa"/>
            <w:shd w:val="clear" w:color="auto" w:fill="F0F5F2"/>
          </w:tcPr>
          <w:p w14:paraId="41E842EA" w14:textId="77777777" w:rsidR="00000B84" w:rsidRDefault="00000000">
            <w:pPr>
              <w:pStyle w:val="TableText"/>
            </w:pPr>
            <w:r>
              <w:t>2421 / 2422</w:t>
            </w:r>
          </w:p>
        </w:tc>
        <w:tc>
          <w:tcPr>
            <w:tcW w:w="4630" w:type="dxa"/>
            <w:shd w:val="clear" w:color="auto" w:fill="F0F5F2"/>
          </w:tcPr>
          <w:p w14:paraId="065BECA5" w14:textId="77777777" w:rsidR="00000B84" w:rsidRDefault="00000000">
            <w:pPr>
              <w:pStyle w:val="TableText"/>
            </w:pPr>
            <w:r>
              <w:t>Gracinda Gracinda Tomás António Mussafo</w:t>
            </w:r>
          </w:p>
        </w:tc>
        <w:tc>
          <w:tcPr>
            <w:tcW w:w="4110" w:type="dxa"/>
            <w:shd w:val="clear" w:color="auto" w:fill="F0F5F2"/>
          </w:tcPr>
          <w:p w14:paraId="0F921D0F" w14:textId="77777777" w:rsidR="00000B84" w:rsidRDefault="00000000">
            <w:pPr>
              <w:pStyle w:val="TableText"/>
            </w:pPr>
            <w:r>
              <w:t>Gracinda Gracinda Mussafo</w:t>
            </w:r>
          </w:p>
        </w:tc>
      </w:tr>
      <w:tr w:rsidR="00000B84" w14:paraId="45E7C180" w14:textId="77777777">
        <w:trPr>
          <w:cantSplit/>
        </w:trPr>
        <w:tc>
          <w:tcPr>
            <w:tcW w:w="1406" w:type="dxa"/>
            <w:shd w:val="clear" w:color="auto" w:fill="FFFFFF"/>
          </w:tcPr>
          <w:p w14:paraId="629DD0ED" w14:textId="77777777" w:rsidR="00000B84" w:rsidRDefault="00000000">
            <w:pPr>
              <w:pStyle w:val="TableText"/>
            </w:pPr>
            <w:r>
              <w:t>2426 / 2427</w:t>
            </w:r>
          </w:p>
        </w:tc>
        <w:tc>
          <w:tcPr>
            <w:tcW w:w="4630" w:type="dxa"/>
            <w:shd w:val="clear" w:color="auto" w:fill="FFFFFF"/>
          </w:tcPr>
          <w:p w14:paraId="5B64F13B" w14:textId="77777777" w:rsidR="00000B84" w:rsidRDefault="00000000">
            <w:pPr>
              <w:pStyle w:val="TableText"/>
            </w:pPr>
            <w:r>
              <w:t>Guelcy Paulino Branquinho Branquinho</w:t>
            </w:r>
          </w:p>
        </w:tc>
        <w:tc>
          <w:tcPr>
            <w:tcW w:w="4110" w:type="dxa"/>
            <w:shd w:val="clear" w:color="auto" w:fill="FFFFFF"/>
          </w:tcPr>
          <w:p w14:paraId="4A875C2B" w14:textId="77777777" w:rsidR="00000B84" w:rsidRDefault="00000000">
            <w:pPr>
              <w:pStyle w:val="TableText"/>
            </w:pPr>
            <w:r>
              <w:t>Guelcy Paulino Branquinho</w:t>
            </w:r>
          </w:p>
        </w:tc>
      </w:tr>
      <w:tr w:rsidR="00000B84" w14:paraId="1F424B7B" w14:textId="77777777">
        <w:trPr>
          <w:cantSplit/>
        </w:trPr>
        <w:tc>
          <w:tcPr>
            <w:tcW w:w="1406" w:type="dxa"/>
            <w:shd w:val="clear" w:color="auto" w:fill="F0F5F2"/>
          </w:tcPr>
          <w:p w14:paraId="66F72A35" w14:textId="77777777" w:rsidR="00000B84" w:rsidRDefault="00000000">
            <w:pPr>
              <w:pStyle w:val="TableText"/>
            </w:pPr>
            <w:r>
              <w:t>2441 / 2442</w:t>
            </w:r>
          </w:p>
        </w:tc>
        <w:tc>
          <w:tcPr>
            <w:tcW w:w="4630" w:type="dxa"/>
            <w:shd w:val="clear" w:color="auto" w:fill="F0F5F2"/>
          </w:tcPr>
          <w:p w14:paraId="331B23DF" w14:textId="77777777" w:rsidR="00000B84" w:rsidRDefault="00000000">
            <w:pPr>
              <w:pStyle w:val="TableText"/>
            </w:pPr>
            <w:r>
              <w:t>Guinane Esmael Xavier Maninguete</w:t>
            </w:r>
          </w:p>
        </w:tc>
        <w:tc>
          <w:tcPr>
            <w:tcW w:w="4110" w:type="dxa"/>
            <w:shd w:val="clear" w:color="auto" w:fill="F0F5F2"/>
          </w:tcPr>
          <w:p w14:paraId="333BFC14" w14:textId="77777777" w:rsidR="00000B84" w:rsidRDefault="00000000">
            <w:pPr>
              <w:pStyle w:val="TableText"/>
            </w:pPr>
            <w:r>
              <w:t>Guinane Esmael Maninguete</w:t>
            </w:r>
          </w:p>
        </w:tc>
      </w:tr>
      <w:tr w:rsidR="00000B84" w14:paraId="3A36FE8C" w14:textId="77777777">
        <w:trPr>
          <w:cantSplit/>
        </w:trPr>
        <w:tc>
          <w:tcPr>
            <w:tcW w:w="1406" w:type="dxa"/>
            <w:shd w:val="clear" w:color="auto" w:fill="FFFFFF"/>
          </w:tcPr>
          <w:p w14:paraId="4D567AB6" w14:textId="77777777" w:rsidR="00000B84" w:rsidRDefault="00000000">
            <w:pPr>
              <w:pStyle w:val="TableText"/>
            </w:pPr>
            <w:r>
              <w:t>2447 / 2448</w:t>
            </w:r>
          </w:p>
        </w:tc>
        <w:tc>
          <w:tcPr>
            <w:tcW w:w="4630" w:type="dxa"/>
            <w:shd w:val="clear" w:color="auto" w:fill="FFFFFF"/>
          </w:tcPr>
          <w:p w14:paraId="09AE6778" w14:textId="77777777" w:rsidR="00000B84" w:rsidRDefault="00000000">
            <w:pPr>
              <w:pStyle w:val="TableText"/>
            </w:pPr>
            <w:r>
              <w:t>Hanny Carlitos Alfredo Aboo Bacar</w:t>
            </w:r>
          </w:p>
        </w:tc>
        <w:tc>
          <w:tcPr>
            <w:tcW w:w="4110" w:type="dxa"/>
            <w:shd w:val="clear" w:color="auto" w:fill="FFFFFF"/>
          </w:tcPr>
          <w:p w14:paraId="02C427C9" w14:textId="77777777" w:rsidR="00000B84" w:rsidRDefault="00000000">
            <w:pPr>
              <w:pStyle w:val="TableText"/>
            </w:pPr>
            <w:r>
              <w:t>Hanny Carlitos Bacar</w:t>
            </w:r>
          </w:p>
        </w:tc>
      </w:tr>
      <w:tr w:rsidR="00000B84" w14:paraId="39D9DFB9" w14:textId="77777777">
        <w:trPr>
          <w:cantSplit/>
        </w:trPr>
        <w:tc>
          <w:tcPr>
            <w:tcW w:w="1406" w:type="dxa"/>
            <w:shd w:val="clear" w:color="auto" w:fill="F0F5F2"/>
          </w:tcPr>
          <w:p w14:paraId="6AD00100" w14:textId="77777777" w:rsidR="00000B84" w:rsidRDefault="00000000">
            <w:pPr>
              <w:pStyle w:val="TableText"/>
            </w:pPr>
            <w:r>
              <w:t>2454 / 2455</w:t>
            </w:r>
          </w:p>
        </w:tc>
        <w:tc>
          <w:tcPr>
            <w:tcW w:w="4630" w:type="dxa"/>
            <w:shd w:val="clear" w:color="auto" w:fill="F0F5F2"/>
          </w:tcPr>
          <w:p w14:paraId="48C33A10" w14:textId="77777777" w:rsidR="00000B84" w:rsidRDefault="00000000">
            <w:pPr>
              <w:pStyle w:val="TableText"/>
            </w:pPr>
            <w:r>
              <w:t>Helena Anselmo Mariano Mudebelo</w:t>
            </w:r>
          </w:p>
        </w:tc>
        <w:tc>
          <w:tcPr>
            <w:tcW w:w="4110" w:type="dxa"/>
            <w:shd w:val="clear" w:color="auto" w:fill="F0F5F2"/>
          </w:tcPr>
          <w:p w14:paraId="0497425F" w14:textId="77777777" w:rsidR="00000B84" w:rsidRDefault="00000000">
            <w:pPr>
              <w:pStyle w:val="TableText"/>
            </w:pPr>
            <w:r>
              <w:t>Helena Anselmo Mudebelo</w:t>
            </w:r>
          </w:p>
        </w:tc>
      </w:tr>
      <w:tr w:rsidR="00000B84" w14:paraId="726DDFB2" w14:textId="77777777">
        <w:trPr>
          <w:cantSplit/>
        </w:trPr>
        <w:tc>
          <w:tcPr>
            <w:tcW w:w="1406" w:type="dxa"/>
            <w:shd w:val="clear" w:color="auto" w:fill="FFFFFF"/>
          </w:tcPr>
          <w:p w14:paraId="7668924C" w14:textId="77777777" w:rsidR="00000B84" w:rsidRDefault="00000000">
            <w:pPr>
              <w:pStyle w:val="TableText"/>
            </w:pPr>
            <w:r>
              <w:t>2465 / 2466</w:t>
            </w:r>
          </w:p>
        </w:tc>
        <w:tc>
          <w:tcPr>
            <w:tcW w:w="4630" w:type="dxa"/>
            <w:shd w:val="clear" w:color="auto" w:fill="FFFFFF"/>
          </w:tcPr>
          <w:p w14:paraId="24C16280" w14:textId="77777777" w:rsidR="00000B84" w:rsidRDefault="00000000">
            <w:pPr>
              <w:pStyle w:val="TableText"/>
            </w:pPr>
            <w:r>
              <w:t>Helena Domingos Macário Macário</w:t>
            </w:r>
          </w:p>
        </w:tc>
        <w:tc>
          <w:tcPr>
            <w:tcW w:w="4110" w:type="dxa"/>
            <w:shd w:val="clear" w:color="auto" w:fill="FFFFFF"/>
          </w:tcPr>
          <w:p w14:paraId="29EC89C4" w14:textId="77777777" w:rsidR="00000B84" w:rsidRDefault="00000000">
            <w:pPr>
              <w:pStyle w:val="TableText"/>
            </w:pPr>
            <w:r>
              <w:t>Helena Domingos Macário</w:t>
            </w:r>
          </w:p>
        </w:tc>
      </w:tr>
      <w:tr w:rsidR="00000B84" w14:paraId="0E0BB400" w14:textId="77777777">
        <w:trPr>
          <w:cantSplit/>
        </w:trPr>
        <w:tc>
          <w:tcPr>
            <w:tcW w:w="1406" w:type="dxa"/>
            <w:shd w:val="clear" w:color="auto" w:fill="F0F5F2"/>
          </w:tcPr>
          <w:p w14:paraId="7C2B920B" w14:textId="77777777" w:rsidR="00000B84" w:rsidRDefault="00000000">
            <w:pPr>
              <w:pStyle w:val="TableText"/>
            </w:pPr>
            <w:r>
              <w:t>2469 / 2470</w:t>
            </w:r>
          </w:p>
        </w:tc>
        <w:tc>
          <w:tcPr>
            <w:tcW w:w="4630" w:type="dxa"/>
            <w:shd w:val="clear" w:color="auto" w:fill="F0F5F2"/>
          </w:tcPr>
          <w:p w14:paraId="2E8E9CDE" w14:textId="77777777" w:rsidR="00000B84" w:rsidRDefault="00000000">
            <w:pPr>
              <w:pStyle w:val="TableText"/>
            </w:pPr>
            <w:r>
              <w:t>Helena Gonçalves Valentim Germano Gonçalves</w:t>
            </w:r>
          </w:p>
        </w:tc>
        <w:tc>
          <w:tcPr>
            <w:tcW w:w="4110" w:type="dxa"/>
            <w:shd w:val="clear" w:color="auto" w:fill="F0F5F2"/>
          </w:tcPr>
          <w:p w14:paraId="3024C7A4" w14:textId="77777777" w:rsidR="00000B84" w:rsidRDefault="00000000">
            <w:pPr>
              <w:pStyle w:val="TableText"/>
            </w:pPr>
            <w:r>
              <w:t>Helena Gonçalves Gonçalves</w:t>
            </w:r>
          </w:p>
        </w:tc>
      </w:tr>
      <w:tr w:rsidR="00000B84" w14:paraId="12ED0807" w14:textId="77777777">
        <w:trPr>
          <w:cantSplit/>
        </w:trPr>
        <w:tc>
          <w:tcPr>
            <w:tcW w:w="1406" w:type="dxa"/>
            <w:shd w:val="clear" w:color="auto" w:fill="FFFFFF"/>
          </w:tcPr>
          <w:p w14:paraId="72051A2C" w14:textId="77777777" w:rsidR="00000B84" w:rsidRDefault="00000000">
            <w:pPr>
              <w:pStyle w:val="TableText"/>
            </w:pPr>
            <w:r>
              <w:t>2483 / 2484</w:t>
            </w:r>
          </w:p>
        </w:tc>
        <w:tc>
          <w:tcPr>
            <w:tcW w:w="4630" w:type="dxa"/>
            <w:shd w:val="clear" w:color="auto" w:fill="FFFFFF"/>
          </w:tcPr>
          <w:p w14:paraId="48C9F056" w14:textId="77777777" w:rsidR="00000B84" w:rsidRDefault="00000000">
            <w:pPr>
              <w:pStyle w:val="TableText"/>
            </w:pPr>
            <w:r>
              <w:t>Helena Paulo Paiva Algumassa Bonde</w:t>
            </w:r>
          </w:p>
        </w:tc>
        <w:tc>
          <w:tcPr>
            <w:tcW w:w="4110" w:type="dxa"/>
            <w:shd w:val="clear" w:color="auto" w:fill="FFFFFF"/>
          </w:tcPr>
          <w:p w14:paraId="0615F1E1" w14:textId="77777777" w:rsidR="00000B84" w:rsidRDefault="00000000">
            <w:pPr>
              <w:pStyle w:val="TableText"/>
            </w:pPr>
            <w:r>
              <w:t>Helena Paulo Bonde</w:t>
            </w:r>
          </w:p>
        </w:tc>
      </w:tr>
      <w:tr w:rsidR="00000B84" w14:paraId="2C9A9776" w14:textId="77777777">
        <w:trPr>
          <w:cantSplit/>
        </w:trPr>
        <w:tc>
          <w:tcPr>
            <w:tcW w:w="1406" w:type="dxa"/>
            <w:shd w:val="clear" w:color="auto" w:fill="F0F5F2"/>
          </w:tcPr>
          <w:p w14:paraId="2A59AC5E" w14:textId="77777777" w:rsidR="00000B84" w:rsidRDefault="00000000">
            <w:pPr>
              <w:pStyle w:val="TableText"/>
            </w:pPr>
            <w:r>
              <w:t>2491 / 2492</w:t>
            </w:r>
          </w:p>
        </w:tc>
        <w:tc>
          <w:tcPr>
            <w:tcW w:w="4630" w:type="dxa"/>
            <w:shd w:val="clear" w:color="auto" w:fill="F0F5F2"/>
          </w:tcPr>
          <w:p w14:paraId="4D3651FD" w14:textId="77777777" w:rsidR="00000B84" w:rsidRDefault="00000000">
            <w:pPr>
              <w:pStyle w:val="TableText"/>
            </w:pPr>
            <w:r>
              <w:t>Hélia Armando Eugénio Lacerda Chicanda Adamuge</w:t>
            </w:r>
          </w:p>
        </w:tc>
        <w:tc>
          <w:tcPr>
            <w:tcW w:w="4110" w:type="dxa"/>
            <w:shd w:val="clear" w:color="auto" w:fill="F0F5F2"/>
          </w:tcPr>
          <w:p w14:paraId="37F42775" w14:textId="77777777" w:rsidR="00000B84" w:rsidRDefault="00000000">
            <w:pPr>
              <w:pStyle w:val="TableText"/>
            </w:pPr>
            <w:r>
              <w:t>Hélia Armando Adamuge</w:t>
            </w:r>
          </w:p>
        </w:tc>
      </w:tr>
      <w:tr w:rsidR="00000B84" w14:paraId="4F31AE5B" w14:textId="77777777">
        <w:trPr>
          <w:cantSplit/>
        </w:trPr>
        <w:tc>
          <w:tcPr>
            <w:tcW w:w="1406" w:type="dxa"/>
            <w:shd w:val="clear" w:color="auto" w:fill="FFFFFF"/>
          </w:tcPr>
          <w:p w14:paraId="41B1492F" w14:textId="77777777" w:rsidR="00000B84" w:rsidRDefault="00000000">
            <w:pPr>
              <w:pStyle w:val="TableText"/>
            </w:pPr>
            <w:r>
              <w:t>2500 / 2501</w:t>
            </w:r>
          </w:p>
        </w:tc>
        <w:tc>
          <w:tcPr>
            <w:tcW w:w="4630" w:type="dxa"/>
            <w:shd w:val="clear" w:color="auto" w:fill="FFFFFF"/>
          </w:tcPr>
          <w:p w14:paraId="49515635" w14:textId="77777777" w:rsidR="00000B84" w:rsidRDefault="00000000">
            <w:pPr>
              <w:pStyle w:val="TableText"/>
            </w:pPr>
            <w:r>
              <w:t>Hemery Agostinho Celestino Ambrosio</w:t>
            </w:r>
          </w:p>
        </w:tc>
        <w:tc>
          <w:tcPr>
            <w:tcW w:w="4110" w:type="dxa"/>
            <w:shd w:val="clear" w:color="auto" w:fill="FFFFFF"/>
          </w:tcPr>
          <w:p w14:paraId="506509B1" w14:textId="77777777" w:rsidR="00000B84" w:rsidRDefault="00000000">
            <w:pPr>
              <w:pStyle w:val="TableText"/>
            </w:pPr>
            <w:r>
              <w:t>Hemery Agostinho Ambrosio</w:t>
            </w:r>
          </w:p>
        </w:tc>
      </w:tr>
      <w:tr w:rsidR="00000B84" w14:paraId="0715177B" w14:textId="77777777">
        <w:trPr>
          <w:cantSplit/>
        </w:trPr>
        <w:tc>
          <w:tcPr>
            <w:tcW w:w="1406" w:type="dxa"/>
            <w:shd w:val="clear" w:color="auto" w:fill="F0F5F2"/>
          </w:tcPr>
          <w:p w14:paraId="3FFAB7D8" w14:textId="77777777" w:rsidR="00000B84" w:rsidRDefault="00000000">
            <w:pPr>
              <w:pStyle w:val="TableText"/>
            </w:pPr>
            <w:r>
              <w:t>2502 / 2503</w:t>
            </w:r>
          </w:p>
        </w:tc>
        <w:tc>
          <w:tcPr>
            <w:tcW w:w="4630" w:type="dxa"/>
            <w:shd w:val="clear" w:color="auto" w:fill="F0F5F2"/>
          </w:tcPr>
          <w:p w14:paraId="106BAAB2" w14:textId="77777777" w:rsidR="00000B84" w:rsidRDefault="00000000">
            <w:pPr>
              <w:pStyle w:val="TableText"/>
            </w:pPr>
            <w:r>
              <w:t>Henriqueta Francisco Erina Assado</w:t>
            </w:r>
          </w:p>
        </w:tc>
        <w:tc>
          <w:tcPr>
            <w:tcW w:w="4110" w:type="dxa"/>
            <w:shd w:val="clear" w:color="auto" w:fill="F0F5F2"/>
          </w:tcPr>
          <w:p w14:paraId="0D801E3F" w14:textId="77777777" w:rsidR="00000B84" w:rsidRDefault="00000000">
            <w:pPr>
              <w:pStyle w:val="TableText"/>
            </w:pPr>
            <w:r>
              <w:t>Henriqueta Francisco Assado</w:t>
            </w:r>
          </w:p>
        </w:tc>
      </w:tr>
      <w:tr w:rsidR="00000B84" w14:paraId="19C06933" w14:textId="77777777">
        <w:trPr>
          <w:cantSplit/>
        </w:trPr>
        <w:tc>
          <w:tcPr>
            <w:tcW w:w="1406" w:type="dxa"/>
            <w:shd w:val="clear" w:color="auto" w:fill="FFFFFF"/>
          </w:tcPr>
          <w:p w14:paraId="4F326CD3" w14:textId="77777777" w:rsidR="00000B84" w:rsidRDefault="00000000">
            <w:pPr>
              <w:pStyle w:val="TableText"/>
            </w:pPr>
            <w:r>
              <w:t>2504 / 2505</w:t>
            </w:r>
          </w:p>
        </w:tc>
        <w:tc>
          <w:tcPr>
            <w:tcW w:w="4630" w:type="dxa"/>
            <w:shd w:val="clear" w:color="auto" w:fill="FFFFFF"/>
          </w:tcPr>
          <w:p w14:paraId="5C85BBC2" w14:textId="77777777" w:rsidR="00000B84" w:rsidRDefault="00000000">
            <w:pPr>
              <w:pStyle w:val="TableText"/>
            </w:pPr>
            <w:r>
              <w:t>Hérica De Amade Hérica De Amade Ossulande</w:t>
            </w:r>
          </w:p>
        </w:tc>
        <w:tc>
          <w:tcPr>
            <w:tcW w:w="4110" w:type="dxa"/>
            <w:shd w:val="clear" w:color="auto" w:fill="FFFFFF"/>
          </w:tcPr>
          <w:p w14:paraId="1180EAE7" w14:textId="77777777" w:rsidR="00000B84" w:rsidRDefault="00000000">
            <w:pPr>
              <w:pStyle w:val="TableText"/>
            </w:pPr>
            <w:r>
              <w:t>Hérica De Amade Ossulande</w:t>
            </w:r>
          </w:p>
        </w:tc>
      </w:tr>
      <w:tr w:rsidR="00000B84" w14:paraId="27DAD789" w14:textId="77777777">
        <w:trPr>
          <w:cantSplit/>
        </w:trPr>
        <w:tc>
          <w:tcPr>
            <w:tcW w:w="1406" w:type="dxa"/>
            <w:shd w:val="clear" w:color="auto" w:fill="F0F5F2"/>
          </w:tcPr>
          <w:p w14:paraId="059095BC" w14:textId="77777777" w:rsidR="00000B84" w:rsidRDefault="00000000">
            <w:pPr>
              <w:pStyle w:val="TableText"/>
            </w:pPr>
            <w:r>
              <w:t>2506 / 2507</w:t>
            </w:r>
          </w:p>
        </w:tc>
        <w:tc>
          <w:tcPr>
            <w:tcW w:w="4630" w:type="dxa"/>
            <w:shd w:val="clear" w:color="auto" w:fill="F0F5F2"/>
          </w:tcPr>
          <w:p w14:paraId="16CCF65C" w14:textId="77777777" w:rsidR="00000B84" w:rsidRDefault="00000000">
            <w:pPr>
              <w:pStyle w:val="TableText"/>
            </w:pPr>
            <w:r>
              <w:t>Heriqueta Eliseu Francisco Alfaiate</w:t>
            </w:r>
          </w:p>
        </w:tc>
        <w:tc>
          <w:tcPr>
            <w:tcW w:w="4110" w:type="dxa"/>
            <w:shd w:val="clear" w:color="auto" w:fill="F0F5F2"/>
          </w:tcPr>
          <w:p w14:paraId="5013EF94" w14:textId="77777777" w:rsidR="00000B84" w:rsidRDefault="00000000">
            <w:pPr>
              <w:pStyle w:val="TableText"/>
            </w:pPr>
            <w:r>
              <w:t>Heriqueta Eliseu Alfaiate</w:t>
            </w:r>
          </w:p>
        </w:tc>
      </w:tr>
      <w:tr w:rsidR="00000B84" w14:paraId="5112A61C" w14:textId="77777777">
        <w:trPr>
          <w:cantSplit/>
        </w:trPr>
        <w:tc>
          <w:tcPr>
            <w:tcW w:w="1406" w:type="dxa"/>
            <w:shd w:val="clear" w:color="auto" w:fill="FFFFFF"/>
          </w:tcPr>
          <w:p w14:paraId="118B6349" w14:textId="77777777" w:rsidR="00000B84" w:rsidRDefault="00000000">
            <w:pPr>
              <w:pStyle w:val="TableText"/>
            </w:pPr>
            <w:r>
              <w:t>2512 / 2513</w:t>
            </w:r>
          </w:p>
        </w:tc>
        <w:tc>
          <w:tcPr>
            <w:tcW w:w="4630" w:type="dxa"/>
            <w:shd w:val="clear" w:color="auto" w:fill="FFFFFF"/>
          </w:tcPr>
          <w:p w14:paraId="2B6CAA0F" w14:textId="77777777" w:rsidR="00000B84" w:rsidRDefault="00000000">
            <w:pPr>
              <w:pStyle w:val="TableText"/>
            </w:pPr>
            <w:r>
              <w:t>Hermínia Hermíniio Alicene Alicene</w:t>
            </w:r>
          </w:p>
        </w:tc>
        <w:tc>
          <w:tcPr>
            <w:tcW w:w="4110" w:type="dxa"/>
            <w:shd w:val="clear" w:color="auto" w:fill="FFFFFF"/>
          </w:tcPr>
          <w:p w14:paraId="02C4C051" w14:textId="77777777" w:rsidR="00000B84" w:rsidRDefault="00000000">
            <w:pPr>
              <w:pStyle w:val="TableText"/>
            </w:pPr>
            <w:r>
              <w:t>Hermínia Hermíniio Alicene</w:t>
            </w:r>
          </w:p>
        </w:tc>
      </w:tr>
      <w:tr w:rsidR="00000B84" w14:paraId="439436A1" w14:textId="77777777">
        <w:trPr>
          <w:cantSplit/>
        </w:trPr>
        <w:tc>
          <w:tcPr>
            <w:tcW w:w="1406" w:type="dxa"/>
            <w:shd w:val="clear" w:color="auto" w:fill="F0F5F2"/>
          </w:tcPr>
          <w:p w14:paraId="537B7357" w14:textId="77777777" w:rsidR="00000B84" w:rsidRDefault="00000000">
            <w:pPr>
              <w:pStyle w:val="TableText"/>
            </w:pPr>
            <w:r>
              <w:t>2514 / 2515 *</w:t>
            </w:r>
          </w:p>
        </w:tc>
        <w:tc>
          <w:tcPr>
            <w:tcW w:w="4630" w:type="dxa"/>
            <w:shd w:val="clear" w:color="auto" w:fill="F0F5F2"/>
          </w:tcPr>
          <w:p w14:paraId="4204A20D" w14:textId="77777777" w:rsidR="00000B84" w:rsidRDefault="00000000">
            <w:pPr>
              <w:pStyle w:val="TableText"/>
            </w:pPr>
            <w:r>
              <w:t>Herminia Manjor Herminiajuliomanjor</w:t>
            </w:r>
          </w:p>
        </w:tc>
        <w:tc>
          <w:tcPr>
            <w:tcW w:w="4110" w:type="dxa"/>
            <w:shd w:val="clear" w:color="auto" w:fill="F0F5F2"/>
          </w:tcPr>
          <w:p w14:paraId="46C9B792" w14:textId="77777777" w:rsidR="00000B84" w:rsidRDefault="00000000">
            <w:pPr>
              <w:pStyle w:val="TableText"/>
            </w:pPr>
            <w:r>
              <w:t>Herminia Herminiajuliomanjor</w:t>
            </w:r>
          </w:p>
        </w:tc>
      </w:tr>
      <w:tr w:rsidR="00000B84" w14:paraId="74EA3C14" w14:textId="77777777">
        <w:trPr>
          <w:cantSplit/>
        </w:trPr>
        <w:tc>
          <w:tcPr>
            <w:tcW w:w="1406" w:type="dxa"/>
            <w:shd w:val="clear" w:color="auto" w:fill="FFFFFF"/>
          </w:tcPr>
          <w:p w14:paraId="2800891E" w14:textId="77777777" w:rsidR="00000B84" w:rsidRDefault="00000000">
            <w:pPr>
              <w:pStyle w:val="TableText"/>
            </w:pPr>
            <w:r>
              <w:t>2522 / 2523</w:t>
            </w:r>
          </w:p>
        </w:tc>
        <w:tc>
          <w:tcPr>
            <w:tcW w:w="4630" w:type="dxa"/>
            <w:shd w:val="clear" w:color="auto" w:fill="FFFFFF"/>
          </w:tcPr>
          <w:p w14:paraId="37991A71" w14:textId="77777777" w:rsidR="00000B84" w:rsidRDefault="00000000">
            <w:pPr>
              <w:pStyle w:val="TableText"/>
            </w:pPr>
            <w:r>
              <w:t>Horácia Orlando Marques Massanganha</w:t>
            </w:r>
          </w:p>
        </w:tc>
        <w:tc>
          <w:tcPr>
            <w:tcW w:w="4110" w:type="dxa"/>
            <w:shd w:val="clear" w:color="auto" w:fill="FFFFFF"/>
          </w:tcPr>
          <w:p w14:paraId="07983307" w14:textId="77777777" w:rsidR="00000B84" w:rsidRDefault="00000000">
            <w:pPr>
              <w:pStyle w:val="TableText"/>
            </w:pPr>
            <w:r>
              <w:t>Horácia Orlando Massanganha</w:t>
            </w:r>
          </w:p>
        </w:tc>
      </w:tr>
      <w:tr w:rsidR="00000B84" w14:paraId="699078E7" w14:textId="77777777">
        <w:trPr>
          <w:cantSplit/>
        </w:trPr>
        <w:tc>
          <w:tcPr>
            <w:tcW w:w="1406" w:type="dxa"/>
            <w:shd w:val="clear" w:color="auto" w:fill="F0F5F2"/>
          </w:tcPr>
          <w:p w14:paraId="590FAF5E" w14:textId="77777777" w:rsidR="00000B84" w:rsidRDefault="00000000">
            <w:pPr>
              <w:pStyle w:val="TableText"/>
            </w:pPr>
            <w:r>
              <w:t>2535 / 2536</w:t>
            </w:r>
          </w:p>
        </w:tc>
        <w:tc>
          <w:tcPr>
            <w:tcW w:w="4630" w:type="dxa"/>
            <w:shd w:val="clear" w:color="auto" w:fill="F0F5F2"/>
          </w:tcPr>
          <w:p w14:paraId="49C79CC3" w14:textId="77777777" w:rsidR="00000B84" w:rsidRDefault="00000000">
            <w:pPr>
              <w:pStyle w:val="TableText"/>
            </w:pPr>
            <w:r>
              <w:t>Hortência Joaquim Hortência Joaquim Geraldo Laque</w:t>
            </w:r>
          </w:p>
        </w:tc>
        <w:tc>
          <w:tcPr>
            <w:tcW w:w="4110" w:type="dxa"/>
            <w:shd w:val="clear" w:color="auto" w:fill="F0F5F2"/>
          </w:tcPr>
          <w:p w14:paraId="09D5C919" w14:textId="77777777" w:rsidR="00000B84" w:rsidRDefault="00000000">
            <w:pPr>
              <w:pStyle w:val="TableText"/>
            </w:pPr>
            <w:r>
              <w:t>Hortência Joaquim Laque</w:t>
            </w:r>
          </w:p>
        </w:tc>
      </w:tr>
      <w:tr w:rsidR="00000B84" w14:paraId="080F9817" w14:textId="77777777">
        <w:trPr>
          <w:cantSplit/>
        </w:trPr>
        <w:tc>
          <w:tcPr>
            <w:tcW w:w="1406" w:type="dxa"/>
            <w:shd w:val="clear" w:color="auto" w:fill="FFFFFF"/>
          </w:tcPr>
          <w:p w14:paraId="667B384B" w14:textId="77777777" w:rsidR="00000B84" w:rsidRDefault="00000000">
            <w:pPr>
              <w:pStyle w:val="TableText"/>
            </w:pPr>
            <w:r>
              <w:lastRenderedPageBreak/>
              <w:t>2546 / 2547</w:t>
            </w:r>
          </w:p>
        </w:tc>
        <w:tc>
          <w:tcPr>
            <w:tcW w:w="4630" w:type="dxa"/>
            <w:shd w:val="clear" w:color="auto" w:fill="FFFFFF"/>
          </w:tcPr>
          <w:p w14:paraId="202B712F" w14:textId="77777777" w:rsidR="00000B84" w:rsidRDefault="00000000">
            <w:pPr>
              <w:pStyle w:val="TableText"/>
            </w:pPr>
            <w:r>
              <w:t>Iassemine Fernando Manuel Mulala</w:t>
            </w:r>
          </w:p>
        </w:tc>
        <w:tc>
          <w:tcPr>
            <w:tcW w:w="4110" w:type="dxa"/>
            <w:shd w:val="clear" w:color="auto" w:fill="FFFFFF"/>
          </w:tcPr>
          <w:p w14:paraId="3DA1ED0B" w14:textId="77777777" w:rsidR="00000B84" w:rsidRDefault="00000000">
            <w:pPr>
              <w:pStyle w:val="TableText"/>
            </w:pPr>
            <w:r>
              <w:t>Iassemine Fernando Mulala</w:t>
            </w:r>
          </w:p>
        </w:tc>
      </w:tr>
      <w:tr w:rsidR="00000B84" w14:paraId="4F05C5B8" w14:textId="77777777">
        <w:trPr>
          <w:cantSplit/>
        </w:trPr>
        <w:tc>
          <w:tcPr>
            <w:tcW w:w="1406" w:type="dxa"/>
            <w:shd w:val="clear" w:color="auto" w:fill="F0F5F2"/>
          </w:tcPr>
          <w:p w14:paraId="594A5CB5" w14:textId="77777777" w:rsidR="00000B84" w:rsidRDefault="00000000">
            <w:pPr>
              <w:pStyle w:val="TableText"/>
            </w:pPr>
            <w:r>
              <w:t>2574 / 2575</w:t>
            </w:r>
          </w:p>
        </w:tc>
        <w:tc>
          <w:tcPr>
            <w:tcW w:w="4630" w:type="dxa"/>
            <w:shd w:val="clear" w:color="auto" w:fill="F0F5F2"/>
          </w:tcPr>
          <w:p w14:paraId="14D367FE" w14:textId="77777777" w:rsidR="00000B84" w:rsidRDefault="00000000">
            <w:pPr>
              <w:pStyle w:val="TableText"/>
            </w:pPr>
            <w:r>
              <w:t>Iméria Da Orlanda Acácio Henriques Afonso Mahoho</w:t>
            </w:r>
          </w:p>
        </w:tc>
        <w:tc>
          <w:tcPr>
            <w:tcW w:w="4110" w:type="dxa"/>
            <w:shd w:val="clear" w:color="auto" w:fill="F0F5F2"/>
          </w:tcPr>
          <w:p w14:paraId="0D4945C1" w14:textId="77777777" w:rsidR="00000B84" w:rsidRDefault="00000000">
            <w:pPr>
              <w:pStyle w:val="TableText"/>
            </w:pPr>
            <w:r>
              <w:t>Iméria Da Orlanda Mahoho</w:t>
            </w:r>
          </w:p>
        </w:tc>
      </w:tr>
      <w:tr w:rsidR="00000B84" w14:paraId="41937908" w14:textId="77777777">
        <w:trPr>
          <w:cantSplit/>
        </w:trPr>
        <w:tc>
          <w:tcPr>
            <w:tcW w:w="1406" w:type="dxa"/>
            <w:shd w:val="clear" w:color="auto" w:fill="FFFFFF"/>
          </w:tcPr>
          <w:p w14:paraId="2B7EFE0F" w14:textId="77777777" w:rsidR="00000B84" w:rsidRDefault="00000000">
            <w:pPr>
              <w:pStyle w:val="TableText"/>
            </w:pPr>
            <w:r>
              <w:t>2590 / 2591</w:t>
            </w:r>
          </w:p>
        </w:tc>
        <w:tc>
          <w:tcPr>
            <w:tcW w:w="4630" w:type="dxa"/>
            <w:shd w:val="clear" w:color="auto" w:fill="FFFFFF"/>
          </w:tcPr>
          <w:p w14:paraId="41E5539A" w14:textId="77777777" w:rsidR="00000B84" w:rsidRDefault="00000000">
            <w:pPr>
              <w:pStyle w:val="TableText"/>
            </w:pPr>
            <w:r>
              <w:t>Inacia Sergio Horacio Francelino Bruno</w:t>
            </w:r>
          </w:p>
        </w:tc>
        <w:tc>
          <w:tcPr>
            <w:tcW w:w="4110" w:type="dxa"/>
            <w:shd w:val="clear" w:color="auto" w:fill="FFFFFF"/>
          </w:tcPr>
          <w:p w14:paraId="15C4FFBB" w14:textId="77777777" w:rsidR="00000B84" w:rsidRDefault="00000000">
            <w:pPr>
              <w:pStyle w:val="TableText"/>
            </w:pPr>
            <w:r>
              <w:t>Inacia Sergio Bruno</w:t>
            </w:r>
          </w:p>
        </w:tc>
      </w:tr>
      <w:tr w:rsidR="00000B84" w14:paraId="71725E60" w14:textId="77777777">
        <w:trPr>
          <w:cantSplit/>
        </w:trPr>
        <w:tc>
          <w:tcPr>
            <w:tcW w:w="1406" w:type="dxa"/>
            <w:shd w:val="clear" w:color="auto" w:fill="F0F5F2"/>
          </w:tcPr>
          <w:p w14:paraId="5197086A" w14:textId="77777777" w:rsidR="00000B84" w:rsidRDefault="00000000">
            <w:pPr>
              <w:pStyle w:val="TableText"/>
            </w:pPr>
            <w:r>
              <w:t>2591 / 2592</w:t>
            </w:r>
          </w:p>
        </w:tc>
        <w:tc>
          <w:tcPr>
            <w:tcW w:w="4630" w:type="dxa"/>
            <w:shd w:val="clear" w:color="auto" w:fill="F0F5F2"/>
          </w:tcPr>
          <w:p w14:paraId="2A2AA28D" w14:textId="77777777" w:rsidR="00000B84" w:rsidRDefault="00000000">
            <w:pPr>
              <w:pStyle w:val="TableText"/>
            </w:pPr>
            <w:r>
              <w:t>Inalcidia Gabriel José Samardinho</w:t>
            </w:r>
          </w:p>
        </w:tc>
        <w:tc>
          <w:tcPr>
            <w:tcW w:w="4110" w:type="dxa"/>
            <w:shd w:val="clear" w:color="auto" w:fill="F0F5F2"/>
          </w:tcPr>
          <w:p w14:paraId="40AABF1C" w14:textId="77777777" w:rsidR="00000B84" w:rsidRDefault="00000000">
            <w:pPr>
              <w:pStyle w:val="TableText"/>
            </w:pPr>
            <w:r>
              <w:t>Inalcidia Gabriel Samardinho</w:t>
            </w:r>
          </w:p>
        </w:tc>
      </w:tr>
      <w:tr w:rsidR="00000B84" w14:paraId="33D0613B" w14:textId="77777777">
        <w:trPr>
          <w:cantSplit/>
        </w:trPr>
        <w:tc>
          <w:tcPr>
            <w:tcW w:w="1406" w:type="dxa"/>
            <w:shd w:val="clear" w:color="auto" w:fill="FFFFFF"/>
          </w:tcPr>
          <w:p w14:paraId="4B9B7479" w14:textId="77777777" w:rsidR="00000B84" w:rsidRDefault="00000000">
            <w:pPr>
              <w:pStyle w:val="TableText"/>
            </w:pPr>
            <w:r>
              <w:t>2604 / 2605</w:t>
            </w:r>
          </w:p>
        </w:tc>
        <w:tc>
          <w:tcPr>
            <w:tcW w:w="4630" w:type="dxa"/>
            <w:shd w:val="clear" w:color="auto" w:fill="FFFFFF"/>
          </w:tcPr>
          <w:p w14:paraId="25D01981" w14:textId="77777777" w:rsidR="00000B84" w:rsidRDefault="00000000">
            <w:pPr>
              <w:pStyle w:val="TableText"/>
            </w:pPr>
            <w:r>
              <w:t>Inês Manuel Inês Manuel Dias Grosso Mandlate</w:t>
            </w:r>
          </w:p>
        </w:tc>
        <w:tc>
          <w:tcPr>
            <w:tcW w:w="4110" w:type="dxa"/>
            <w:shd w:val="clear" w:color="auto" w:fill="FFFFFF"/>
          </w:tcPr>
          <w:p w14:paraId="3B6F31A5" w14:textId="77777777" w:rsidR="00000B84" w:rsidRDefault="00000000">
            <w:pPr>
              <w:pStyle w:val="TableText"/>
            </w:pPr>
            <w:r>
              <w:t>Inês Manuel Mandlate</w:t>
            </w:r>
          </w:p>
        </w:tc>
      </w:tr>
      <w:tr w:rsidR="00000B84" w14:paraId="2928D632" w14:textId="77777777">
        <w:trPr>
          <w:cantSplit/>
        </w:trPr>
        <w:tc>
          <w:tcPr>
            <w:tcW w:w="1406" w:type="dxa"/>
            <w:shd w:val="clear" w:color="auto" w:fill="F0F5F2"/>
          </w:tcPr>
          <w:p w14:paraId="5C2EE98D" w14:textId="77777777" w:rsidR="00000B84" w:rsidRDefault="00000000">
            <w:pPr>
              <w:pStyle w:val="TableText"/>
            </w:pPr>
            <w:r>
              <w:t>2625 / 2626</w:t>
            </w:r>
          </w:p>
        </w:tc>
        <w:tc>
          <w:tcPr>
            <w:tcW w:w="4630" w:type="dxa"/>
            <w:shd w:val="clear" w:color="auto" w:fill="F0F5F2"/>
          </w:tcPr>
          <w:p w14:paraId="0EC2AD41" w14:textId="77777777" w:rsidR="00000B84" w:rsidRDefault="00000000">
            <w:pPr>
              <w:pStyle w:val="TableText"/>
            </w:pPr>
            <w:r>
              <w:t>Iranete Da Graça  Castro Mariosse</w:t>
            </w:r>
          </w:p>
        </w:tc>
        <w:tc>
          <w:tcPr>
            <w:tcW w:w="4110" w:type="dxa"/>
            <w:shd w:val="clear" w:color="auto" w:fill="F0F5F2"/>
          </w:tcPr>
          <w:p w14:paraId="5D7D40B9" w14:textId="77777777" w:rsidR="00000B84" w:rsidRDefault="00000000">
            <w:pPr>
              <w:pStyle w:val="TableText"/>
            </w:pPr>
            <w:r>
              <w:t>Iranete Da Graça Mariosse</w:t>
            </w:r>
          </w:p>
        </w:tc>
      </w:tr>
      <w:tr w:rsidR="00000B84" w14:paraId="4575C4FE" w14:textId="77777777">
        <w:trPr>
          <w:cantSplit/>
        </w:trPr>
        <w:tc>
          <w:tcPr>
            <w:tcW w:w="1406" w:type="dxa"/>
            <w:shd w:val="clear" w:color="auto" w:fill="FFFFFF"/>
          </w:tcPr>
          <w:p w14:paraId="1EADFF9A" w14:textId="77777777" w:rsidR="00000B84" w:rsidRDefault="00000000">
            <w:pPr>
              <w:pStyle w:val="TableText"/>
            </w:pPr>
            <w:r>
              <w:t>2626 / 2627</w:t>
            </w:r>
          </w:p>
        </w:tc>
        <w:tc>
          <w:tcPr>
            <w:tcW w:w="4630" w:type="dxa"/>
            <w:shd w:val="clear" w:color="auto" w:fill="FFFFFF"/>
          </w:tcPr>
          <w:p w14:paraId="14337CB5" w14:textId="77777777" w:rsidR="00000B84" w:rsidRDefault="00000000">
            <w:pPr>
              <w:pStyle w:val="TableText"/>
            </w:pPr>
            <w:r>
              <w:t>Iranete Estevão Marcelino Madeira</w:t>
            </w:r>
          </w:p>
        </w:tc>
        <w:tc>
          <w:tcPr>
            <w:tcW w:w="4110" w:type="dxa"/>
            <w:shd w:val="clear" w:color="auto" w:fill="FFFFFF"/>
          </w:tcPr>
          <w:p w14:paraId="1643E35B" w14:textId="77777777" w:rsidR="00000B84" w:rsidRDefault="00000000">
            <w:pPr>
              <w:pStyle w:val="TableText"/>
            </w:pPr>
            <w:r>
              <w:t>Iranete Estevão Madeira</w:t>
            </w:r>
          </w:p>
        </w:tc>
      </w:tr>
      <w:tr w:rsidR="00000B84" w14:paraId="1533527C" w14:textId="77777777">
        <w:trPr>
          <w:cantSplit/>
        </w:trPr>
        <w:tc>
          <w:tcPr>
            <w:tcW w:w="1406" w:type="dxa"/>
            <w:shd w:val="clear" w:color="auto" w:fill="F0F5F2"/>
          </w:tcPr>
          <w:p w14:paraId="5213212F" w14:textId="77777777" w:rsidR="00000B84" w:rsidRDefault="00000000">
            <w:pPr>
              <w:pStyle w:val="TableText"/>
            </w:pPr>
            <w:r>
              <w:t>2639 / 2640</w:t>
            </w:r>
          </w:p>
        </w:tc>
        <w:tc>
          <w:tcPr>
            <w:tcW w:w="4630" w:type="dxa"/>
            <w:shd w:val="clear" w:color="auto" w:fill="F0F5F2"/>
          </w:tcPr>
          <w:p w14:paraId="42ECEAE8" w14:textId="77777777" w:rsidR="00000B84" w:rsidRDefault="00000000">
            <w:pPr>
              <w:pStyle w:val="TableText"/>
            </w:pPr>
            <w:r>
              <w:t>Irina Hugo Da Conceição Petersburgo</w:t>
            </w:r>
          </w:p>
        </w:tc>
        <w:tc>
          <w:tcPr>
            <w:tcW w:w="4110" w:type="dxa"/>
            <w:shd w:val="clear" w:color="auto" w:fill="F0F5F2"/>
          </w:tcPr>
          <w:p w14:paraId="15FC902A" w14:textId="77777777" w:rsidR="00000B84" w:rsidRDefault="00000000">
            <w:pPr>
              <w:pStyle w:val="TableText"/>
            </w:pPr>
            <w:r>
              <w:t>Irina Hugo Petersburgo</w:t>
            </w:r>
          </w:p>
        </w:tc>
      </w:tr>
      <w:tr w:rsidR="00000B84" w14:paraId="34D22A81" w14:textId="77777777">
        <w:trPr>
          <w:cantSplit/>
        </w:trPr>
        <w:tc>
          <w:tcPr>
            <w:tcW w:w="1406" w:type="dxa"/>
            <w:shd w:val="clear" w:color="auto" w:fill="FFFFFF"/>
          </w:tcPr>
          <w:p w14:paraId="6CF00D80" w14:textId="77777777" w:rsidR="00000B84" w:rsidRDefault="00000000">
            <w:pPr>
              <w:pStyle w:val="TableText"/>
            </w:pPr>
            <w:r>
              <w:t>2663 / 2664</w:t>
            </w:r>
          </w:p>
        </w:tc>
        <w:tc>
          <w:tcPr>
            <w:tcW w:w="4630" w:type="dxa"/>
            <w:shd w:val="clear" w:color="auto" w:fill="FFFFFF"/>
          </w:tcPr>
          <w:p w14:paraId="5042D904" w14:textId="77777777" w:rsidR="00000B84" w:rsidRDefault="00000000">
            <w:pPr>
              <w:pStyle w:val="TableText"/>
            </w:pPr>
            <w:r>
              <w:t>Isabel Benjamim Damião Marcacia</w:t>
            </w:r>
          </w:p>
        </w:tc>
        <w:tc>
          <w:tcPr>
            <w:tcW w:w="4110" w:type="dxa"/>
            <w:shd w:val="clear" w:color="auto" w:fill="FFFFFF"/>
          </w:tcPr>
          <w:p w14:paraId="2F8C4F7D" w14:textId="77777777" w:rsidR="00000B84" w:rsidRDefault="00000000">
            <w:pPr>
              <w:pStyle w:val="TableText"/>
            </w:pPr>
            <w:r>
              <w:t>Isabel Benjamim Marcacia</w:t>
            </w:r>
          </w:p>
        </w:tc>
      </w:tr>
      <w:tr w:rsidR="00000B84" w14:paraId="3BA50D75" w14:textId="77777777">
        <w:trPr>
          <w:cantSplit/>
        </w:trPr>
        <w:tc>
          <w:tcPr>
            <w:tcW w:w="1406" w:type="dxa"/>
            <w:shd w:val="clear" w:color="auto" w:fill="F0F5F2"/>
          </w:tcPr>
          <w:p w14:paraId="7DB56443" w14:textId="77777777" w:rsidR="00000B84" w:rsidRDefault="00000000">
            <w:pPr>
              <w:pStyle w:val="TableText"/>
            </w:pPr>
            <w:r>
              <w:t>2668 / 2669</w:t>
            </w:r>
          </w:p>
        </w:tc>
        <w:tc>
          <w:tcPr>
            <w:tcW w:w="4630" w:type="dxa"/>
            <w:shd w:val="clear" w:color="auto" w:fill="F0F5F2"/>
          </w:tcPr>
          <w:p w14:paraId="32D45088" w14:textId="77777777" w:rsidR="00000B84" w:rsidRDefault="00000000">
            <w:pPr>
              <w:pStyle w:val="TableText"/>
            </w:pPr>
            <w:r>
              <w:t>Isabel Cristovão Isabel Cristovão Fache Caetano</w:t>
            </w:r>
          </w:p>
        </w:tc>
        <w:tc>
          <w:tcPr>
            <w:tcW w:w="4110" w:type="dxa"/>
            <w:shd w:val="clear" w:color="auto" w:fill="F0F5F2"/>
          </w:tcPr>
          <w:p w14:paraId="1622445B" w14:textId="77777777" w:rsidR="00000B84" w:rsidRDefault="00000000">
            <w:pPr>
              <w:pStyle w:val="TableText"/>
            </w:pPr>
            <w:r>
              <w:t>Isabel Cristovão Caetano</w:t>
            </w:r>
          </w:p>
        </w:tc>
      </w:tr>
      <w:tr w:rsidR="00000B84" w14:paraId="296FD6F0" w14:textId="77777777">
        <w:trPr>
          <w:cantSplit/>
        </w:trPr>
        <w:tc>
          <w:tcPr>
            <w:tcW w:w="1406" w:type="dxa"/>
            <w:shd w:val="clear" w:color="auto" w:fill="FFFFFF"/>
          </w:tcPr>
          <w:p w14:paraId="46021666" w14:textId="77777777" w:rsidR="00000B84" w:rsidRDefault="00000000">
            <w:pPr>
              <w:pStyle w:val="TableText"/>
            </w:pPr>
            <w:r>
              <w:t>2681 / 2682</w:t>
            </w:r>
          </w:p>
        </w:tc>
        <w:tc>
          <w:tcPr>
            <w:tcW w:w="4630" w:type="dxa"/>
            <w:shd w:val="clear" w:color="auto" w:fill="FFFFFF"/>
          </w:tcPr>
          <w:p w14:paraId="5922192D" w14:textId="77777777" w:rsidR="00000B84" w:rsidRDefault="00000000">
            <w:pPr>
              <w:pStyle w:val="TableText"/>
            </w:pPr>
            <w:r>
              <w:t>Isabel Gentil Ramos Domingos Chico</w:t>
            </w:r>
          </w:p>
        </w:tc>
        <w:tc>
          <w:tcPr>
            <w:tcW w:w="4110" w:type="dxa"/>
            <w:shd w:val="clear" w:color="auto" w:fill="FFFFFF"/>
          </w:tcPr>
          <w:p w14:paraId="0C2CB030" w14:textId="77777777" w:rsidR="00000B84" w:rsidRDefault="00000000">
            <w:pPr>
              <w:pStyle w:val="TableText"/>
            </w:pPr>
            <w:r>
              <w:t>Isabel Gentil Chico</w:t>
            </w:r>
          </w:p>
        </w:tc>
      </w:tr>
      <w:tr w:rsidR="00000B84" w14:paraId="2881FEC7" w14:textId="77777777">
        <w:trPr>
          <w:cantSplit/>
        </w:trPr>
        <w:tc>
          <w:tcPr>
            <w:tcW w:w="1406" w:type="dxa"/>
            <w:shd w:val="clear" w:color="auto" w:fill="F0F5F2"/>
          </w:tcPr>
          <w:p w14:paraId="42958330" w14:textId="77777777" w:rsidR="00000B84" w:rsidRDefault="00000000">
            <w:pPr>
              <w:pStyle w:val="TableText"/>
            </w:pPr>
            <w:r>
              <w:t>2687 / 2688</w:t>
            </w:r>
          </w:p>
        </w:tc>
        <w:tc>
          <w:tcPr>
            <w:tcW w:w="4630" w:type="dxa"/>
            <w:shd w:val="clear" w:color="auto" w:fill="F0F5F2"/>
          </w:tcPr>
          <w:p w14:paraId="7CD6A5A5" w14:textId="77777777" w:rsidR="00000B84" w:rsidRDefault="00000000">
            <w:pPr>
              <w:pStyle w:val="TableText"/>
            </w:pPr>
            <w:r>
              <w:t>Isabel Joaquim Isabel Joaquim Cinco Reis</w:t>
            </w:r>
          </w:p>
        </w:tc>
        <w:tc>
          <w:tcPr>
            <w:tcW w:w="4110" w:type="dxa"/>
            <w:shd w:val="clear" w:color="auto" w:fill="F0F5F2"/>
          </w:tcPr>
          <w:p w14:paraId="519DA9A5" w14:textId="77777777" w:rsidR="00000B84" w:rsidRDefault="00000000">
            <w:pPr>
              <w:pStyle w:val="TableText"/>
            </w:pPr>
            <w:r>
              <w:t>Isabel Joaquim Reis</w:t>
            </w:r>
          </w:p>
        </w:tc>
      </w:tr>
      <w:tr w:rsidR="00000B84" w14:paraId="4CCC2F80" w14:textId="77777777">
        <w:trPr>
          <w:cantSplit/>
        </w:trPr>
        <w:tc>
          <w:tcPr>
            <w:tcW w:w="1406" w:type="dxa"/>
            <w:shd w:val="clear" w:color="auto" w:fill="FFFFFF"/>
          </w:tcPr>
          <w:p w14:paraId="1E17D7FC" w14:textId="77777777" w:rsidR="00000B84" w:rsidRDefault="00000000">
            <w:pPr>
              <w:pStyle w:val="TableText"/>
            </w:pPr>
            <w:r>
              <w:t>2693 / 2694</w:t>
            </w:r>
          </w:p>
        </w:tc>
        <w:tc>
          <w:tcPr>
            <w:tcW w:w="4630" w:type="dxa"/>
            <w:shd w:val="clear" w:color="auto" w:fill="FFFFFF"/>
          </w:tcPr>
          <w:p w14:paraId="13C5A129" w14:textId="77777777" w:rsidR="00000B84" w:rsidRDefault="00000000">
            <w:pPr>
              <w:pStyle w:val="TableText"/>
            </w:pPr>
            <w:r>
              <w:t>Isabel Luis Culupirane Bofeto Patife</w:t>
            </w:r>
          </w:p>
        </w:tc>
        <w:tc>
          <w:tcPr>
            <w:tcW w:w="4110" w:type="dxa"/>
            <w:shd w:val="clear" w:color="auto" w:fill="FFFFFF"/>
          </w:tcPr>
          <w:p w14:paraId="1FC467BB" w14:textId="77777777" w:rsidR="00000B84" w:rsidRDefault="00000000">
            <w:pPr>
              <w:pStyle w:val="TableText"/>
            </w:pPr>
            <w:r>
              <w:t>Isabel Luis Patife</w:t>
            </w:r>
          </w:p>
        </w:tc>
      </w:tr>
      <w:tr w:rsidR="00000B84" w14:paraId="6440CA08" w14:textId="77777777">
        <w:trPr>
          <w:cantSplit/>
        </w:trPr>
        <w:tc>
          <w:tcPr>
            <w:tcW w:w="1406" w:type="dxa"/>
            <w:shd w:val="clear" w:color="auto" w:fill="F0F5F2"/>
          </w:tcPr>
          <w:p w14:paraId="50470EAD" w14:textId="77777777" w:rsidR="00000B84" w:rsidRDefault="00000000">
            <w:pPr>
              <w:pStyle w:val="TableText"/>
            </w:pPr>
            <w:r>
              <w:t>2720 / 2721</w:t>
            </w:r>
          </w:p>
        </w:tc>
        <w:tc>
          <w:tcPr>
            <w:tcW w:w="4630" w:type="dxa"/>
            <w:shd w:val="clear" w:color="auto" w:fill="F0F5F2"/>
          </w:tcPr>
          <w:p w14:paraId="510AE022" w14:textId="77777777" w:rsidR="00000B84" w:rsidRDefault="00000000">
            <w:pPr>
              <w:pStyle w:val="TableText"/>
            </w:pPr>
            <w:r>
              <w:t>Isaura Geraldo Wassugue Wapeso</w:t>
            </w:r>
          </w:p>
        </w:tc>
        <w:tc>
          <w:tcPr>
            <w:tcW w:w="4110" w:type="dxa"/>
            <w:shd w:val="clear" w:color="auto" w:fill="F0F5F2"/>
          </w:tcPr>
          <w:p w14:paraId="294557A9" w14:textId="77777777" w:rsidR="00000B84" w:rsidRDefault="00000000">
            <w:pPr>
              <w:pStyle w:val="TableText"/>
            </w:pPr>
            <w:r>
              <w:t>Isaura Geraldo Wapeso</w:t>
            </w:r>
          </w:p>
        </w:tc>
      </w:tr>
      <w:tr w:rsidR="00000B84" w14:paraId="6E5C1C89" w14:textId="77777777">
        <w:trPr>
          <w:cantSplit/>
        </w:trPr>
        <w:tc>
          <w:tcPr>
            <w:tcW w:w="1406" w:type="dxa"/>
            <w:shd w:val="clear" w:color="auto" w:fill="FFFFFF"/>
          </w:tcPr>
          <w:p w14:paraId="2493745E" w14:textId="77777777" w:rsidR="00000B84" w:rsidRDefault="00000000">
            <w:pPr>
              <w:pStyle w:val="TableText"/>
            </w:pPr>
            <w:r>
              <w:t>2725 / 2726</w:t>
            </w:r>
          </w:p>
        </w:tc>
        <w:tc>
          <w:tcPr>
            <w:tcW w:w="4630" w:type="dxa"/>
            <w:shd w:val="clear" w:color="auto" w:fill="FFFFFF"/>
          </w:tcPr>
          <w:p w14:paraId="47E3FD5C" w14:textId="77777777" w:rsidR="00000B84" w:rsidRDefault="00000000">
            <w:pPr>
              <w:pStyle w:val="TableText"/>
            </w:pPr>
            <w:r>
              <w:t>Isaura Orlandinho Guilherme Mucurrusa</w:t>
            </w:r>
          </w:p>
        </w:tc>
        <w:tc>
          <w:tcPr>
            <w:tcW w:w="4110" w:type="dxa"/>
            <w:shd w:val="clear" w:color="auto" w:fill="FFFFFF"/>
          </w:tcPr>
          <w:p w14:paraId="107B89A4" w14:textId="77777777" w:rsidR="00000B84" w:rsidRDefault="00000000">
            <w:pPr>
              <w:pStyle w:val="TableText"/>
            </w:pPr>
            <w:r>
              <w:t>Isaura Orlandinho Mucurrusa</w:t>
            </w:r>
          </w:p>
        </w:tc>
      </w:tr>
      <w:tr w:rsidR="00000B84" w14:paraId="29D9B13D" w14:textId="77777777">
        <w:trPr>
          <w:cantSplit/>
        </w:trPr>
        <w:tc>
          <w:tcPr>
            <w:tcW w:w="1406" w:type="dxa"/>
            <w:shd w:val="clear" w:color="auto" w:fill="F0F5F2"/>
          </w:tcPr>
          <w:p w14:paraId="5EBFAA4E" w14:textId="77777777" w:rsidR="00000B84" w:rsidRDefault="00000000">
            <w:pPr>
              <w:pStyle w:val="TableText"/>
            </w:pPr>
            <w:r>
              <w:t>2726 / 2727</w:t>
            </w:r>
          </w:p>
        </w:tc>
        <w:tc>
          <w:tcPr>
            <w:tcW w:w="4630" w:type="dxa"/>
            <w:shd w:val="clear" w:color="auto" w:fill="F0F5F2"/>
          </w:tcPr>
          <w:p w14:paraId="79F559F5" w14:textId="77777777" w:rsidR="00000B84" w:rsidRDefault="00000000">
            <w:pPr>
              <w:pStyle w:val="TableText"/>
            </w:pPr>
            <w:r>
              <w:t>Isaura Orlandinho Guilherme Mucurrusa</w:t>
            </w:r>
          </w:p>
        </w:tc>
        <w:tc>
          <w:tcPr>
            <w:tcW w:w="4110" w:type="dxa"/>
            <w:shd w:val="clear" w:color="auto" w:fill="F0F5F2"/>
          </w:tcPr>
          <w:p w14:paraId="54891439" w14:textId="77777777" w:rsidR="00000B84" w:rsidRDefault="00000000">
            <w:pPr>
              <w:pStyle w:val="TableText"/>
            </w:pPr>
            <w:r>
              <w:t>Isaura Orlandinho Mucurrusa</w:t>
            </w:r>
          </w:p>
        </w:tc>
      </w:tr>
      <w:tr w:rsidR="00000B84" w14:paraId="5638D3CC" w14:textId="77777777">
        <w:trPr>
          <w:cantSplit/>
        </w:trPr>
        <w:tc>
          <w:tcPr>
            <w:tcW w:w="1406" w:type="dxa"/>
            <w:shd w:val="clear" w:color="auto" w:fill="FFFFFF"/>
          </w:tcPr>
          <w:p w14:paraId="1F714588" w14:textId="77777777" w:rsidR="00000B84" w:rsidRDefault="00000000">
            <w:pPr>
              <w:pStyle w:val="TableText"/>
            </w:pPr>
            <w:r>
              <w:t>2773 / 2774</w:t>
            </w:r>
          </w:p>
        </w:tc>
        <w:tc>
          <w:tcPr>
            <w:tcW w:w="4630" w:type="dxa"/>
            <w:shd w:val="clear" w:color="auto" w:fill="FFFFFF"/>
          </w:tcPr>
          <w:p w14:paraId="57853A1D" w14:textId="77777777" w:rsidR="00000B84" w:rsidRDefault="00000000">
            <w:pPr>
              <w:pStyle w:val="TableText"/>
            </w:pPr>
            <w:r>
              <w:t>Jacinta Gingelico Francisco Alberto</w:t>
            </w:r>
          </w:p>
        </w:tc>
        <w:tc>
          <w:tcPr>
            <w:tcW w:w="4110" w:type="dxa"/>
            <w:shd w:val="clear" w:color="auto" w:fill="FFFFFF"/>
          </w:tcPr>
          <w:p w14:paraId="2D133DDB" w14:textId="77777777" w:rsidR="00000B84" w:rsidRDefault="00000000">
            <w:pPr>
              <w:pStyle w:val="TableText"/>
            </w:pPr>
            <w:r>
              <w:t>Jacinta Gingelico Alberto</w:t>
            </w:r>
          </w:p>
        </w:tc>
      </w:tr>
      <w:tr w:rsidR="00000B84" w14:paraId="7CE80504" w14:textId="77777777">
        <w:trPr>
          <w:cantSplit/>
        </w:trPr>
        <w:tc>
          <w:tcPr>
            <w:tcW w:w="1406" w:type="dxa"/>
            <w:shd w:val="clear" w:color="auto" w:fill="F0F5F2"/>
          </w:tcPr>
          <w:p w14:paraId="5D221FC2" w14:textId="77777777" w:rsidR="00000B84" w:rsidRDefault="00000000">
            <w:pPr>
              <w:pStyle w:val="TableText"/>
            </w:pPr>
            <w:r>
              <w:t>2782 / 2783</w:t>
            </w:r>
          </w:p>
        </w:tc>
        <w:tc>
          <w:tcPr>
            <w:tcW w:w="4630" w:type="dxa"/>
            <w:shd w:val="clear" w:color="auto" w:fill="F0F5F2"/>
          </w:tcPr>
          <w:p w14:paraId="01294FD7" w14:textId="77777777" w:rsidR="00000B84" w:rsidRDefault="00000000">
            <w:pPr>
              <w:pStyle w:val="TableText"/>
            </w:pPr>
            <w:r>
              <w:t>Jacinta Xavier Muatata Namuali</w:t>
            </w:r>
          </w:p>
        </w:tc>
        <w:tc>
          <w:tcPr>
            <w:tcW w:w="4110" w:type="dxa"/>
            <w:shd w:val="clear" w:color="auto" w:fill="F0F5F2"/>
          </w:tcPr>
          <w:p w14:paraId="28E88FF9" w14:textId="77777777" w:rsidR="00000B84" w:rsidRDefault="00000000">
            <w:pPr>
              <w:pStyle w:val="TableText"/>
            </w:pPr>
            <w:r>
              <w:t>Jacinta Xavier Namuali</w:t>
            </w:r>
          </w:p>
        </w:tc>
      </w:tr>
      <w:tr w:rsidR="00000B84" w14:paraId="7AF56621" w14:textId="77777777">
        <w:trPr>
          <w:cantSplit/>
        </w:trPr>
        <w:tc>
          <w:tcPr>
            <w:tcW w:w="1406" w:type="dxa"/>
            <w:shd w:val="clear" w:color="auto" w:fill="FFFFFF"/>
          </w:tcPr>
          <w:p w14:paraId="6C1573AF" w14:textId="77777777" w:rsidR="00000B84" w:rsidRDefault="00000000">
            <w:pPr>
              <w:pStyle w:val="TableText"/>
            </w:pPr>
            <w:r>
              <w:t>2803 / 2804</w:t>
            </w:r>
          </w:p>
        </w:tc>
        <w:tc>
          <w:tcPr>
            <w:tcW w:w="4630" w:type="dxa"/>
            <w:shd w:val="clear" w:color="auto" w:fill="FFFFFF"/>
          </w:tcPr>
          <w:p w14:paraId="0E03E129" w14:textId="77777777" w:rsidR="00000B84" w:rsidRDefault="00000000">
            <w:pPr>
              <w:pStyle w:val="TableText"/>
            </w:pPr>
            <w:r>
              <w:t>Janesta Albino Janela Maruanha</w:t>
            </w:r>
          </w:p>
        </w:tc>
        <w:tc>
          <w:tcPr>
            <w:tcW w:w="4110" w:type="dxa"/>
            <w:shd w:val="clear" w:color="auto" w:fill="FFFFFF"/>
          </w:tcPr>
          <w:p w14:paraId="45E19A9D" w14:textId="77777777" w:rsidR="00000B84" w:rsidRDefault="00000000">
            <w:pPr>
              <w:pStyle w:val="TableText"/>
            </w:pPr>
            <w:r>
              <w:t>Janesta Albino Maruanha</w:t>
            </w:r>
          </w:p>
        </w:tc>
      </w:tr>
      <w:tr w:rsidR="00000B84" w14:paraId="18B3B74C" w14:textId="77777777">
        <w:trPr>
          <w:cantSplit/>
        </w:trPr>
        <w:tc>
          <w:tcPr>
            <w:tcW w:w="1406" w:type="dxa"/>
            <w:shd w:val="clear" w:color="auto" w:fill="F0F5F2"/>
          </w:tcPr>
          <w:p w14:paraId="335BEBD0" w14:textId="77777777" w:rsidR="00000B84" w:rsidRDefault="00000000">
            <w:pPr>
              <w:pStyle w:val="TableText"/>
            </w:pPr>
            <w:r>
              <w:t>2810 / 2811</w:t>
            </w:r>
          </w:p>
        </w:tc>
        <w:tc>
          <w:tcPr>
            <w:tcW w:w="4630" w:type="dxa"/>
            <w:shd w:val="clear" w:color="auto" w:fill="F0F5F2"/>
          </w:tcPr>
          <w:p w14:paraId="68724CB9" w14:textId="77777777" w:rsidR="00000B84" w:rsidRDefault="00000000">
            <w:pPr>
              <w:pStyle w:val="TableText"/>
            </w:pPr>
            <w:r>
              <w:t>Janete Da Cândida Ernesto Marcos</w:t>
            </w:r>
          </w:p>
        </w:tc>
        <w:tc>
          <w:tcPr>
            <w:tcW w:w="4110" w:type="dxa"/>
            <w:shd w:val="clear" w:color="auto" w:fill="F0F5F2"/>
          </w:tcPr>
          <w:p w14:paraId="03F63DF6" w14:textId="77777777" w:rsidR="00000B84" w:rsidRDefault="00000000">
            <w:pPr>
              <w:pStyle w:val="TableText"/>
            </w:pPr>
            <w:r>
              <w:t>Janete Da Cândida Marcos</w:t>
            </w:r>
          </w:p>
        </w:tc>
      </w:tr>
      <w:tr w:rsidR="00000B84" w14:paraId="2078557F" w14:textId="77777777">
        <w:trPr>
          <w:cantSplit/>
        </w:trPr>
        <w:tc>
          <w:tcPr>
            <w:tcW w:w="1406" w:type="dxa"/>
            <w:shd w:val="clear" w:color="auto" w:fill="FFFFFF"/>
          </w:tcPr>
          <w:p w14:paraId="418BA98A" w14:textId="77777777" w:rsidR="00000B84" w:rsidRDefault="00000000">
            <w:pPr>
              <w:pStyle w:val="TableText"/>
            </w:pPr>
            <w:r>
              <w:t>2826 / 2827</w:t>
            </w:r>
          </w:p>
        </w:tc>
        <w:tc>
          <w:tcPr>
            <w:tcW w:w="4630" w:type="dxa"/>
            <w:shd w:val="clear" w:color="auto" w:fill="FFFFFF"/>
          </w:tcPr>
          <w:p w14:paraId="25F3DF30" w14:textId="77777777" w:rsidR="00000B84" w:rsidRDefault="00000000">
            <w:pPr>
              <w:pStyle w:val="TableText"/>
            </w:pPr>
            <w:r>
              <w:t>Janete Pereira Janete Pereira Mussa</w:t>
            </w:r>
          </w:p>
        </w:tc>
        <w:tc>
          <w:tcPr>
            <w:tcW w:w="4110" w:type="dxa"/>
            <w:shd w:val="clear" w:color="auto" w:fill="FFFFFF"/>
          </w:tcPr>
          <w:p w14:paraId="17C5F5ED" w14:textId="77777777" w:rsidR="00000B84" w:rsidRDefault="00000000">
            <w:pPr>
              <w:pStyle w:val="TableText"/>
            </w:pPr>
            <w:r>
              <w:t>Janete Pereira Mussa</w:t>
            </w:r>
          </w:p>
        </w:tc>
      </w:tr>
      <w:tr w:rsidR="00000B84" w14:paraId="23A2604B" w14:textId="77777777">
        <w:trPr>
          <w:cantSplit/>
        </w:trPr>
        <w:tc>
          <w:tcPr>
            <w:tcW w:w="1406" w:type="dxa"/>
            <w:shd w:val="clear" w:color="auto" w:fill="F0F5F2"/>
          </w:tcPr>
          <w:p w14:paraId="4374BF28" w14:textId="77777777" w:rsidR="00000B84" w:rsidRDefault="00000000">
            <w:pPr>
              <w:pStyle w:val="TableText"/>
            </w:pPr>
            <w:r>
              <w:t>2836 / 2837</w:t>
            </w:r>
          </w:p>
        </w:tc>
        <w:tc>
          <w:tcPr>
            <w:tcW w:w="4630" w:type="dxa"/>
            <w:shd w:val="clear" w:color="auto" w:fill="F0F5F2"/>
          </w:tcPr>
          <w:p w14:paraId="70D62916" w14:textId="77777777" w:rsidR="00000B84" w:rsidRDefault="00000000">
            <w:pPr>
              <w:pStyle w:val="TableText"/>
            </w:pPr>
            <w:r>
              <w:t>Jaquilina Rocheta Joao Agostinho</w:t>
            </w:r>
          </w:p>
        </w:tc>
        <w:tc>
          <w:tcPr>
            <w:tcW w:w="4110" w:type="dxa"/>
            <w:shd w:val="clear" w:color="auto" w:fill="F0F5F2"/>
          </w:tcPr>
          <w:p w14:paraId="62F31CBD" w14:textId="77777777" w:rsidR="00000B84" w:rsidRDefault="00000000">
            <w:pPr>
              <w:pStyle w:val="TableText"/>
            </w:pPr>
            <w:r>
              <w:t>Jaquilina Rocheta Agostinho</w:t>
            </w:r>
          </w:p>
        </w:tc>
      </w:tr>
      <w:tr w:rsidR="00000B84" w14:paraId="0AD18D94" w14:textId="77777777">
        <w:trPr>
          <w:cantSplit/>
        </w:trPr>
        <w:tc>
          <w:tcPr>
            <w:tcW w:w="1406" w:type="dxa"/>
            <w:shd w:val="clear" w:color="auto" w:fill="FFFFFF"/>
          </w:tcPr>
          <w:p w14:paraId="2754EAB9" w14:textId="77777777" w:rsidR="00000B84" w:rsidRDefault="00000000">
            <w:pPr>
              <w:pStyle w:val="TableText"/>
            </w:pPr>
            <w:r>
              <w:t>2843 / 2844</w:t>
            </w:r>
          </w:p>
        </w:tc>
        <w:tc>
          <w:tcPr>
            <w:tcW w:w="4630" w:type="dxa"/>
            <w:shd w:val="clear" w:color="auto" w:fill="FFFFFF"/>
          </w:tcPr>
          <w:p w14:paraId="7FBD8E00" w14:textId="77777777" w:rsidR="00000B84" w:rsidRDefault="00000000">
            <w:pPr>
              <w:pStyle w:val="TableText"/>
            </w:pPr>
            <w:r>
              <w:t>Jenifa Samuel Adamo Domingos Samuel</w:t>
            </w:r>
          </w:p>
        </w:tc>
        <w:tc>
          <w:tcPr>
            <w:tcW w:w="4110" w:type="dxa"/>
            <w:shd w:val="clear" w:color="auto" w:fill="FFFFFF"/>
          </w:tcPr>
          <w:p w14:paraId="25FD8B31" w14:textId="77777777" w:rsidR="00000B84" w:rsidRDefault="00000000">
            <w:pPr>
              <w:pStyle w:val="TableText"/>
            </w:pPr>
            <w:r>
              <w:t>Jenifa Samuel Samuel</w:t>
            </w:r>
          </w:p>
        </w:tc>
      </w:tr>
      <w:tr w:rsidR="00000B84" w14:paraId="7C0DC7E5" w14:textId="77777777">
        <w:trPr>
          <w:cantSplit/>
        </w:trPr>
        <w:tc>
          <w:tcPr>
            <w:tcW w:w="1406" w:type="dxa"/>
            <w:shd w:val="clear" w:color="auto" w:fill="F0F5F2"/>
          </w:tcPr>
          <w:p w14:paraId="243111C7" w14:textId="77777777" w:rsidR="00000B84" w:rsidRDefault="00000000">
            <w:pPr>
              <w:pStyle w:val="TableText"/>
            </w:pPr>
            <w:r>
              <w:t>2872 / 2873</w:t>
            </w:r>
          </w:p>
        </w:tc>
        <w:tc>
          <w:tcPr>
            <w:tcW w:w="4630" w:type="dxa"/>
            <w:shd w:val="clear" w:color="auto" w:fill="F0F5F2"/>
          </w:tcPr>
          <w:p w14:paraId="0983BCD0" w14:textId="77777777" w:rsidR="00000B84" w:rsidRDefault="00000000">
            <w:pPr>
              <w:pStyle w:val="TableText"/>
            </w:pPr>
            <w:r>
              <w:t>Joana Francisco Domingos Joaquim</w:t>
            </w:r>
          </w:p>
        </w:tc>
        <w:tc>
          <w:tcPr>
            <w:tcW w:w="4110" w:type="dxa"/>
            <w:shd w:val="clear" w:color="auto" w:fill="F0F5F2"/>
          </w:tcPr>
          <w:p w14:paraId="1DEF2FE9" w14:textId="77777777" w:rsidR="00000B84" w:rsidRDefault="00000000">
            <w:pPr>
              <w:pStyle w:val="TableText"/>
            </w:pPr>
            <w:r>
              <w:t>Joana Francisco Joaquim</w:t>
            </w:r>
          </w:p>
        </w:tc>
      </w:tr>
      <w:tr w:rsidR="00000B84" w14:paraId="40B1F5F6" w14:textId="77777777">
        <w:trPr>
          <w:cantSplit/>
        </w:trPr>
        <w:tc>
          <w:tcPr>
            <w:tcW w:w="1406" w:type="dxa"/>
            <w:shd w:val="clear" w:color="auto" w:fill="FFFFFF"/>
          </w:tcPr>
          <w:p w14:paraId="37BA9C9F" w14:textId="77777777" w:rsidR="00000B84" w:rsidRDefault="00000000">
            <w:pPr>
              <w:pStyle w:val="TableText"/>
            </w:pPr>
            <w:r>
              <w:t>2884 / 2885</w:t>
            </w:r>
          </w:p>
        </w:tc>
        <w:tc>
          <w:tcPr>
            <w:tcW w:w="4630" w:type="dxa"/>
            <w:shd w:val="clear" w:color="auto" w:fill="FFFFFF"/>
          </w:tcPr>
          <w:p w14:paraId="0D174021" w14:textId="77777777" w:rsidR="00000B84" w:rsidRDefault="00000000">
            <w:pPr>
              <w:pStyle w:val="TableText"/>
            </w:pPr>
            <w:r>
              <w:t>Joana Luciano Luís Maulate Maulate</w:t>
            </w:r>
          </w:p>
        </w:tc>
        <w:tc>
          <w:tcPr>
            <w:tcW w:w="4110" w:type="dxa"/>
            <w:shd w:val="clear" w:color="auto" w:fill="FFFFFF"/>
          </w:tcPr>
          <w:p w14:paraId="5003E696" w14:textId="77777777" w:rsidR="00000B84" w:rsidRDefault="00000000">
            <w:pPr>
              <w:pStyle w:val="TableText"/>
            </w:pPr>
            <w:r>
              <w:t>Joana Luciano Maulate</w:t>
            </w:r>
          </w:p>
        </w:tc>
      </w:tr>
      <w:tr w:rsidR="00000B84" w14:paraId="395AB3C5" w14:textId="77777777">
        <w:trPr>
          <w:cantSplit/>
        </w:trPr>
        <w:tc>
          <w:tcPr>
            <w:tcW w:w="1406" w:type="dxa"/>
            <w:shd w:val="clear" w:color="auto" w:fill="F0F5F2"/>
          </w:tcPr>
          <w:p w14:paraId="0635C6AC" w14:textId="77777777" w:rsidR="00000B84" w:rsidRDefault="00000000">
            <w:pPr>
              <w:pStyle w:val="TableText"/>
            </w:pPr>
            <w:r>
              <w:t>2886 / 2887 *</w:t>
            </w:r>
          </w:p>
        </w:tc>
        <w:tc>
          <w:tcPr>
            <w:tcW w:w="4630" w:type="dxa"/>
            <w:shd w:val="clear" w:color="auto" w:fill="F0F5F2"/>
          </w:tcPr>
          <w:p w14:paraId="581361F7" w14:textId="77777777" w:rsidR="00000B84" w:rsidRDefault="00000000">
            <w:pPr>
              <w:pStyle w:val="TableText"/>
            </w:pPr>
            <w:r>
              <w:t>Joana Mamunagade Joana João Artur Mamunagade</w:t>
            </w:r>
          </w:p>
        </w:tc>
        <w:tc>
          <w:tcPr>
            <w:tcW w:w="4110" w:type="dxa"/>
            <w:shd w:val="clear" w:color="auto" w:fill="F0F5F2"/>
          </w:tcPr>
          <w:p w14:paraId="7AA22462" w14:textId="77777777" w:rsidR="00000B84" w:rsidRDefault="00000000">
            <w:pPr>
              <w:pStyle w:val="TableText"/>
            </w:pPr>
            <w:r>
              <w:t>Joana M. Mamunagade</w:t>
            </w:r>
          </w:p>
        </w:tc>
      </w:tr>
      <w:tr w:rsidR="00000B84" w14:paraId="21CE531E" w14:textId="77777777">
        <w:trPr>
          <w:cantSplit/>
        </w:trPr>
        <w:tc>
          <w:tcPr>
            <w:tcW w:w="1406" w:type="dxa"/>
            <w:shd w:val="clear" w:color="auto" w:fill="FFFFFF"/>
          </w:tcPr>
          <w:p w14:paraId="67AF6342" w14:textId="77777777" w:rsidR="00000B84" w:rsidRDefault="00000000">
            <w:pPr>
              <w:pStyle w:val="TableText"/>
            </w:pPr>
            <w:r>
              <w:t>2887 / 2888</w:t>
            </w:r>
          </w:p>
        </w:tc>
        <w:tc>
          <w:tcPr>
            <w:tcW w:w="4630" w:type="dxa"/>
            <w:shd w:val="clear" w:color="auto" w:fill="FFFFFF"/>
          </w:tcPr>
          <w:p w14:paraId="4E7FBAE2" w14:textId="77777777" w:rsidR="00000B84" w:rsidRDefault="00000000">
            <w:pPr>
              <w:pStyle w:val="TableText"/>
            </w:pPr>
            <w:r>
              <w:t>Joana Matraia Namalima Namalima</w:t>
            </w:r>
          </w:p>
        </w:tc>
        <w:tc>
          <w:tcPr>
            <w:tcW w:w="4110" w:type="dxa"/>
            <w:shd w:val="clear" w:color="auto" w:fill="FFFFFF"/>
          </w:tcPr>
          <w:p w14:paraId="15315D20" w14:textId="77777777" w:rsidR="00000B84" w:rsidRDefault="00000000">
            <w:pPr>
              <w:pStyle w:val="TableText"/>
            </w:pPr>
            <w:r>
              <w:t>Joana Matraia Namalima</w:t>
            </w:r>
          </w:p>
        </w:tc>
      </w:tr>
      <w:tr w:rsidR="00000B84" w14:paraId="075B4D2C" w14:textId="77777777">
        <w:trPr>
          <w:cantSplit/>
        </w:trPr>
        <w:tc>
          <w:tcPr>
            <w:tcW w:w="1406" w:type="dxa"/>
            <w:shd w:val="clear" w:color="auto" w:fill="F0F5F2"/>
          </w:tcPr>
          <w:p w14:paraId="03576C1C" w14:textId="77777777" w:rsidR="00000B84" w:rsidRDefault="00000000">
            <w:pPr>
              <w:pStyle w:val="TableText"/>
            </w:pPr>
            <w:r>
              <w:t>2895 / 2896</w:t>
            </w:r>
          </w:p>
        </w:tc>
        <w:tc>
          <w:tcPr>
            <w:tcW w:w="4630" w:type="dxa"/>
            <w:shd w:val="clear" w:color="auto" w:fill="F0F5F2"/>
          </w:tcPr>
          <w:p w14:paraId="4BDB2937" w14:textId="77777777" w:rsidR="00000B84" w:rsidRDefault="00000000">
            <w:pPr>
              <w:pStyle w:val="TableText"/>
            </w:pPr>
            <w:r>
              <w:t>Joanita Francisco Caminho Francisco Caminho</w:t>
            </w:r>
          </w:p>
        </w:tc>
        <w:tc>
          <w:tcPr>
            <w:tcW w:w="4110" w:type="dxa"/>
            <w:shd w:val="clear" w:color="auto" w:fill="F0F5F2"/>
          </w:tcPr>
          <w:p w14:paraId="31C901EA" w14:textId="77777777" w:rsidR="00000B84" w:rsidRDefault="00000000">
            <w:pPr>
              <w:pStyle w:val="TableText"/>
            </w:pPr>
            <w:r>
              <w:t>Joanita Francisco Caminho</w:t>
            </w:r>
          </w:p>
        </w:tc>
      </w:tr>
      <w:tr w:rsidR="00000B84" w14:paraId="71FE0121" w14:textId="77777777">
        <w:trPr>
          <w:cantSplit/>
        </w:trPr>
        <w:tc>
          <w:tcPr>
            <w:tcW w:w="1406" w:type="dxa"/>
            <w:shd w:val="clear" w:color="auto" w:fill="FFFFFF"/>
          </w:tcPr>
          <w:p w14:paraId="54AC3852" w14:textId="77777777" w:rsidR="00000B84" w:rsidRDefault="00000000">
            <w:pPr>
              <w:pStyle w:val="TableText"/>
            </w:pPr>
            <w:r>
              <w:t>2897 / 2898</w:t>
            </w:r>
          </w:p>
        </w:tc>
        <w:tc>
          <w:tcPr>
            <w:tcW w:w="4630" w:type="dxa"/>
            <w:shd w:val="clear" w:color="auto" w:fill="FFFFFF"/>
          </w:tcPr>
          <w:p w14:paraId="6DF9897D" w14:textId="77777777" w:rsidR="00000B84" w:rsidRDefault="00000000">
            <w:pPr>
              <w:pStyle w:val="TableText"/>
            </w:pPr>
            <w:r>
              <w:t>Joaquina Adelino Adelino Cordeiro</w:t>
            </w:r>
          </w:p>
        </w:tc>
        <w:tc>
          <w:tcPr>
            <w:tcW w:w="4110" w:type="dxa"/>
            <w:shd w:val="clear" w:color="auto" w:fill="FFFFFF"/>
          </w:tcPr>
          <w:p w14:paraId="191C693D" w14:textId="77777777" w:rsidR="00000B84" w:rsidRDefault="00000000">
            <w:pPr>
              <w:pStyle w:val="TableText"/>
            </w:pPr>
            <w:r>
              <w:t>Joaquina Adelino Cordeiro</w:t>
            </w:r>
          </w:p>
        </w:tc>
      </w:tr>
      <w:tr w:rsidR="00000B84" w14:paraId="797472B1" w14:textId="77777777">
        <w:trPr>
          <w:cantSplit/>
        </w:trPr>
        <w:tc>
          <w:tcPr>
            <w:tcW w:w="1406" w:type="dxa"/>
            <w:shd w:val="clear" w:color="auto" w:fill="F0F5F2"/>
          </w:tcPr>
          <w:p w14:paraId="387E4321" w14:textId="77777777" w:rsidR="00000B84" w:rsidRDefault="00000000">
            <w:pPr>
              <w:pStyle w:val="TableText"/>
            </w:pPr>
            <w:r>
              <w:t>2902 / 2903</w:t>
            </w:r>
          </w:p>
        </w:tc>
        <w:tc>
          <w:tcPr>
            <w:tcW w:w="4630" w:type="dxa"/>
            <w:shd w:val="clear" w:color="auto" w:fill="F0F5F2"/>
          </w:tcPr>
          <w:p w14:paraId="5EE21171" w14:textId="77777777" w:rsidR="00000B84" w:rsidRDefault="00000000">
            <w:pPr>
              <w:pStyle w:val="TableText"/>
            </w:pPr>
            <w:r>
              <w:t>Joaquina Da Glória Ernesto Sandaca</w:t>
            </w:r>
          </w:p>
        </w:tc>
        <w:tc>
          <w:tcPr>
            <w:tcW w:w="4110" w:type="dxa"/>
            <w:shd w:val="clear" w:color="auto" w:fill="F0F5F2"/>
          </w:tcPr>
          <w:p w14:paraId="21C40EB1" w14:textId="77777777" w:rsidR="00000B84" w:rsidRDefault="00000000">
            <w:pPr>
              <w:pStyle w:val="TableText"/>
            </w:pPr>
            <w:r>
              <w:t>Joaquina Da Glória Sandaca</w:t>
            </w:r>
          </w:p>
        </w:tc>
      </w:tr>
      <w:tr w:rsidR="00000B84" w14:paraId="298A8B1E" w14:textId="77777777">
        <w:trPr>
          <w:cantSplit/>
        </w:trPr>
        <w:tc>
          <w:tcPr>
            <w:tcW w:w="1406" w:type="dxa"/>
            <w:shd w:val="clear" w:color="auto" w:fill="FFFFFF"/>
          </w:tcPr>
          <w:p w14:paraId="0360DAB4" w14:textId="77777777" w:rsidR="00000B84" w:rsidRDefault="00000000">
            <w:pPr>
              <w:pStyle w:val="TableText"/>
            </w:pPr>
            <w:r>
              <w:t>2936 / 2937</w:t>
            </w:r>
          </w:p>
        </w:tc>
        <w:tc>
          <w:tcPr>
            <w:tcW w:w="4630" w:type="dxa"/>
            <w:shd w:val="clear" w:color="auto" w:fill="FFFFFF"/>
          </w:tcPr>
          <w:p w14:paraId="35B2DC2B" w14:textId="77777777" w:rsidR="00000B84" w:rsidRDefault="00000000">
            <w:pPr>
              <w:pStyle w:val="TableText"/>
            </w:pPr>
            <w:r>
              <w:t>Jorgina Arcanjo Catruza Jorgina Arcanjo Oliveira Catruza</w:t>
            </w:r>
          </w:p>
        </w:tc>
        <w:tc>
          <w:tcPr>
            <w:tcW w:w="4110" w:type="dxa"/>
            <w:shd w:val="clear" w:color="auto" w:fill="FFFFFF"/>
          </w:tcPr>
          <w:p w14:paraId="29B540FA" w14:textId="77777777" w:rsidR="00000B84" w:rsidRDefault="00000000">
            <w:pPr>
              <w:pStyle w:val="TableText"/>
            </w:pPr>
            <w:r>
              <w:t>Jorgina Arcanjo Catruza</w:t>
            </w:r>
          </w:p>
        </w:tc>
      </w:tr>
      <w:tr w:rsidR="00000B84" w14:paraId="21CA265E" w14:textId="77777777">
        <w:trPr>
          <w:cantSplit/>
        </w:trPr>
        <w:tc>
          <w:tcPr>
            <w:tcW w:w="1406" w:type="dxa"/>
            <w:shd w:val="clear" w:color="auto" w:fill="F0F5F2"/>
          </w:tcPr>
          <w:p w14:paraId="4307BEA3" w14:textId="77777777" w:rsidR="00000B84" w:rsidRDefault="00000000">
            <w:pPr>
              <w:pStyle w:val="TableText"/>
            </w:pPr>
            <w:r>
              <w:lastRenderedPageBreak/>
              <w:t>2937 / 2938</w:t>
            </w:r>
          </w:p>
        </w:tc>
        <w:tc>
          <w:tcPr>
            <w:tcW w:w="4630" w:type="dxa"/>
            <w:shd w:val="clear" w:color="auto" w:fill="F0F5F2"/>
          </w:tcPr>
          <w:p w14:paraId="1B294AA9" w14:textId="77777777" w:rsidR="00000B84" w:rsidRDefault="00000000">
            <w:pPr>
              <w:pStyle w:val="TableText"/>
            </w:pPr>
            <w:r>
              <w:t>Jorgina Bento Jorgina Bento Borges Fernando António</w:t>
            </w:r>
          </w:p>
        </w:tc>
        <w:tc>
          <w:tcPr>
            <w:tcW w:w="4110" w:type="dxa"/>
            <w:shd w:val="clear" w:color="auto" w:fill="F0F5F2"/>
          </w:tcPr>
          <w:p w14:paraId="1A21E7E6" w14:textId="77777777" w:rsidR="00000B84" w:rsidRDefault="00000000">
            <w:pPr>
              <w:pStyle w:val="TableText"/>
            </w:pPr>
            <w:r>
              <w:t>Jorgina Bento António</w:t>
            </w:r>
          </w:p>
        </w:tc>
      </w:tr>
      <w:tr w:rsidR="00000B84" w14:paraId="2F24E9AC" w14:textId="77777777">
        <w:trPr>
          <w:cantSplit/>
        </w:trPr>
        <w:tc>
          <w:tcPr>
            <w:tcW w:w="1406" w:type="dxa"/>
            <w:shd w:val="clear" w:color="auto" w:fill="FFFFFF"/>
          </w:tcPr>
          <w:p w14:paraId="632EA662" w14:textId="77777777" w:rsidR="00000B84" w:rsidRDefault="00000000">
            <w:pPr>
              <w:pStyle w:val="TableText"/>
            </w:pPr>
            <w:r>
              <w:t>2946 / 2947</w:t>
            </w:r>
          </w:p>
        </w:tc>
        <w:tc>
          <w:tcPr>
            <w:tcW w:w="4630" w:type="dxa"/>
            <w:shd w:val="clear" w:color="auto" w:fill="FFFFFF"/>
          </w:tcPr>
          <w:p w14:paraId="0FB1ED53" w14:textId="77777777" w:rsidR="00000B84" w:rsidRDefault="00000000">
            <w:pPr>
              <w:pStyle w:val="TableText"/>
            </w:pPr>
            <w:r>
              <w:t>Josefa Alzira Felisberto Lourenço Chicuate</w:t>
            </w:r>
          </w:p>
        </w:tc>
        <w:tc>
          <w:tcPr>
            <w:tcW w:w="4110" w:type="dxa"/>
            <w:shd w:val="clear" w:color="auto" w:fill="FFFFFF"/>
          </w:tcPr>
          <w:p w14:paraId="37EA35F6" w14:textId="77777777" w:rsidR="00000B84" w:rsidRDefault="00000000">
            <w:pPr>
              <w:pStyle w:val="TableText"/>
            </w:pPr>
            <w:r>
              <w:t>Josefa Alzira Chicuate</w:t>
            </w:r>
          </w:p>
        </w:tc>
      </w:tr>
      <w:tr w:rsidR="00000B84" w14:paraId="109D0F63" w14:textId="77777777">
        <w:trPr>
          <w:cantSplit/>
        </w:trPr>
        <w:tc>
          <w:tcPr>
            <w:tcW w:w="1406" w:type="dxa"/>
            <w:shd w:val="clear" w:color="auto" w:fill="F0F5F2"/>
          </w:tcPr>
          <w:p w14:paraId="36253404" w14:textId="77777777" w:rsidR="00000B84" w:rsidRDefault="00000000">
            <w:pPr>
              <w:pStyle w:val="TableText"/>
            </w:pPr>
            <w:r>
              <w:t>2948 / 2949</w:t>
            </w:r>
          </w:p>
        </w:tc>
        <w:tc>
          <w:tcPr>
            <w:tcW w:w="4630" w:type="dxa"/>
            <w:shd w:val="clear" w:color="auto" w:fill="F0F5F2"/>
          </w:tcPr>
          <w:p w14:paraId="4C4950B3" w14:textId="77777777" w:rsidR="00000B84" w:rsidRDefault="00000000">
            <w:pPr>
              <w:pStyle w:val="TableText"/>
            </w:pPr>
            <w:r>
              <w:t>Josefa Benjamim Evaristo Munhage</w:t>
            </w:r>
          </w:p>
        </w:tc>
        <w:tc>
          <w:tcPr>
            <w:tcW w:w="4110" w:type="dxa"/>
            <w:shd w:val="clear" w:color="auto" w:fill="F0F5F2"/>
          </w:tcPr>
          <w:p w14:paraId="33A9B54D" w14:textId="77777777" w:rsidR="00000B84" w:rsidRDefault="00000000">
            <w:pPr>
              <w:pStyle w:val="TableText"/>
            </w:pPr>
            <w:r>
              <w:t>Josefa Benjamim Munhage</w:t>
            </w:r>
          </w:p>
        </w:tc>
      </w:tr>
      <w:tr w:rsidR="00000B84" w14:paraId="04C150DA" w14:textId="77777777">
        <w:trPr>
          <w:cantSplit/>
        </w:trPr>
        <w:tc>
          <w:tcPr>
            <w:tcW w:w="1406" w:type="dxa"/>
            <w:shd w:val="clear" w:color="auto" w:fill="FFFFFF"/>
          </w:tcPr>
          <w:p w14:paraId="7463F638" w14:textId="77777777" w:rsidR="00000B84" w:rsidRDefault="00000000">
            <w:pPr>
              <w:pStyle w:val="TableText"/>
            </w:pPr>
            <w:r>
              <w:t>2961 / 2962</w:t>
            </w:r>
          </w:p>
        </w:tc>
        <w:tc>
          <w:tcPr>
            <w:tcW w:w="4630" w:type="dxa"/>
            <w:shd w:val="clear" w:color="auto" w:fill="FFFFFF"/>
          </w:tcPr>
          <w:p w14:paraId="39E9B775" w14:textId="77777777" w:rsidR="00000B84" w:rsidRDefault="00000000">
            <w:pPr>
              <w:pStyle w:val="TableText"/>
            </w:pPr>
            <w:r>
              <w:t>Josefina Da Nilza Sousa Manuel</w:t>
            </w:r>
          </w:p>
        </w:tc>
        <w:tc>
          <w:tcPr>
            <w:tcW w:w="4110" w:type="dxa"/>
            <w:shd w:val="clear" w:color="auto" w:fill="FFFFFF"/>
          </w:tcPr>
          <w:p w14:paraId="562FD9BF" w14:textId="77777777" w:rsidR="00000B84" w:rsidRDefault="00000000">
            <w:pPr>
              <w:pStyle w:val="TableText"/>
            </w:pPr>
            <w:r>
              <w:t>Josefina Da Nilza Manuel</w:t>
            </w:r>
          </w:p>
        </w:tc>
      </w:tr>
      <w:tr w:rsidR="00000B84" w14:paraId="04DBF3F8" w14:textId="77777777">
        <w:trPr>
          <w:cantSplit/>
        </w:trPr>
        <w:tc>
          <w:tcPr>
            <w:tcW w:w="1406" w:type="dxa"/>
            <w:shd w:val="clear" w:color="auto" w:fill="F0F5F2"/>
          </w:tcPr>
          <w:p w14:paraId="07477438" w14:textId="77777777" w:rsidR="00000B84" w:rsidRDefault="00000000">
            <w:pPr>
              <w:pStyle w:val="TableText"/>
            </w:pPr>
            <w:r>
              <w:t>2973 / 2974</w:t>
            </w:r>
          </w:p>
        </w:tc>
        <w:tc>
          <w:tcPr>
            <w:tcW w:w="4630" w:type="dxa"/>
            <w:shd w:val="clear" w:color="auto" w:fill="F0F5F2"/>
          </w:tcPr>
          <w:p w14:paraId="5B424496" w14:textId="77777777" w:rsidR="00000B84" w:rsidRDefault="00000000">
            <w:pPr>
              <w:pStyle w:val="TableText"/>
            </w:pPr>
            <w:r>
              <w:t>Josuina Pacheco Castigo Mendonça</w:t>
            </w:r>
          </w:p>
        </w:tc>
        <w:tc>
          <w:tcPr>
            <w:tcW w:w="4110" w:type="dxa"/>
            <w:shd w:val="clear" w:color="auto" w:fill="F0F5F2"/>
          </w:tcPr>
          <w:p w14:paraId="184E09D5" w14:textId="77777777" w:rsidR="00000B84" w:rsidRDefault="00000000">
            <w:pPr>
              <w:pStyle w:val="TableText"/>
            </w:pPr>
            <w:r>
              <w:t>Josuina Pacheco Mendonça</w:t>
            </w:r>
          </w:p>
        </w:tc>
      </w:tr>
      <w:tr w:rsidR="00000B84" w14:paraId="127B51D4" w14:textId="77777777">
        <w:trPr>
          <w:cantSplit/>
        </w:trPr>
        <w:tc>
          <w:tcPr>
            <w:tcW w:w="1406" w:type="dxa"/>
            <w:shd w:val="clear" w:color="auto" w:fill="FFFFFF"/>
          </w:tcPr>
          <w:p w14:paraId="052B1E6E" w14:textId="77777777" w:rsidR="00000B84" w:rsidRDefault="00000000">
            <w:pPr>
              <w:pStyle w:val="TableText"/>
            </w:pPr>
            <w:r>
              <w:t>2983 / 2984</w:t>
            </w:r>
          </w:p>
        </w:tc>
        <w:tc>
          <w:tcPr>
            <w:tcW w:w="4630" w:type="dxa"/>
            <w:shd w:val="clear" w:color="auto" w:fill="FFFFFF"/>
          </w:tcPr>
          <w:p w14:paraId="623B1150" w14:textId="77777777" w:rsidR="00000B84" w:rsidRDefault="00000000">
            <w:pPr>
              <w:pStyle w:val="TableText"/>
            </w:pPr>
            <w:r>
              <w:t>Jubeda Felisberto Agústo Jubeda  Felisberto  Agústo</w:t>
            </w:r>
          </w:p>
        </w:tc>
        <w:tc>
          <w:tcPr>
            <w:tcW w:w="4110" w:type="dxa"/>
            <w:shd w:val="clear" w:color="auto" w:fill="FFFFFF"/>
          </w:tcPr>
          <w:p w14:paraId="0F14227A" w14:textId="77777777" w:rsidR="00000B84" w:rsidRDefault="00000000">
            <w:pPr>
              <w:pStyle w:val="TableText"/>
            </w:pPr>
            <w:r>
              <w:t>Jubeda Felisberto Agústo</w:t>
            </w:r>
          </w:p>
        </w:tc>
      </w:tr>
      <w:tr w:rsidR="00000B84" w14:paraId="36BDD7B0" w14:textId="77777777">
        <w:trPr>
          <w:cantSplit/>
        </w:trPr>
        <w:tc>
          <w:tcPr>
            <w:tcW w:w="1406" w:type="dxa"/>
            <w:shd w:val="clear" w:color="auto" w:fill="F0F5F2"/>
          </w:tcPr>
          <w:p w14:paraId="1FFEEBA3" w14:textId="77777777" w:rsidR="00000B84" w:rsidRDefault="00000000">
            <w:pPr>
              <w:pStyle w:val="TableText"/>
            </w:pPr>
            <w:r>
              <w:t>2990 / 2991</w:t>
            </w:r>
          </w:p>
        </w:tc>
        <w:tc>
          <w:tcPr>
            <w:tcW w:w="4630" w:type="dxa"/>
            <w:shd w:val="clear" w:color="auto" w:fill="F0F5F2"/>
          </w:tcPr>
          <w:p w14:paraId="11A299D8" w14:textId="77777777" w:rsidR="00000B84" w:rsidRDefault="00000000">
            <w:pPr>
              <w:pStyle w:val="TableText"/>
            </w:pPr>
            <w:r>
              <w:t>Judite Ambrósio Querigane Namilando</w:t>
            </w:r>
          </w:p>
        </w:tc>
        <w:tc>
          <w:tcPr>
            <w:tcW w:w="4110" w:type="dxa"/>
            <w:shd w:val="clear" w:color="auto" w:fill="F0F5F2"/>
          </w:tcPr>
          <w:p w14:paraId="25F4ADD7" w14:textId="77777777" w:rsidR="00000B84" w:rsidRDefault="00000000">
            <w:pPr>
              <w:pStyle w:val="TableText"/>
            </w:pPr>
            <w:r>
              <w:t>Judite Ambrósio Namilando</w:t>
            </w:r>
          </w:p>
        </w:tc>
      </w:tr>
      <w:tr w:rsidR="00000B84" w14:paraId="1AB04670" w14:textId="77777777">
        <w:trPr>
          <w:cantSplit/>
        </w:trPr>
        <w:tc>
          <w:tcPr>
            <w:tcW w:w="1406" w:type="dxa"/>
            <w:shd w:val="clear" w:color="auto" w:fill="FFFFFF"/>
          </w:tcPr>
          <w:p w14:paraId="2C0858D3" w14:textId="77777777" w:rsidR="00000B84" w:rsidRDefault="00000000">
            <w:pPr>
              <w:pStyle w:val="TableText"/>
            </w:pPr>
            <w:r>
              <w:t>3000 / 3001</w:t>
            </w:r>
          </w:p>
        </w:tc>
        <w:tc>
          <w:tcPr>
            <w:tcW w:w="4630" w:type="dxa"/>
            <w:shd w:val="clear" w:color="auto" w:fill="FFFFFF"/>
          </w:tcPr>
          <w:p w14:paraId="574460FB" w14:textId="77777777" w:rsidR="00000B84" w:rsidRDefault="00000000">
            <w:pPr>
              <w:pStyle w:val="TableText"/>
            </w:pPr>
            <w:r>
              <w:t>Judite Judite Gabriel Minito Canjavo</w:t>
            </w:r>
          </w:p>
        </w:tc>
        <w:tc>
          <w:tcPr>
            <w:tcW w:w="4110" w:type="dxa"/>
            <w:shd w:val="clear" w:color="auto" w:fill="FFFFFF"/>
          </w:tcPr>
          <w:p w14:paraId="75495E36" w14:textId="77777777" w:rsidR="00000B84" w:rsidRDefault="00000000">
            <w:pPr>
              <w:pStyle w:val="TableText"/>
            </w:pPr>
            <w:r>
              <w:t>Judite Judite Canjavo</w:t>
            </w:r>
          </w:p>
        </w:tc>
      </w:tr>
      <w:tr w:rsidR="00000B84" w14:paraId="273564BA" w14:textId="77777777">
        <w:trPr>
          <w:cantSplit/>
        </w:trPr>
        <w:tc>
          <w:tcPr>
            <w:tcW w:w="1406" w:type="dxa"/>
            <w:shd w:val="clear" w:color="auto" w:fill="F0F5F2"/>
          </w:tcPr>
          <w:p w14:paraId="778B043C" w14:textId="77777777" w:rsidR="00000B84" w:rsidRDefault="00000000">
            <w:pPr>
              <w:pStyle w:val="TableText"/>
            </w:pPr>
            <w:r>
              <w:t>3021 / 3022</w:t>
            </w:r>
          </w:p>
        </w:tc>
        <w:tc>
          <w:tcPr>
            <w:tcW w:w="4630" w:type="dxa"/>
            <w:shd w:val="clear" w:color="auto" w:fill="F0F5F2"/>
          </w:tcPr>
          <w:p w14:paraId="2B2E71ED" w14:textId="77777777" w:rsidR="00000B84" w:rsidRDefault="00000000">
            <w:pPr>
              <w:pStyle w:val="TableText"/>
            </w:pPr>
            <w:r>
              <w:t>Julema Carlitos Francisco Nacarapa</w:t>
            </w:r>
          </w:p>
        </w:tc>
        <w:tc>
          <w:tcPr>
            <w:tcW w:w="4110" w:type="dxa"/>
            <w:shd w:val="clear" w:color="auto" w:fill="F0F5F2"/>
          </w:tcPr>
          <w:p w14:paraId="2FD55BF4" w14:textId="77777777" w:rsidR="00000B84" w:rsidRDefault="00000000">
            <w:pPr>
              <w:pStyle w:val="TableText"/>
            </w:pPr>
            <w:r>
              <w:t>Julema Carlitos Nacarapa</w:t>
            </w:r>
          </w:p>
        </w:tc>
      </w:tr>
      <w:tr w:rsidR="00000B84" w14:paraId="6FB3EFE7" w14:textId="77777777">
        <w:trPr>
          <w:cantSplit/>
        </w:trPr>
        <w:tc>
          <w:tcPr>
            <w:tcW w:w="1406" w:type="dxa"/>
            <w:shd w:val="clear" w:color="auto" w:fill="FFFFFF"/>
          </w:tcPr>
          <w:p w14:paraId="4665F92E" w14:textId="77777777" w:rsidR="00000B84" w:rsidRDefault="00000000">
            <w:pPr>
              <w:pStyle w:val="TableText"/>
            </w:pPr>
            <w:r>
              <w:t>3074 / 3075</w:t>
            </w:r>
          </w:p>
        </w:tc>
        <w:tc>
          <w:tcPr>
            <w:tcW w:w="4630" w:type="dxa"/>
            <w:shd w:val="clear" w:color="auto" w:fill="FFFFFF"/>
          </w:tcPr>
          <w:p w14:paraId="511529BC" w14:textId="77777777" w:rsidR="00000B84" w:rsidRDefault="00000000">
            <w:pPr>
              <w:pStyle w:val="TableText"/>
            </w:pPr>
            <w:r>
              <w:t>Julieta José Alfredo Julieta José Alfredo Mulela</w:t>
            </w:r>
          </w:p>
        </w:tc>
        <w:tc>
          <w:tcPr>
            <w:tcW w:w="4110" w:type="dxa"/>
            <w:shd w:val="clear" w:color="auto" w:fill="FFFFFF"/>
          </w:tcPr>
          <w:p w14:paraId="33EEEAD6" w14:textId="77777777" w:rsidR="00000B84" w:rsidRDefault="00000000">
            <w:pPr>
              <w:pStyle w:val="TableText"/>
            </w:pPr>
            <w:r>
              <w:t>Julieta José Mulela</w:t>
            </w:r>
          </w:p>
        </w:tc>
      </w:tr>
      <w:tr w:rsidR="00000B84" w14:paraId="67B0B6AB" w14:textId="77777777">
        <w:trPr>
          <w:cantSplit/>
        </w:trPr>
        <w:tc>
          <w:tcPr>
            <w:tcW w:w="1406" w:type="dxa"/>
            <w:shd w:val="clear" w:color="auto" w:fill="F0F5F2"/>
          </w:tcPr>
          <w:p w14:paraId="65075ACA" w14:textId="77777777" w:rsidR="00000B84" w:rsidRDefault="00000000">
            <w:pPr>
              <w:pStyle w:val="TableText"/>
            </w:pPr>
            <w:r>
              <w:t>3083 / 3084</w:t>
            </w:r>
          </w:p>
        </w:tc>
        <w:tc>
          <w:tcPr>
            <w:tcW w:w="4630" w:type="dxa"/>
            <w:shd w:val="clear" w:color="auto" w:fill="F0F5F2"/>
          </w:tcPr>
          <w:p w14:paraId="6632EA8C" w14:textId="77777777" w:rsidR="00000B84" w:rsidRDefault="00000000">
            <w:pPr>
              <w:pStyle w:val="TableText"/>
            </w:pPr>
            <w:r>
              <w:t>Juselda De Jó Juselda De Jó Da Conceição Augusto Pililão</w:t>
            </w:r>
          </w:p>
        </w:tc>
        <w:tc>
          <w:tcPr>
            <w:tcW w:w="4110" w:type="dxa"/>
            <w:shd w:val="clear" w:color="auto" w:fill="F0F5F2"/>
          </w:tcPr>
          <w:p w14:paraId="4A5CDDAB" w14:textId="77777777" w:rsidR="00000B84" w:rsidRDefault="00000000">
            <w:pPr>
              <w:pStyle w:val="TableText"/>
            </w:pPr>
            <w:r>
              <w:t>Juselda De Jó Pililão</w:t>
            </w:r>
          </w:p>
        </w:tc>
      </w:tr>
      <w:tr w:rsidR="00000B84" w14:paraId="10CA867C" w14:textId="77777777">
        <w:trPr>
          <w:cantSplit/>
        </w:trPr>
        <w:tc>
          <w:tcPr>
            <w:tcW w:w="1406" w:type="dxa"/>
            <w:shd w:val="clear" w:color="auto" w:fill="FFFFFF"/>
          </w:tcPr>
          <w:p w14:paraId="015CBE41" w14:textId="77777777" w:rsidR="00000B84" w:rsidRDefault="00000000">
            <w:pPr>
              <w:pStyle w:val="TableText"/>
            </w:pPr>
            <w:r>
              <w:t>3084 / 3085</w:t>
            </w:r>
          </w:p>
        </w:tc>
        <w:tc>
          <w:tcPr>
            <w:tcW w:w="4630" w:type="dxa"/>
            <w:shd w:val="clear" w:color="auto" w:fill="FFFFFF"/>
          </w:tcPr>
          <w:p w14:paraId="5DFB67F4" w14:textId="77777777" w:rsidR="00000B84" w:rsidRDefault="00000000">
            <w:pPr>
              <w:pStyle w:val="TableText"/>
            </w:pPr>
            <w:r>
              <w:t>Jussiyara Mouzinho Anselmo Gimo</w:t>
            </w:r>
          </w:p>
        </w:tc>
        <w:tc>
          <w:tcPr>
            <w:tcW w:w="4110" w:type="dxa"/>
            <w:shd w:val="clear" w:color="auto" w:fill="FFFFFF"/>
          </w:tcPr>
          <w:p w14:paraId="10CFD928" w14:textId="77777777" w:rsidR="00000B84" w:rsidRDefault="00000000">
            <w:pPr>
              <w:pStyle w:val="TableText"/>
            </w:pPr>
            <w:r>
              <w:t>Jussiyara Mouzinho Gimo</w:t>
            </w:r>
          </w:p>
        </w:tc>
      </w:tr>
      <w:tr w:rsidR="00000B84" w14:paraId="34D871C0" w14:textId="77777777">
        <w:trPr>
          <w:cantSplit/>
        </w:trPr>
        <w:tc>
          <w:tcPr>
            <w:tcW w:w="1406" w:type="dxa"/>
            <w:shd w:val="clear" w:color="auto" w:fill="F0F5F2"/>
          </w:tcPr>
          <w:p w14:paraId="44960A4E" w14:textId="77777777" w:rsidR="00000B84" w:rsidRDefault="00000000">
            <w:pPr>
              <w:pStyle w:val="TableText"/>
            </w:pPr>
            <w:r>
              <w:t>3086 / 3087</w:t>
            </w:r>
          </w:p>
        </w:tc>
        <w:tc>
          <w:tcPr>
            <w:tcW w:w="4630" w:type="dxa"/>
            <w:shd w:val="clear" w:color="auto" w:fill="F0F5F2"/>
          </w:tcPr>
          <w:p w14:paraId="4B162236" w14:textId="77777777" w:rsidR="00000B84" w:rsidRDefault="00000000">
            <w:pPr>
              <w:pStyle w:val="TableText"/>
            </w:pPr>
            <w:r>
              <w:t>Justina Andrade Da Silva Jahar</w:t>
            </w:r>
          </w:p>
        </w:tc>
        <w:tc>
          <w:tcPr>
            <w:tcW w:w="4110" w:type="dxa"/>
            <w:shd w:val="clear" w:color="auto" w:fill="F0F5F2"/>
          </w:tcPr>
          <w:p w14:paraId="2B2B3D39" w14:textId="77777777" w:rsidR="00000B84" w:rsidRDefault="00000000">
            <w:pPr>
              <w:pStyle w:val="TableText"/>
            </w:pPr>
            <w:r>
              <w:t>Justina Andrade Jahar</w:t>
            </w:r>
          </w:p>
        </w:tc>
      </w:tr>
      <w:tr w:rsidR="00000B84" w14:paraId="6280D3D6" w14:textId="77777777">
        <w:trPr>
          <w:cantSplit/>
        </w:trPr>
        <w:tc>
          <w:tcPr>
            <w:tcW w:w="1406" w:type="dxa"/>
            <w:shd w:val="clear" w:color="auto" w:fill="FFFFFF"/>
          </w:tcPr>
          <w:p w14:paraId="6E909582" w14:textId="77777777" w:rsidR="00000B84" w:rsidRDefault="00000000">
            <w:pPr>
              <w:pStyle w:val="TableText"/>
            </w:pPr>
            <w:r>
              <w:t>3093 / 3094</w:t>
            </w:r>
          </w:p>
        </w:tc>
        <w:tc>
          <w:tcPr>
            <w:tcW w:w="4630" w:type="dxa"/>
            <w:shd w:val="clear" w:color="auto" w:fill="FFFFFF"/>
          </w:tcPr>
          <w:p w14:paraId="3BC4965C" w14:textId="77777777" w:rsidR="00000B84" w:rsidRDefault="00000000">
            <w:pPr>
              <w:pStyle w:val="TableText"/>
            </w:pPr>
            <w:r>
              <w:t>Justina De Amélia Mário Paulinho Tiole</w:t>
            </w:r>
          </w:p>
        </w:tc>
        <w:tc>
          <w:tcPr>
            <w:tcW w:w="4110" w:type="dxa"/>
            <w:shd w:val="clear" w:color="auto" w:fill="FFFFFF"/>
          </w:tcPr>
          <w:p w14:paraId="7FC92441" w14:textId="77777777" w:rsidR="00000B84" w:rsidRDefault="00000000">
            <w:pPr>
              <w:pStyle w:val="TableText"/>
            </w:pPr>
            <w:r>
              <w:t>Justina De Amélia Tiole</w:t>
            </w:r>
          </w:p>
        </w:tc>
      </w:tr>
      <w:tr w:rsidR="00000B84" w14:paraId="541A1FB0" w14:textId="77777777">
        <w:trPr>
          <w:cantSplit/>
        </w:trPr>
        <w:tc>
          <w:tcPr>
            <w:tcW w:w="1406" w:type="dxa"/>
            <w:shd w:val="clear" w:color="auto" w:fill="F0F5F2"/>
          </w:tcPr>
          <w:p w14:paraId="034BAD42" w14:textId="77777777" w:rsidR="00000B84" w:rsidRDefault="00000000">
            <w:pPr>
              <w:pStyle w:val="TableText"/>
            </w:pPr>
            <w:r>
              <w:t>3107 / 3108</w:t>
            </w:r>
          </w:p>
        </w:tc>
        <w:tc>
          <w:tcPr>
            <w:tcW w:w="4630" w:type="dxa"/>
            <w:shd w:val="clear" w:color="auto" w:fill="F0F5F2"/>
          </w:tcPr>
          <w:p w14:paraId="094281C4" w14:textId="77777777" w:rsidR="00000B84" w:rsidRDefault="00000000">
            <w:pPr>
              <w:pStyle w:val="TableText"/>
            </w:pPr>
            <w:r>
              <w:t>Kátia Manuel Matemate Manuel Matemate</w:t>
            </w:r>
          </w:p>
        </w:tc>
        <w:tc>
          <w:tcPr>
            <w:tcW w:w="4110" w:type="dxa"/>
            <w:shd w:val="clear" w:color="auto" w:fill="F0F5F2"/>
          </w:tcPr>
          <w:p w14:paraId="5778E5F0" w14:textId="77777777" w:rsidR="00000B84" w:rsidRDefault="00000000">
            <w:pPr>
              <w:pStyle w:val="TableText"/>
            </w:pPr>
            <w:r>
              <w:t>Kátia Manuel Matemate</w:t>
            </w:r>
          </w:p>
        </w:tc>
      </w:tr>
      <w:tr w:rsidR="00000B84" w14:paraId="1B7D348A" w14:textId="77777777">
        <w:trPr>
          <w:cantSplit/>
        </w:trPr>
        <w:tc>
          <w:tcPr>
            <w:tcW w:w="1406" w:type="dxa"/>
            <w:shd w:val="clear" w:color="auto" w:fill="FFFFFF"/>
          </w:tcPr>
          <w:p w14:paraId="093E88FE" w14:textId="77777777" w:rsidR="00000B84" w:rsidRDefault="00000000">
            <w:pPr>
              <w:pStyle w:val="TableText"/>
            </w:pPr>
            <w:r>
              <w:t>3114 / 3115</w:t>
            </w:r>
          </w:p>
        </w:tc>
        <w:tc>
          <w:tcPr>
            <w:tcW w:w="4630" w:type="dxa"/>
            <w:shd w:val="clear" w:color="auto" w:fill="FFFFFF"/>
          </w:tcPr>
          <w:p w14:paraId="3F1A3AE3" w14:textId="77777777" w:rsidR="00000B84" w:rsidRDefault="00000000">
            <w:pPr>
              <w:pStyle w:val="TableText"/>
            </w:pPr>
            <w:r>
              <w:t>Klea De Gervásio Klea De Gervásio Paulino Alberto</w:t>
            </w:r>
          </w:p>
        </w:tc>
        <w:tc>
          <w:tcPr>
            <w:tcW w:w="4110" w:type="dxa"/>
            <w:shd w:val="clear" w:color="auto" w:fill="FFFFFF"/>
          </w:tcPr>
          <w:p w14:paraId="6C51DC4C" w14:textId="77777777" w:rsidR="00000B84" w:rsidRDefault="00000000">
            <w:pPr>
              <w:pStyle w:val="TableText"/>
            </w:pPr>
            <w:r>
              <w:t>Klea De Gervásio Alberto</w:t>
            </w:r>
          </w:p>
        </w:tc>
      </w:tr>
      <w:tr w:rsidR="00000B84" w14:paraId="75593D65" w14:textId="77777777">
        <w:trPr>
          <w:cantSplit/>
        </w:trPr>
        <w:tc>
          <w:tcPr>
            <w:tcW w:w="1406" w:type="dxa"/>
            <w:shd w:val="clear" w:color="auto" w:fill="F0F5F2"/>
          </w:tcPr>
          <w:p w14:paraId="2D555F63" w14:textId="77777777" w:rsidR="00000B84" w:rsidRDefault="00000000">
            <w:pPr>
              <w:pStyle w:val="TableText"/>
            </w:pPr>
            <w:r>
              <w:t>3133 / 3134</w:t>
            </w:r>
          </w:p>
        </w:tc>
        <w:tc>
          <w:tcPr>
            <w:tcW w:w="4630" w:type="dxa"/>
            <w:shd w:val="clear" w:color="auto" w:fill="F0F5F2"/>
          </w:tcPr>
          <w:p w14:paraId="3F3916DB" w14:textId="77777777" w:rsidR="00000B84" w:rsidRDefault="00000000">
            <w:pPr>
              <w:pStyle w:val="TableText"/>
            </w:pPr>
            <w:r>
              <w:t>Lasme Fernanda Fernandao Romane</w:t>
            </w:r>
          </w:p>
        </w:tc>
        <w:tc>
          <w:tcPr>
            <w:tcW w:w="4110" w:type="dxa"/>
            <w:shd w:val="clear" w:color="auto" w:fill="F0F5F2"/>
          </w:tcPr>
          <w:p w14:paraId="0C2EAAC0" w14:textId="77777777" w:rsidR="00000B84" w:rsidRDefault="00000000">
            <w:pPr>
              <w:pStyle w:val="TableText"/>
            </w:pPr>
            <w:r>
              <w:t>Lasme Fernanda Romane</w:t>
            </w:r>
          </w:p>
        </w:tc>
      </w:tr>
      <w:tr w:rsidR="00000B84" w14:paraId="77C3AE82" w14:textId="77777777">
        <w:trPr>
          <w:cantSplit/>
        </w:trPr>
        <w:tc>
          <w:tcPr>
            <w:tcW w:w="1406" w:type="dxa"/>
            <w:shd w:val="clear" w:color="auto" w:fill="FFFFFF"/>
          </w:tcPr>
          <w:p w14:paraId="7B954DFD" w14:textId="77777777" w:rsidR="00000B84" w:rsidRDefault="00000000">
            <w:pPr>
              <w:pStyle w:val="TableText"/>
            </w:pPr>
            <w:r>
              <w:t>3161 / 3162</w:t>
            </w:r>
          </w:p>
        </w:tc>
        <w:tc>
          <w:tcPr>
            <w:tcW w:w="4630" w:type="dxa"/>
            <w:shd w:val="clear" w:color="auto" w:fill="FFFFFF"/>
          </w:tcPr>
          <w:p w14:paraId="29DDDE52" w14:textId="77777777" w:rsidR="00000B84" w:rsidRDefault="00000000">
            <w:pPr>
              <w:pStyle w:val="TableText"/>
            </w:pPr>
            <w:r>
              <w:t>Laura Antônio Socontinho Navarcela</w:t>
            </w:r>
          </w:p>
        </w:tc>
        <w:tc>
          <w:tcPr>
            <w:tcW w:w="4110" w:type="dxa"/>
            <w:shd w:val="clear" w:color="auto" w:fill="FFFFFF"/>
          </w:tcPr>
          <w:p w14:paraId="3FA6A98F" w14:textId="77777777" w:rsidR="00000B84" w:rsidRDefault="00000000">
            <w:pPr>
              <w:pStyle w:val="TableText"/>
            </w:pPr>
            <w:r>
              <w:t>Laura Antônio Navarcela</w:t>
            </w:r>
          </w:p>
        </w:tc>
      </w:tr>
      <w:tr w:rsidR="00000B84" w14:paraId="169368FE" w14:textId="77777777">
        <w:trPr>
          <w:cantSplit/>
        </w:trPr>
        <w:tc>
          <w:tcPr>
            <w:tcW w:w="1406" w:type="dxa"/>
            <w:shd w:val="clear" w:color="auto" w:fill="F0F5F2"/>
          </w:tcPr>
          <w:p w14:paraId="290AB015" w14:textId="77777777" w:rsidR="00000B84" w:rsidRDefault="00000000">
            <w:pPr>
              <w:pStyle w:val="TableText"/>
            </w:pPr>
            <w:r>
              <w:t>3169 / 3170</w:t>
            </w:r>
          </w:p>
        </w:tc>
        <w:tc>
          <w:tcPr>
            <w:tcW w:w="4630" w:type="dxa"/>
            <w:shd w:val="clear" w:color="auto" w:fill="F0F5F2"/>
          </w:tcPr>
          <w:p w14:paraId="1A11DD0A" w14:textId="77777777" w:rsidR="00000B84" w:rsidRDefault="00000000">
            <w:pPr>
              <w:pStyle w:val="TableText"/>
            </w:pPr>
            <w:r>
              <w:t>Laura Custódio Laura Custódio Abruçala</w:t>
            </w:r>
          </w:p>
        </w:tc>
        <w:tc>
          <w:tcPr>
            <w:tcW w:w="4110" w:type="dxa"/>
            <w:shd w:val="clear" w:color="auto" w:fill="F0F5F2"/>
          </w:tcPr>
          <w:p w14:paraId="3A598015" w14:textId="77777777" w:rsidR="00000B84" w:rsidRDefault="00000000">
            <w:pPr>
              <w:pStyle w:val="TableText"/>
            </w:pPr>
            <w:r>
              <w:t>Laura Custódio Abruçala</w:t>
            </w:r>
          </w:p>
        </w:tc>
      </w:tr>
      <w:tr w:rsidR="00000B84" w14:paraId="0D8C44F9" w14:textId="77777777">
        <w:trPr>
          <w:cantSplit/>
        </w:trPr>
        <w:tc>
          <w:tcPr>
            <w:tcW w:w="1406" w:type="dxa"/>
            <w:shd w:val="clear" w:color="auto" w:fill="FFFFFF"/>
          </w:tcPr>
          <w:p w14:paraId="302F9711" w14:textId="77777777" w:rsidR="00000B84" w:rsidRDefault="00000000">
            <w:pPr>
              <w:pStyle w:val="TableText"/>
            </w:pPr>
            <w:r>
              <w:t>3171 / 3172</w:t>
            </w:r>
          </w:p>
        </w:tc>
        <w:tc>
          <w:tcPr>
            <w:tcW w:w="4630" w:type="dxa"/>
            <w:shd w:val="clear" w:color="auto" w:fill="FFFFFF"/>
          </w:tcPr>
          <w:p w14:paraId="2CC322E5" w14:textId="77777777" w:rsidR="00000B84" w:rsidRDefault="00000000">
            <w:pPr>
              <w:pStyle w:val="TableText"/>
            </w:pPr>
            <w:r>
              <w:t>Laura Gonçalves Teneti Gonçalves Tenete</w:t>
            </w:r>
          </w:p>
        </w:tc>
        <w:tc>
          <w:tcPr>
            <w:tcW w:w="4110" w:type="dxa"/>
            <w:shd w:val="clear" w:color="auto" w:fill="FFFFFF"/>
          </w:tcPr>
          <w:p w14:paraId="551E7C1D" w14:textId="77777777" w:rsidR="00000B84" w:rsidRDefault="00000000">
            <w:pPr>
              <w:pStyle w:val="TableText"/>
            </w:pPr>
            <w:r>
              <w:t>Laura Gonçalves Tenete</w:t>
            </w:r>
          </w:p>
        </w:tc>
      </w:tr>
      <w:tr w:rsidR="00000B84" w14:paraId="6035E38B" w14:textId="77777777">
        <w:trPr>
          <w:cantSplit/>
        </w:trPr>
        <w:tc>
          <w:tcPr>
            <w:tcW w:w="1406" w:type="dxa"/>
            <w:shd w:val="clear" w:color="auto" w:fill="F0F5F2"/>
          </w:tcPr>
          <w:p w14:paraId="593EAF2A" w14:textId="77777777" w:rsidR="00000B84" w:rsidRDefault="00000000">
            <w:pPr>
              <w:pStyle w:val="TableText"/>
            </w:pPr>
            <w:r>
              <w:t>3191 / 3192</w:t>
            </w:r>
          </w:p>
        </w:tc>
        <w:tc>
          <w:tcPr>
            <w:tcW w:w="4630" w:type="dxa"/>
            <w:shd w:val="clear" w:color="auto" w:fill="F0F5F2"/>
          </w:tcPr>
          <w:p w14:paraId="54D2CCA0" w14:textId="77777777" w:rsidR="00000B84" w:rsidRDefault="00000000">
            <w:pPr>
              <w:pStyle w:val="TableText"/>
            </w:pPr>
            <w:r>
              <w:t>Laurinda Luís Laurinda Luís Agostinho</w:t>
            </w:r>
          </w:p>
        </w:tc>
        <w:tc>
          <w:tcPr>
            <w:tcW w:w="4110" w:type="dxa"/>
            <w:shd w:val="clear" w:color="auto" w:fill="F0F5F2"/>
          </w:tcPr>
          <w:p w14:paraId="36010552" w14:textId="77777777" w:rsidR="00000B84" w:rsidRDefault="00000000">
            <w:pPr>
              <w:pStyle w:val="TableText"/>
            </w:pPr>
            <w:r>
              <w:t>Laurinda Luís Agostinho</w:t>
            </w:r>
          </w:p>
        </w:tc>
      </w:tr>
      <w:tr w:rsidR="00000B84" w14:paraId="772DFD01" w14:textId="77777777">
        <w:trPr>
          <w:cantSplit/>
        </w:trPr>
        <w:tc>
          <w:tcPr>
            <w:tcW w:w="1406" w:type="dxa"/>
            <w:shd w:val="clear" w:color="auto" w:fill="FFFFFF"/>
          </w:tcPr>
          <w:p w14:paraId="0E6733A6" w14:textId="77777777" w:rsidR="00000B84" w:rsidRDefault="00000000">
            <w:pPr>
              <w:pStyle w:val="TableText"/>
            </w:pPr>
            <w:r>
              <w:t>3214 / 3215</w:t>
            </w:r>
          </w:p>
        </w:tc>
        <w:tc>
          <w:tcPr>
            <w:tcW w:w="4630" w:type="dxa"/>
            <w:shd w:val="clear" w:color="auto" w:fill="FFFFFF"/>
          </w:tcPr>
          <w:p w14:paraId="28352D37" w14:textId="77777777" w:rsidR="00000B84" w:rsidRDefault="00000000">
            <w:pPr>
              <w:pStyle w:val="TableText"/>
            </w:pPr>
            <w:r>
              <w:t>Lelinha Marinheiro Levene Vijarona Vijarona</w:t>
            </w:r>
          </w:p>
        </w:tc>
        <w:tc>
          <w:tcPr>
            <w:tcW w:w="4110" w:type="dxa"/>
            <w:shd w:val="clear" w:color="auto" w:fill="FFFFFF"/>
          </w:tcPr>
          <w:p w14:paraId="1B145C84" w14:textId="77777777" w:rsidR="00000B84" w:rsidRDefault="00000000">
            <w:pPr>
              <w:pStyle w:val="TableText"/>
            </w:pPr>
            <w:r>
              <w:t>Lelinha Marinheiro Vijarona</w:t>
            </w:r>
          </w:p>
        </w:tc>
      </w:tr>
      <w:tr w:rsidR="00000B84" w14:paraId="2B2A9F8E" w14:textId="77777777">
        <w:trPr>
          <w:cantSplit/>
        </w:trPr>
        <w:tc>
          <w:tcPr>
            <w:tcW w:w="1406" w:type="dxa"/>
            <w:shd w:val="clear" w:color="auto" w:fill="F0F5F2"/>
          </w:tcPr>
          <w:p w14:paraId="3A501363" w14:textId="77777777" w:rsidR="00000B84" w:rsidRDefault="00000000">
            <w:pPr>
              <w:pStyle w:val="TableText"/>
            </w:pPr>
            <w:r>
              <w:t>3231 / 3232</w:t>
            </w:r>
          </w:p>
        </w:tc>
        <w:tc>
          <w:tcPr>
            <w:tcW w:w="4630" w:type="dxa"/>
            <w:shd w:val="clear" w:color="auto" w:fill="F0F5F2"/>
          </w:tcPr>
          <w:p w14:paraId="2D0498E7" w14:textId="77777777" w:rsidR="00000B84" w:rsidRDefault="00000000">
            <w:pPr>
              <w:pStyle w:val="TableText"/>
            </w:pPr>
            <w:r>
              <w:t>Leopoldina Pedro Leopoldina Pedro Morais Barroso</w:t>
            </w:r>
          </w:p>
        </w:tc>
        <w:tc>
          <w:tcPr>
            <w:tcW w:w="4110" w:type="dxa"/>
            <w:shd w:val="clear" w:color="auto" w:fill="F0F5F2"/>
          </w:tcPr>
          <w:p w14:paraId="246AAAE3" w14:textId="77777777" w:rsidR="00000B84" w:rsidRDefault="00000000">
            <w:pPr>
              <w:pStyle w:val="TableText"/>
            </w:pPr>
            <w:r>
              <w:t>Leopoldina Pedro Barroso</w:t>
            </w:r>
          </w:p>
        </w:tc>
      </w:tr>
      <w:tr w:rsidR="00000B84" w14:paraId="431826B0" w14:textId="77777777">
        <w:trPr>
          <w:cantSplit/>
        </w:trPr>
        <w:tc>
          <w:tcPr>
            <w:tcW w:w="1406" w:type="dxa"/>
            <w:shd w:val="clear" w:color="auto" w:fill="FFFFFF"/>
          </w:tcPr>
          <w:p w14:paraId="1D37E34E" w14:textId="77777777" w:rsidR="00000B84" w:rsidRDefault="00000000">
            <w:pPr>
              <w:pStyle w:val="TableText"/>
            </w:pPr>
            <w:r>
              <w:t>3240 / 3241</w:t>
            </w:r>
          </w:p>
        </w:tc>
        <w:tc>
          <w:tcPr>
            <w:tcW w:w="4630" w:type="dxa"/>
            <w:shd w:val="clear" w:color="auto" w:fill="FFFFFF"/>
          </w:tcPr>
          <w:p w14:paraId="0417DD37" w14:textId="77777777" w:rsidR="00000B84" w:rsidRDefault="00000000">
            <w:pPr>
              <w:pStyle w:val="TableText"/>
            </w:pPr>
            <w:r>
              <w:t>Levita Guito Arlindo Marques Marques</w:t>
            </w:r>
          </w:p>
        </w:tc>
        <w:tc>
          <w:tcPr>
            <w:tcW w:w="4110" w:type="dxa"/>
            <w:shd w:val="clear" w:color="auto" w:fill="FFFFFF"/>
          </w:tcPr>
          <w:p w14:paraId="228E2B19" w14:textId="77777777" w:rsidR="00000B84" w:rsidRDefault="00000000">
            <w:pPr>
              <w:pStyle w:val="TableText"/>
            </w:pPr>
            <w:r>
              <w:t>Levita Guito Marques</w:t>
            </w:r>
          </w:p>
        </w:tc>
      </w:tr>
      <w:tr w:rsidR="00000B84" w14:paraId="44986B80" w14:textId="77777777">
        <w:trPr>
          <w:cantSplit/>
        </w:trPr>
        <w:tc>
          <w:tcPr>
            <w:tcW w:w="1406" w:type="dxa"/>
            <w:shd w:val="clear" w:color="auto" w:fill="F0F5F2"/>
          </w:tcPr>
          <w:p w14:paraId="10910828" w14:textId="77777777" w:rsidR="00000B84" w:rsidRDefault="00000000">
            <w:pPr>
              <w:pStyle w:val="TableText"/>
            </w:pPr>
            <w:r>
              <w:t>3241 / 3242</w:t>
            </w:r>
          </w:p>
        </w:tc>
        <w:tc>
          <w:tcPr>
            <w:tcW w:w="4630" w:type="dxa"/>
            <w:shd w:val="clear" w:color="auto" w:fill="F0F5F2"/>
          </w:tcPr>
          <w:p w14:paraId="26F28E52" w14:textId="77777777" w:rsidR="00000B84" w:rsidRDefault="00000000">
            <w:pPr>
              <w:pStyle w:val="TableText"/>
            </w:pPr>
            <w:r>
              <w:t>Levita Mauricio Dos Santo Pequenino</w:t>
            </w:r>
          </w:p>
        </w:tc>
        <w:tc>
          <w:tcPr>
            <w:tcW w:w="4110" w:type="dxa"/>
            <w:shd w:val="clear" w:color="auto" w:fill="F0F5F2"/>
          </w:tcPr>
          <w:p w14:paraId="424AA493" w14:textId="77777777" w:rsidR="00000B84" w:rsidRDefault="00000000">
            <w:pPr>
              <w:pStyle w:val="TableText"/>
            </w:pPr>
            <w:r>
              <w:t>Levita Mauricio Pequenino</w:t>
            </w:r>
          </w:p>
        </w:tc>
      </w:tr>
      <w:tr w:rsidR="00000B84" w14:paraId="310A9A7F" w14:textId="77777777">
        <w:trPr>
          <w:cantSplit/>
        </w:trPr>
        <w:tc>
          <w:tcPr>
            <w:tcW w:w="1406" w:type="dxa"/>
            <w:shd w:val="clear" w:color="auto" w:fill="FFFFFF"/>
          </w:tcPr>
          <w:p w14:paraId="2660EE02" w14:textId="77777777" w:rsidR="00000B84" w:rsidRDefault="00000000">
            <w:pPr>
              <w:pStyle w:val="TableText"/>
            </w:pPr>
            <w:r>
              <w:t>3258 / 3259</w:t>
            </w:r>
          </w:p>
        </w:tc>
        <w:tc>
          <w:tcPr>
            <w:tcW w:w="4630" w:type="dxa"/>
            <w:shd w:val="clear" w:color="auto" w:fill="FFFFFF"/>
          </w:tcPr>
          <w:p w14:paraId="6F979AC4" w14:textId="77777777" w:rsidR="00000B84" w:rsidRDefault="00000000">
            <w:pPr>
              <w:pStyle w:val="TableText"/>
            </w:pPr>
            <w:r>
              <w:t>Lidia Jissa Aquibo Amadi Mpereca</w:t>
            </w:r>
          </w:p>
        </w:tc>
        <w:tc>
          <w:tcPr>
            <w:tcW w:w="4110" w:type="dxa"/>
            <w:shd w:val="clear" w:color="auto" w:fill="FFFFFF"/>
          </w:tcPr>
          <w:p w14:paraId="26193B74" w14:textId="77777777" w:rsidR="00000B84" w:rsidRDefault="00000000">
            <w:pPr>
              <w:pStyle w:val="TableText"/>
            </w:pPr>
            <w:r>
              <w:t>Lidia Jissa Mpereca</w:t>
            </w:r>
          </w:p>
        </w:tc>
      </w:tr>
      <w:tr w:rsidR="00000B84" w14:paraId="277EAD62" w14:textId="77777777">
        <w:trPr>
          <w:cantSplit/>
        </w:trPr>
        <w:tc>
          <w:tcPr>
            <w:tcW w:w="1406" w:type="dxa"/>
            <w:shd w:val="clear" w:color="auto" w:fill="F0F5F2"/>
          </w:tcPr>
          <w:p w14:paraId="7ED5CD4E" w14:textId="77777777" w:rsidR="00000B84" w:rsidRDefault="00000000">
            <w:pPr>
              <w:pStyle w:val="TableText"/>
            </w:pPr>
            <w:r>
              <w:t>3270 / 3271</w:t>
            </w:r>
          </w:p>
        </w:tc>
        <w:tc>
          <w:tcPr>
            <w:tcW w:w="4630" w:type="dxa"/>
            <w:shd w:val="clear" w:color="auto" w:fill="F0F5F2"/>
          </w:tcPr>
          <w:p w14:paraId="6B321B00" w14:textId="77777777" w:rsidR="00000B84" w:rsidRDefault="00000000">
            <w:pPr>
              <w:pStyle w:val="TableText"/>
            </w:pPr>
            <w:r>
              <w:t>Lidia Victor Augusto Herculano Rescado</w:t>
            </w:r>
          </w:p>
        </w:tc>
        <w:tc>
          <w:tcPr>
            <w:tcW w:w="4110" w:type="dxa"/>
            <w:shd w:val="clear" w:color="auto" w:fill="F0F5F2"/>
          </w:tcPr>
          <w:p w14:paraId="7C42BDF7" w14:textId="77777777" w:rsidR="00000B84" w:rsidRDefault="00000000">
            <w:pPr>
              <w:pStyle w:val="TableText"/>
            </w:pPr>
            <w:r>
              <w:t>Lidia Victor Rescado</w:t>
            </w:r>
          </w:p>
        </w:tc>
      </w:tr>
      <w:tr w:rsidR="00000B84" w14:paraId="7EC5033B" w14:textId="77777777">
        <w:trPr>
          <w:cantSplit/>
        </w:trPr>
        <w:tc>
          <w:tcPr>
            <w:tcW w:w="1406" w:type="dxa"/>
            <w:shd w:val="clear" w:color="auto" w:fill="FFFFFF"/>
          </w:tcPr>
          <w:p w14:paraId="41CE5DCC" w14:textId="77777777" w:rsidR="00000B84" w:rsidRDefault="00000000">
            <w:pPr>
              <w:pStyle w:val="TableText"/>
            </w:pPr>
            <w:r>
              <w:t>3357 / 3358</w:t>
            </w:r>
          </w:p>
        </w:tc>
        <w:tc>
          <w:tcPr>
            <w:tcW w:w="4630" w:type="dxa"/>
            <w:shd w:val="clear" w:color="auto" w:fill="FFFFFF"/>
          </w:tcPr>
          <w:p w14:paraId="24F122BE" w14:textId="77777777" w:rsidR="00000B84" w:rsidRDefault="00000000">
            <w:pPr>
              <w:pStyle w:val="TableText"/>
            </w:pPr>
            <w:r>
              <w:t>Lola Norberto Mussa Conceição Nazareth</w:t>
            </w:r>
          </w:p>
        </w:tc>
        <w:tc>
          <w:tcPr>
            <w:tcW w:w="4110" w:type="dxa"/>
            <w:shd w:val="clear" w:color="auto" w:fill="FFFFFF"/>
          </w:tcPr>
          <w:p w14:paraId="51CE9F60" w14:textId="77777777" w:rsidR="00000B84" w:rsidRDefault="00000000">
            <w:pPr>
              <w:pStyle w:val="TableText"/>
            </w:pPr>
            <w:r>
              <w:t>Lola Norberto Nazareth</w:t>
            </w:r>
          </w:p>
        </w:tc>
      </w:tr>
      <w:tr w:rsidR="00000B84" w14:paraId="0239A856" w14:textId="77777777">
        <w:trPr>
          <w:cantSplit/>
        </w:trPr>
        <w:tc>
          <w:tcPr>
            <w:tcW w:w="1406" w:type="dxa"/>
            <w:shd w:val="clear" w:color="auto" w:fill="F0F5F2"/>
          </w:tcPr>
          <w:p w14:paraId="6719FB12" w14:textId="77777777" w:rsidR="00000B84" w:rsidRDefault="00000000">
            <w:pPr>
              <w:pStyle w:val="TableText"/>
            </w:pPr>
            <w:r>
              <w:t>3387 / 3388</w:t>
            </w:r>
          </w:p>
        </w:tc>
        <w:tc>
          <w:tcPr>
            <w:tcW w:w="4630" w:type="dxa"/>
            <w:shd w:val="clear" w:color="auto" w:fill="F0F5F2"/>
          </w:tcPr>
          <w:p w14:paraId="6AC1DF7E" w14:textId="77777777" w:rsidR="00000B84" w:rsidRDefault="00000000">
            <w:pPr>
              <w:pStyle w:val="TableText"/>
            </w:pPr>
            <w:r>
              <w:t>Lucia Henriques Garnosse Garnosse</w:t>
            </w:r>
          </w:p>
        </w:tc>
        <w:tc>
          <w:tcPr>
            <w:tcW w:w="4110" w:type="dxa"/>
            <w:shd w:val="clear" w:color="auto" w:fill="F0F5F2"/>
          </w:tcPr>
          <w:p w14:paraId="2AA7CB94" w14:textId="77777777" w:rsidR="00000B84" w:rsidRDefault="00000000">
            <w:pPr>
              <w:pStyle w:val="TableText"/>
            </w:pPr>
            <w:r>
              <w:t>Lucia Henriques Garnosse</w:t>
            </w:r>
          </w:p>
        </w:tc>
      </w:tr>
      <w:tr w:rsidR="00000B84" w14:paraId="66E66776" w14:textId="77777777">
        <w:trPr>
          <w:cantSplit/>
        </w:trPr>
        <w:tc>
          <w:tcPr>
            <w:tcW w:w="1406" w:type="dxa"/>
            <w:shd w:val="clear" w:color="auto" w:fill="FFFFFF"/>
          </w:tcPr>
          <w:p w14:paraId="78FBAE3A" w14:textId="77777777" w:rsidR="00000B84" w:rsidRDefault="00000000">
            <w:pPr>
              <w:pStyle w:val="TableText"/>
            </w:pPr>
            <w:r>
              <w:t>3392 / 3393</w:t>
            </w:r>
          </w:p>
        </w:tc>
        <w:tc>
          <w:tcPr>
            <w:tcW w:w="4630" w:type="dxa"/>
            <w:shd w:val="clear" w:color="auto" w:fill="FFFFFF"/>
          </w:tcPr>
          <w:p w14:paraId="6A57CFBF" w14:textId="77777777" w:rsidR="00000B84" w:rsidRDefault="00000000">
            <w:pPr>
              <w:pStyle w:val="TableText"/>
            </w:pPr>
            <w:r>
              <w:t>Lúcia Marcelino Pareie Mussacua</w:t>
            </w:r>
          </w:p>
        </w:tc>
        <w:tc>
          <w:tcPr>
            <w:tcW w:w="4110" w:type="dxa"/>
            <w:shd w:val="clear" w:color="auto" w:fill="FFFFFF"/>
          </w:tcPr>
          <w:p w14:paraId="45C9B9B6" w14:textId="77777777" w:rsidR="00000B84" w:rsidRDefault="00000000">
            <w:pPr>
              <w:pStyle w:val="TableText"/>
            </w:pPr>
            <w:r>
              <w:t>Lúcia Marcelino Mussacua</w:t>
            </w:r>
          </w:p>
        </w:tc>
      </w:tr>
      <w:tr w:rsidR="00000B84" w14:paraId="44DE09DC" w14:textId="77777777">
        <w:trPr>
          <w:cantSplit/>
        </w:trPr>
        <w:tc>
          <w:tcPr>
            <w:tcW w:w="1406" w:type="dxa"/>
            <w:shd w:val="clear" w:color="auto" w:fill="F0F5F2"/>
          </w:tcPr>
          <w:p w14:paraId="301C0CBC" w14:textId="77777777" w:rsidR="00000B84" w:rsidRDefault="00000000">
            <w:pPr>
              <w:pStyle w:val="TableText"/>
            </w:pPr>
            <w:r>
              <w:t>3398 / 3399</w:t>
            </w:r>
          </w:p>
        </w:tc>
        <w:tc>
          <w:tcPr>
            <w:tcW w:w="4630" w:type="dxa"/>
            <w:shd w:val="clear" w:color="auto" w:fill="F0F5F2"/>
          </w:tcPr>
          <w:p w14:paraId="3F214D3B" w14:textId="77777777" w:rsidR="00000B84" w:rsidRDefault="00000000">
            <w:pPr>
              <w:pStyle w:val="TableText"/>
            </w:pPr>
            <w:r>
              <w:t>Lucia Rafael Amusse Muchiquira</w:t>
            </w:r>
          </w:p>
        </w:tc>
        <w:tc>
          <w:tcPr>
            <w:tcW w:w="4110" w:type="dxa"/>
            <w:shd w:val="clear" w:color="auto" w:fill="F0F5F2"/>
          </w:tcPr>
          <w:p w14:paraId="7B9CAE77" w14:textId="77777777" w:rsidR="00000B84" w:rsidRDefault="00000000">
            <w:pPr>
              <w:pStyle w:val="TableText"/>
            </w:pPr>
            <w:r>
              <w:t>Lucia Rafael Muchiquira</w:t>
            </w:r>
          </w:p>
        </w:tc>
      </w:tr>
      <w:tr w:rsidR="00000B84" w14:paraId="38FC430D" w14:textId="77777777">
        <w:trPr>
          <w:cantSplit/>
        </w:trPr>
        <w:tc>
          <w:tcPr>
            <w:tcW w:w="1406" w:type="dxa"/>
            <w:shd w:val="clear" w:color="auto" w:fill="FFFFFF"/>
          </w:tcPr>
          <w:p w14:paraId="152D15DD" w14:textId="77777777" w:rsidR="00000B84" w:rsidRDefault="00000000">
            <w:pPr>
              <w:pStyle w:val="TableText"/>
            </w:pPr>
            <w:r>
              <w:lastRenderedPageBreak/>
              <w:t>3410 / 3411</w:t>
            </w:r>
          </w:p>
        </w:tc>
        <w:tc>
          <w:tcPr>
            <w:tcW w:w="4630" w:type="dxa"/>
            <w:shd w:val="clear" w:color="auto" w:fill="FFFFFF"/>
          </w:tcPr>
          <w:p w14:paraId="7DAC8A0F" w14:textId="77777777" w:rsidR="00000B84" w:rsidRDefault="00000000">
            <w:pPr>
              <w:pStyle w:val="TableText"/>
            </w:pPr>
            <w:r>
              <w:t>Luciana Custódio Luciana Custódio Malea</w:t>
            </w:r>
          </w:p>
        </w:tc>
        <w:tc>
          <w:tcPr>
            <w:tcW w:w="4110" w:type="dxa"/>
            <w:shd w:val="clear" w:color="auto" w:fill="FFFFFF"/>
          </w:tcPr>
          <w:p w14:paraId="5F396C4A" w14:textId="77777777" w:rsidR="00000B84" w:rsidRDefault="00000000">
            <w:pPr>
              <w:pStyle w:val="TableText"/>
            </w:pPr>
            <w:r>
              <w:t>Luciana Custódio Malea</w:t>
            </w:r>
          </w:p>
        </w:tc>
      </w:tr>
      <w:tr w:rsidR="00000B84" w14:paraId="1F0DF4B2" w14:textId="77777777">
        <w:trPr>
          <w:cantSplit/>
        </w:trPr>
        <w:tc>
          <w:tcPr>
            <w:tcW w:w="1406" w:type="dxa"/>
            <w:shd w:val="clear" w:color="auto" w:fill="F0F5F2"/>
          </w:tcPr>
          <w:p w14:paraId="40A52057" w14:textId="77777777" w:rsidR="00000B84" w:rsidRDefault="00000000">
            <w:pPr>
              <w:pStyle w:val="TableText"/>
            </w:pPr>
            <w:r>
              <w:t>3416 / 3417</w:t>
            </w:r>
          </w:p>
        </w:tc>
        <w:tc>
          <w:tcPr>
            <w:tcW w:w="4630" w:type="dxa"/>
            <w:shd w:val="clear" w:color="auto" w:fill="F0F5F2"/>
          </w:tcPr>
          <w:p w14:paraId="19D6828C" w14:textId="77777777" w:rsidR="00000B84" w:rsidRDefault="00000000">
            <w:pPr>
              <w:pStyle w:val="TableText"/>
            </w:pPr>
            <w:r>
              <w:t>Lucinda Henrques Sodre Moniz Henriques Sodre Moniz</w:t>
            </w:r>
          </w:p>
        </w:tc>
        <w:tc>
          <w:tcPr>
            <w:tcW w:w="4110" w:type="dxa"/>
            <w:shd w:val="clear" w:color="auto" w:fill="F0F5F2"/>
          </w:tcPr>
          <w:p w14:paraId="555AFFA3" w14:textId="77777777" w:rsidR="00000B84" w:rsidRDefault="00000000">
            <w:pPr>
              <w:pStyle w:val="TableText"/>
            </w:pPr>
            <w:r>
              <w:t>Lucinda Henrques Moniz</w:t>
            </w:r>
          </w:p>
        </w:tc>
      </w:tr>
      <w:tr w:rsidR="00000B84" w14:paraId="59D65C65" w14:textId="77777777">
        <w:trPr>
          <w:cantSplit/>
        </w:trPr>
        <w:tc>
          <w:tcPr>
            <w:tcW w:w="1406" w:type="dxa"/>
            <w:shd w:val="clear" w:color="auto" w:fill="FFFFFF"/>
          </w:tcPr>
          <w:p w14:paraId="75711A64" w14:textId="77777777" w:rsidR="00000B84" w:rsidRDefault="00000000">
            <w:pPr>
              <w:pStyle w:val="TableText"/>
            </w:pPr>
            <w:r>
              <w:t>3418 / 3419</w:t>
            </w:r>
          </w:p>
        </w:tc>
        <w:tc>
          <w:tcPr>
            <w:tcW w:w="4630" w:type="dxa"/>
            <w:shd w:val="clear" w:color="auto" w:fill="FFFFFF"/>
          </w:tcPr>
          <w:p w14:paraId="0F0E6458" w14:textId="77777777" w:rsidR="00000B84" w:rsidRDefault="00000000">
            <w:pPr>
              <w:pStyle w:val="TableText"/>
            </w:pPr>
            <w:r>
              <w:t>Lucinda Joaquim Francisco Malodelo</w:t>
            </w:r>
          </w:p>
        </w:tc>
        <w:tc>
          <w:tcPr>
            <w:tcW w:w="4110" w:type="dxa"/>
            <w:shd w:val="clear" w:color="auto" w:fill="FFFFFF"/>
          </w:tcPr>
          <w:p w14:paraId="362C3ABE" w14:textId="77777777" w:rsidR="00000B84" w:rsidRDefault="00000000">
            <w:pPr>
              <w:pStyle w:val="TableText"/>
            </w:pPr>
            <w:r>
              <w:t>Lucinda Joaquim Malodelo</w:t>
            </w:r>
          </w:p>
        </w:tc>
      </w:tr>
      <w:tr w:rsidR="00000B84" w14:paraId="1012816E" w14:textId="77777777">
        <w:trPr>
          <w:cantSplit/>
        </w:trPr>
        <w:tc>
          <w:tcPr>
            <w:tcW w:w="1406" w:type="dxa"/>
            <w:shd w:val="clear" w:color="auto" w:fill="F0F5F2"/>
          </w:tcPr>
          <w:p w14:paraId="0FA37293" w14:textId="77777777" w:rsidR="00000B84" w:rsidRDefault="00000000">
            <w:pPr>
              <w:pStyle w:val="TableText"/>
            </w:pPr>
            <w:r>
              <w:t>3431 / 3432</w:t>
            </w:r>
          </w:p>
        </w:tc>
        <w:tc>
          <w:tcPr>
            <w:tcW w:w="4630" w:type="dxa"/>
            <w:shd w:val="clear" w:color="auto" w:fill="F0F5F2"/>
          </w:tcPr>
          <w:p w14:paraId="0C6F29C0" w14:textId="77777777" w:rsidR="00000B84" w:rsidRDefault="00000000">
            <w:pPr>
              <w:pStyle w:val="TableText"/>
            </w:pPr>
            <w:r>
              <w:t>Ludjini De Gervásio Victor Gouveia</w:t>
            </w:r>
          </w:p>
        </w:tc>
        <w:tc>
          <w:tcPr>
            <w:tcW w:w="4110" w:type="dxa"/>
            <w:shd w:val="clear" w:color="auto" w:fill="F0F5F2"/>
          </w:tcPr>
          <w:p w14:paraId="1FA17502" w14:textId="77777777" w:rsidR="00000B84" w:rsidRDefault="00000000">
            <w:pPr>
              <w:pStyle w:val="TableText"/>
            </w:pPr>
            <w:r>
              <w:t>Ludjini De Gervásio Gouveia</w:t>
            </w:r>
          </w:p>
        </w:tc>
      </w:tr>
      <w:tr w:rsidR="00000B84" w14:paraId="65CE3C42" w14:textId="77777777">
        <w:trPr>
          <w:cantSplit/>
        </w:trPr>
        <w:tc>
          <w:tcPr>
            <w:tcW w:w="1406" w:type="dxa"/>
            <w:shd w:val="clear" w:color="auto" w:fill="FFFFFF"/>
          </w:tcPr>
          <w:p w14:paraId="30FC192D" w14:textId="77777777" w:rsidR="00000B84" w:rsidRDefault="00000000">
            <w:pPr>
              <w:pStyle w:val="TableText"/>
            </w:pPr>
            <w:r>
              <w:t>3442 / 3443</w:t>
            </w:r>
          </w:p>
        </w:tc>
        <w:tc>
          <w:tcPr>
            <w:tcW w:w="4630" w:type="dxa"/>
            <w:shd w:val="clear" w:color="auto" w:fill="FFFFFF"/>
          </w:tcPr>
          <w:p w14:paraId="525EA060" w14:textId="77777777" w:rsidR="00000B84" w:rsidRDefault="00000000">
            <w:pPr>
              <w:pStyle w:val="TableText"/>
            </w:pPr>
            <w:r>
              <w:t>Luísa Daniel Francisco Marqueza</w:t>
            </w:r>
          </w:p>
        </w:tc>
        <w:tc>
          <w:tcPr>
            <w:tcW w:w="4110" w:type="dxa"/>
            <w:shd w:val="clear" w:color="auto" w:fill="FFFFFF"/>
          </w:tcPr>
          <w:p w14:paraId="133B523A" w14:textId="77777777" w:rsidR="00000B84" w:rsidRDefault="00000000">
            <w:pPr>
              <w:pStyle w:val="TableText"/>
            </w:pPr>
            <w:r>
              <w:t>Luísa Daniel Marqueza</w:t>
            </w:r>
          </w:p>
        </w:tc>
      </w:tr>
      <w:tr w:rsidR="00000B84" w14:paraId="26DC9786" w14:textId="77777777">
        <w:trPr>
          <w:cantSplit/>
        </w:trPr>
        <w:tc>
          <w:tcPr>
            <w:tcW w:w="1406" w:type="dxa"/>
            <w:shd w:val="clear" w:color="auto" w:fill="F0F5F2"/>
          </w:tcPr>
          <w:p w14:paraId="33EA8ADE" w14:textId="77777777" w:rsidR="00000B84" w:rsidRDefault="00000000">
            <w:pPr>
              <w:pStyle w:val="TableText"/>
            </w:pPr>
            <w:r>
              <w:t>3445 / 3446</w:t>
            </w:r>
          </w:p>
        </w:tc>
        <w:tc>
          <w:tcPr>
            <w:tcW w:w="4630" w:type="dxa"/>
            <w:shd w:val="clear" w:color="auto" w:fill="F0F5F2"/>
          </w:tcPr>
          <w:p w14:paraId="47DE26C9" w14:textId="77777777" w:rsidR="00000B84" w:rsidRDefault="00000000">
            <w:pPr>
              <w:pStyle w:val="TableText"/>
            </w:pPr>
            <w:r>
              <w:t>Luisa Eunice Lindo Ricardo Mugaua</w:t>
            </w:r>
          </w:p>
        </w:tc>
        <w:tc>
          <w:tcPr>
            <w:tcW w:w="4110" w:type="dxa"/>
            <w:shd w:val="clear" w:color="auto" w:fill="F0F5F2"/>
          </w:tcPr>
          <w:p w14:paraId="3082D971" w14:textId="77777777" w:rsidR="00000B84" w:rsidRDefault="00000000">
            <w:pPr>
              <w:pStyle w:val="TableText"/>
            </w:pPr>
            <w:r>
              <w:t>Luisa Eunice Mugaua</w:t>
            </w:r>
          </w:p>
        </w:tc>
      </w:tr>
      <w:tr w:rsidR="00000B84" w14:paraId="79106F78" w14:textId="77777777">
        <w:trPr>
          <w:cantSplit/>
        </w:trPr>
        <w:tc>
          <w:tcPr>
            <w:tcW w:w="1406" w:type="dxa"/>
            <w:shd w:val="clear" w:color="auto" w:fill="FFFFFF"/>
          </w:tcPr>
          <w:p w14:paraId="77ADB07D" w14:textId="77777777" w:rsidR="00000B84" w:rsidRDefault="00000000">
            <w:pPr>
              <w:pStyle w:val="TableText"/>
            </w:pPr>
            <w:r>
              <w:t>3449 / 3450</w:t>
            </w:r>
          </w:p>
        </w:tc>
        <w:tc>
          <w:tcPr>
            <w:tcW w:w="4630" w:type="dxa"/>
            <w:shd w:val="clear" w:color="auto" w:fill="FFFFFF"/>
          </w:tcPr>
          <w:p w14:paraId="5D58B02E" w14:textId="77777777" w:rsidR="00000B84" w:rsidRDefault="00000000">
            <w:pPr>
              <w:pStyle w:val="TableText"/>
            </w:pPr>
            <w:r>
              <w:t>Luísa Januário Luísa Januário Falaca Mundipelane</w:t>
            </w:r>
          </w:p>
        </w:tc>
        <w:tc>
          <w:tcPr>
            <w:tcW w:w="4110" w:type="dxa"/>
            <w:shd w:val="clear" w:color="auto" w:fill="FFFFFF"/>
          </w:tcPr>
          <w:p w14:paraId="2E6BCFD2" w14:textId="77777777" w:rsidR="00000B84" w:rsidRDefault="00000000">
            <w:pPr>
              <w:pStyle w:val="TableText"/>
            </w:pPr>
            <w:r>
              <w:t>Luísa Januário Mundipelane</w:t>
            </w:r>
          </w:p>
        </w:tc>
      </w:tr>
      <w:tr w:rsidR="00000B84" w14:paraId="5BB48DE4" w14:textId="77777777">
        <w:trPr>
          <w:cantSplit/>
        </w:trPr>
        <w:tc>
          <w:tcPr>
            <w:tcW w:w="1406" w:type="dxa"/>
            <w:shd w:val="clear" w:color="auto" w:fill="F0F5F2"/>
          </w:tcPr>
          <w:p w14:paraId="06915A0A" w14:textId="77777777" w:rsidR="00000B84" w:rsidRDefault="00000000">
            <w:pPr>
              <w:pStyle w:val="TableText"/>
            </w:pPr>
            <w:r>
              <w:t>3489 / 3490</w:t>
            </w:r>
          </w:p>
        </w:tc>
        <w:tc>
          <w:tcPr>
            <w:tcW w:w="4630" w:type="dxa"/>
            <w:shd w:val="clear" w:color="auto" w:fill="F0F5F2"/>
          </w:tcPr>
          <w:p w14:paraId="1137E676" w14:textId="77777777" w:rsidR="00000B84" w:rsidRDefault="00000000">
            <w:pPr>
              <w:pStyle w:val="TableText"/>
            </w:pPr>
            <w:r>
              <w:t>Lurdes Murrupa Lurdes Murrupa Vacarrea</w:t>
            </w:r>
          </w:p>
        </w:tc>
        <w:tc>
          <w:tcPr>
            <w:tcW w:w="4110" w:type="dxa"/>
            <w:shd w:val="clear" w:color="auto" w:fill="F0F5F2"/>
          </w:tcPr>
          <w:p w14:paraId="2890F285" w14:textId="77777777" w:rsidR="00000B84" w:rsidRDefault="00000000">
            <w:pPr>
              <w:pStyle w:val="TableText"/>
            </w:pPr>
            <w:r>
              <w:t>Lurdes Murrupa Vacarrea</w:t>
            </w:r>
          </w:p>
        </w:tc>
      </w:tr>
      <w:tr w:rsidR="00000B84" w14:paraId="4370AAC3" w14:textId="77777777">
        <w:trPr>
          <w:cantSplit/>
        </w:trPr>
        <w:tc>
          <w:tcPr>
            <w:tcW w:w="1406" w:type="dxa"/>
            <w:shd w:val="clear" w:color="auto" w:fill="FFFFFF"/>
          </w:tcPr>
          <w:p w14:paraId="38B438CC" w14:textId="77777777" w:rsidR="00000B84" w:rsidRDefault="00000000">
            <w:pPr>
              <w:pStyle w:val="TableText"/>
            </w:pPr>
            <w:r>
              <w:t>3492 / 3493</w:t>
            </w:r>
          </w:p>
        </w:tc>
        <w:tc>
          <w:tcPr>
            <w:tcW w:w="4630" w:type="dxa"/>
            <w:shd w:val="clear" w:color="auto" w:fill="FFFFFF"/>
          </w:tcPr>
          <w:p w14:paraId="74F3C332" w14:textId="77777777" w:rsidR="00000B84" w:rsidRDefault="00000000">
            <w:pPr>
              <w:pStyle w:val="TableText"/>
            </w:pPr>
            <w:r>
              <w:t>Luzineide Joaquim Francisco Malodelo</w:t>
            </w:r>
          </w:p>
        </w:tc>
        <w:tc>
          <w:tcPr>
            <w:tcW w:w="4110" w:type="dxa"/>
            <w:shd w:val="clear" w:color="auto" w:fill="FFFFFF"/>
          </w:tcPr>
          <w:p w14:paraId="4694543E" w14:textId="77777777" w:rsidR="00000B84" w:rsidRDefault="00000000">
            <w:pPr>
              <w:pStyle w:val="TableText"/>
            </w:pPr>
            <w:r>
              <w:t>Luzineide Joaquim Malodelo</w:t>
            </w:r>
          </w:p>
        </w:tc>
      </w:tr>
      <w:tr w:rsidR="00000B84" w14:paraId="4946196E" w14:textId="77777777">
        <w:trPr>
          <w:cantSplit/>
        </w:trPr>
        <w:tc>
          <w:tcPr>
            <w:tcW w:w="1406" w:type="dxa"/>
            <w:shd w:val="clear" w:color="auto" w:fill="F0F5F2"/>
          </w:tcPr>
          <w:p w14:paraId="5453C551" w14:textId="77777777" w:rsidR="00000B84" w:rsidRDefault="00000000">
            <w:pPr>
              <w:pStyle w:val="TableText"/>
            </w:pPr>
            <w:r>
              <w:t>3495 / 3496</w:t>
            </w:r>
          </w:p>
        </w:tc>
        <w:tc>
          <w:tcPr>
            <w:tcW w:w="4630" w:type="dxa"/>
            <w:shd w:val="clear" w:color="auto" w:fill="F0F5F2"/>
          </w:tcPr>
          <w:p w14:paraId="2CC5A365" w14:textId="77777777" w:rsidR="00000B84" w:rsidRDefault="00000000">
            <w:pPr>
              <w:pStyle w:val="TableText"/>
            </w:pPr>
            <w:r>
              <w:t>Madalena Alfredo Ernesto Comboio Comboio</w:t>
            </w:r>
          </w:p>
        </w:tc>
        <w:tc>
          <w:tcPr>
            <w:tcW w:w="4110" w:type="dxa"/>
            <w:shd w:val="clear" w:color="auto" w:fill="F0F5F2"/>
          </w:tcPr>
          <w:p w14:paraId="351A33E8" w14:textId="77777777" w:rsidR="00000B84" w:rsidRDefault="00000000">
            <w:pPr>
              <w:pStyle w:val="TableText"/>
            </w:pPr>
            <w:r>
              <w:t>Madalena Alfredo Comboio</w:t>
            </w:r>
          </w:p>
        </w:tc>
      </w:tr>
      <w:tr w:rsidR="00000B84" w14:paraId="3CE4D872" w14:textId="77777777">
        <w:trPr>
          <w:cantSplit/>
        </w:trPr>
        <w:tc>
          <w:tcPr>
            <w:tcW w:w="1406" w:type="dxa"/>
            <w:shd w:val="clear" w:color="auto" w:fill="FFFFFF"/>
          </w:tcPr>
          <w:p w14:paraId="214A7C1C" w14:textId="77777777" w:rsidR="00000B84" w:rsidRDefault="00000000">
            <w:pPr>
              <w:pStyle w:val="TableText"/>
            </w:pPr>
            <w:r>
              <w:t>3513 / 3514</w:t>
            </w:r>
          </w:p>
        </w:tc>
        <w:tc>
          <w:tcPr>
            <w:tcW w:w="4630" w:type="dxa"/>
            <w:shd w:val="clear" w:color="auto" w:fill="FFFFFF"/>
          </w:tcPr>
          <w:p w14:paraId="41880E45" w14:textId="77777777" w:rsidR="00000B84" w:rsidRDefault="00000000">
            <w:pPr>
              <w:pStyle w:val="TableText"/>
            </w:pPr>
            <w:r>
              <w:t>Mafalada Osvaldo Costodio Costodio</w:t>
            </w:r>
          </w:p>
        </w:tc>
        <w:tc>
          <w:tcPr>
            <w:tcW w:w="4110" w:type="dxa"/>
            <w:shd w:val="clear" w:color="auto" w:fill="FFFFFF"/>
          </w:tcPr>
          <w:p w14:paraId="1B984D94" w14:textId="77777777" w:rsidR="00000B84" w:rsidRDefault="00000000">
            <w:pPr>
              <w:pStyle w:val="TableText"/>
            </w:pPr>
            <w:r>
              <w:t>Mafalada Osvaldo Costodio</w:t>
            </w:r>
          </w:p>
        </w:tc>
      </w:tr>
      <w:tr w:rsidR="00000B84" w14:paraId="02A53C77" w14:textId="77777777">
        <w:trPr>
          <w:cantSplit/>
        </w:trPr>
        <w:tc>
          <w:tcPr>
            <w:tcW w:w="1406" w:type="dxa"/>
            <w:shd w:val="clear" w:color="auto" w:fill="F0F5F2"/>
          </w:tcPr>
          <w:p w14:paraId="3250514D" w14:textId="77777777" w:rsidR="00000B84" w:rsidRDefault="00000000">
            <w:pPr>
              <w:pStyle w:val="TableText"/>
            </w:pPr>
            <w:r>
              <w:t>3533 / 3534</w:t>
            </w:r>
          </w:p>
        </w:tc>
        <w:tc>
          <w:tcPr>
            <w:tcW w:w="4630" w:type="dxa"/>
            <w:shd w:val="clear" w:color="auto" w:fill="F0F5F2"/>
          </w:tcPr>
          <w:p w14:paraId="4E4BC02D" w14:textId="77777777" w:rsidR="00000B84" w:rsidRDefault="00000000">
            <w:pPr>
              <w:pStyle w:val="TableText"/>
            </w:pPr>
            <w:r>
              <w:t>Maira Javito Baiba Sabino Javito Baiba Sabino</w:t>
            </w:r>
          </w:p>
        </w:tc>
        <w:tc>
          <w:tcPr>
            <w:tcW w:w="4110" w:type="dxa"/>
            <w:shd w:val="clear" w:color="auto" w:fill="F0F5F2"/>
          </w:tcPr>
          <w:p w14:paraId="4B1869F2" w14:textId="77777777" w:rsidR="00000B84" w:rsidRDefault="00000000">
            <w:pPr>
              <w:pStyle w:val="TableText"/>
            </w:pPr>
            <w:r>
              <w:t>Maira Javito Sabino</w:t>
            </w:r>
          </w:p>
        </w:tc>
      </w:tr>
      <w:tr w:rsidR="00000B84" w14:paraId="6E674290" w14:textId="77777777">
        <w:trPr>
          <w:cantSplit/>
        </w:trPr>
        <w:tc>
          <w:tcPr>
            <w:tcW w:w="1406" w:type="dxa"/>
            <w:shd w:val="clear" w:color="auto" w:fill="FFFFFF"/>
          </w:tcPr>
          <w:p w14:paraId="180D42A7" w14:textId="77777777" w:rsidR="00000B84" w:rsidRDefault="00000000">
            <w:pPr>
              <w:pStyle w:val="TableText"/>
            </w:pPr>
            <w:r>
              <w:t>3534 / 3535</w:t>
            </w:r>
          </w:p>
        </w:tc>
        <w:tc>
          <w:tcPr>
            <w:tcW w:w="4630" w:type="dxa"/>
            <w:shd w:val="clear" w:color="auto" w:fill="FFFFFF"/>
          </w:tcPr>
          <w:p w14:paraId="4FC2B498" w14:textId="77777777" w:rsidR="00000B84" w:rsidRDefault="00000000">
            <w:pPr>
              <w:pStyle w:val="TableText"/>
            </w:pPr>
            <w:r>
              <w:t>Maité Da Conceição Gonçalves Chuabo</w:t>
            </w:r>
          </w:p>
        </w:tc>
        <w:tc>
          <w:tcPr>
            <w:tcW w:w="4110" w:type="dxa"/>
            <w:shd w:val="clear" w:color="auto" w:fill="FFFFFF"/>
          </w:tcPr>
          <w:p w14:paraId="7B971756" w14:textId="77777777" w:rsidR="00000B84" w:rsidRDefault="00000000">
            <w:pPr>
              <w:pStyle w:val="TableText"/>
            </w:pPr>
            <w:r>
              <w:t>Maité Da Conceição Chuabo</w:t>
            </w:r>
          </w:p>
        </w:tc>
      </w:tr>
      <w:tr w:rsidR="00000B84" w14:paraId="656B775B" w14:textId="77777777">
        <w:trPr>
          <w:cantSplit/>
        </w:trPr>
        <w:tc>
          <w:tcPr>
            <w:tcW w:w="1406" w:type="dxa"/>
            <w:shd w:val="clear" w:color="auto" w:fill="F0F5F2"/>
          </w:tcPr>
          <w:p w14:paraId="0A718620" w14:textId="77777777" w:rsidR="00000B84" w:rsidRDefault="00000000">
            <w:pPr>
              <w:pStyle w:val="TableText"/>
            </w:pPr>
            <w:r>
              <w:t>3537 / 3538</w:t>
            </w:r>
          </w:p>
        </w:tc>
        <w:tc>
          <w:tcPr>
            <w:tcW w:w="4630" w:type="dxa"/>
            <w:shd w:val="clear" w:color="auto" w:fill="F0F5F2"/>
          </w:tcPr>
          <w:p w14:paraId="40333E2F" w14:textId="77777777" w:rsidR="00000B84" w:rsidRDefault="00000000">
            <w:pPr>
              <w:pStyle w:val="TableText"/>
            </w:pPr>
            <w:r>
              <w:t>Maiza Danubio Carlos Fernando Pires</w:t>
            </w:r>
          </w:p>
        </w:tc>
        <w:tc>
          <w:tcPr>
            <w:tcW w:w="4110" w:type="dxa"/>
            <w:shd w:val="clear" w:color="auto" w:fill="F0F5F2"/>
          </w:tcPr>
          <w:p w14:paraId="08E572A2" w14:textId="77777777" w:rsidR="00000B84" w:rsidRDefault="00000000">
            <w:pPr>
              <w:pStyle w:val="TableText"/>
            </w:pPr>
            <w:r>
              <w:t>Maiza Danubio Pires</w:t>
            </w:r>
          </w:p>
        </w:tc>
      </w:tr>
      <w:tr w:rsidR="00000B84" w14:paraId="4A74B300" w14:textId="77777777">
        <w:trPr>
          <w:cantSplit/>
        </w:trPr>
        <w:tc>
          <w:tcPr>
            <w:tcW w:w="1406" w:type="dxa"/>
            <w:shd w:val="clear" w:color="auto" w:fill="FFFFFF"/>
          </w:tcPr>
          <w:p w14:paraId="66CEDB56" w14:textId="77777777" w:rsidR="00000B84" w:rsidRDefault="00000000">
            <w:pPr>
              <w:pStyle w:val="TableText"/>
            </w:pPr>
            <w:r>
              <w:t>3553 / 3554</w:t>
            </w:r>
          </w:p>
        </w:tc>
        <w:tc>
          <w:tcPr>
            <w:tcW w:w="4630" w:type="dxa"/>
            <w:shd w:val="clear" w:color="auto" w:fill="FFFFFF"/>
          </w:tcPr>
          <w:p w14:paraId="28C1670F" w14:textId="77777777" w:rsidR="00000B84" w:rsidRDefault="00000000">
            <w:pPr>
              <w:pStyle w:val="TableText"/>
            </w:pPr>
            <w:r>
              <w:t>Manteiga Antônio Sumila Marques</w:t>
            </w:r>
          </w:p>
        </w:tc>
        <w:tc>
          <w:tcPr>
            <w:tcW w:w="4110" w:type="dxa"/>
            <w:shd w:val="clear" w:color="auto" w:fill="FFFFFF"/>
          </w:tcPr>
          <w:p w14:paraId="1E9B64BF" w14:textId="77777777" w:rsidR="00000B84" w:rsidRDefault="00000000">
            <w:pPr>
              <w:pStyle w:val="TableText"/>
            </w:pPr>
            <w:r>
              <w:t>Manteiga Antônio Marques</w:t>
            </w:r>
          </w:p>
        </w:tc>
      </w:tr>
      <w:tr w:rsidR="00000B84" w14:paraId="0C9E9DC7" w14:textId="77777777">
        <w:trPr>
          <w:cantSplit/>
        </w:trPr>
        <w:tc>
          <w:tcPr>
            <w:tcW w:w="1406" w:type="dxa"/>
            <w:shd w:val="clear" w:color="auto" w:fill="F0F5F2"/>
          </w:tcPr>
          <w:p w14:paraId="7A03E901" w14:textId="77777777" w:rsidR="00000B84" w:rsidRDefault="00000000">
            <w:pPr>
              <w:pStyle w:val="TableText"/>
            </w:pPr>
            <w:r>
              <w:t>3560 / 3561</w:t>
            </w:r>
          </w:p>
        </w:tc>
        <w:tc>
          <w:tcPr>
            <w:tcW w:w="4630" w:type="dxa"/>
            <w:shd w:val="clear" w:color="auto" w:fill="F0F5F2"/>
          </w:tcPr>
          <w:p w14:paraId="030EBBAF" w14:textId="77777777" w:rsidR="00000B84" w:rsidRDefault="00000000">
            <w:pPr>
              <w:pStyle w:val="TableText"/>
            </w:pPr>
            <w:r>
              <w:t>Manuela Bonifacio Benedito Dos Santos</w:t>
            </w:r>
          </w:p>
        </w:tc>
        <w:tc>
          <w:tcPr>
            <w:tcW w:w="4110" w:type="dxa"/>
            <w:shd w:val="clear" w:color="auto" w:fill="F0F5F2"/>
          </w:tcPr>
          <w:p w14:paraId="6742E6D6" w14:textId="77777777" w:rsidR="00000B84" w:rsidRDefault="00000000">
            <w:pPr>
              <w:pStyle w:val="TableText"/>
            </w:pPr>
            <w:r>
              <w:t>Manuela Bonifacio Dos Santos</w:t>
            </w:r>
          </w:p>
        </w:tc>
      </w:tr>
      <w:tr w:rsidR="00000B84" w14:paraId="1BBB09F8" w14:textId="77777777">
        <w:trPr>
          <w:cantSplit/>
        </w:trPr>
        <w:tc>
          <w:tcPr>
            <w:tcW w:w="1406" w:type="dxa"/>
            <w:shd w:val="clear" w:color="auto" w:fill="FFFFFF"/>
          </w:tcPr>
          <w:p w14:paraId="3C179357" w14:textId="77777777" w:rsidR="00000B84" w:rsidRDefault="00000000">
            <w:pPr>
              <w:pStyle w:val="TableText"/>
            </w:pPr>
            <w:r>
              <w:t>3562 / 3563</w:t>
            </w:r>
          </w:p>
        </w:tc>
        <w:tc>
          <w:tcPr>
            <w:tcW w:w="4630" w:type="dxa"/>
            <w:shd w:val="clear" w:color="auto" w:fill="FFFFFF"/>
          </w:tcPr>
          <w:p w14:paraId="6F7C4559" w14:textId="77777777" w:rsidR="00000B84" w:rsidRDefault="00000000">
            <w:pPr>
              <w:pStyle w:val="TableText"/>
            </w:pPr>
            <w:r>
              <w:t>Manuela Edelito Miguel Tres Tres</w:t>
            </w:r>
          </w:p>
        </w:tc>
        <w:tc>
          <w:tcPr>
            <w:tcW w:w="4110" w:type="dxa"/>
            <w:shd w:val="clear" w:color="auto" w:fill="FFFFFF"/>
          </w:tcPr>
          <w:p w14:paraId="0D7D51E2" w14:textId="77777777" w:rsidR="00000B84" w:rsidRDefault="00000000">
            <w:pPr>
              <w:pStyle w:val="TableText"/>
            </w:pPr>
            <w:r>
              <w:t>Manuela Edelito Tres</w:t>
            </w:r>
          </w:p>
        </w:tc>
      </w:tr>
      <w:tr w:rsidR="00000B84" w14:paraId="6C6E718E" w14:textId="77777777">
        <w:trPr>
          <w:cantSplit/>
        </w:trPr>
        <w:tc>
          <w:tcPr>
            <w:tcW w:w="1406" w:type="dxa"/>
            <w:shd w:val="clear" w:color="auto" w:fill="F0F5F2"/>
          </w:tcPr>
          <w:p w14:paraId="717A31C7" w14:textId="77777777" w:rsidR="00000B84" w:rsidRDefault="00000000">
            <w:pPr>
              <w:pStyle w:val="TableText"/>
            </w:pPr>
            <w:r>
              <w:t>3572 / 3573</w:t>
            </w:r>
          </w:p>
        </w:tc>
        <w:tc>
          <w:tcPr>
            <w:tcW w:w="4630" w:type="dxa"/>
            <w:shd w:val="clear" w:color="auto" w:fill="F0F5F2"/>
          </w:tcPr>
          <w:p w14:paraId="77D49274" w14:textId="77777777" w:rsidR="00000B84" w:rsidRDefault="00000000">
            <w:pPr>
              <w:pStyle w:val="TableText"/>
            </w:pPr>
            <w:r>
              <w:t>Manuela Manuel Armando Calima</w:t>
            </w:r>
          </w:p>
        </w:tc>
        <w:tc>
          <w:tcPr>
            <w:tcW w:w="4110" w:type="dxa"/>
            <w:shd w:val="clear" w:color="auto" w:fill="F0F5F2"/>
          </w:tcPr>
          <w:p w14:paraId="31037363" w14:textId="77777777" w:rsidR="00000B84" w:rsidRDefault="00000000">
            <w:pPr>
              <w:pStyle w:val="TableText"/>
            </w:pPr>
            <w:r>
              <w:t>Manuela Manuel Calima</w:t>
            </w:r>
          </w:p>
        </w:tc>
      </w:tr>
      <w:tr w:rsidR="00000B84" w14:paraId="59154B0C" w14:textId="77777777">
        <w:trPr>
          <w:cantSplit/>
        </w:trPr>
        <w:tc>
          <w:tcPr>
            <w:tcW w:w="1406" w:type="dxa"/>
            <w:shd w:val="clear" w:color="auto" w:fill="FFFFFF"/>
          </w:tcPr>
          <w:p w14:paraId="6407578F" w14:textId="77777777" w:rsidR="00000B84" w:rsidRDefault="00000000">
            <w:pPr>
              <w:pStyle w:val="TableText"/>
            </w:pPr>
            <w:r>
              <w:t>3573 / 3574</w:t>
            </w:r>
          </w:p>
        </w:tc>
        <w:tc>
          <w:tcPr>
            <w:tcW w:w="4630" w:type="dxa"/>
            <w:shd w:val="clear" w:color="auto" w:fill="FFFFFF"/>
          </w:tcPr>
          <w:p w14:paraId="08B6F646" w14:textId="77777777" w:rsidR="00000B84" w:rsidRDefault="00000000">
            <w:pPr>
              <w:pStyle w:val="TableText"/>
            </w:pPr>
            <w:r>
              <w:t>Manuela Manuel Artur Napueda</w:t>
            </w:r>
          </w:p>
        </w:tc>
        <w:tc>
          <w:tcPr>
            <w:tcW w:w="4110" w:type="dxa"/>
            <w:shd w:val="clear" w:color="auto" w:fill="FFFFFF"/>
          </w:tcPr>
          <w:p w14:paraId="6E128F6D" w14:textId="77777777" w:rsidR="00000B84" w:rsidRDefault="00000000">
            <w:pPr>
              <w:pStyle w:val="TableText"/>
            </w:pPr>
            <w:r>
              <w:t>Manuela Manuel Napueda</w:t>
            </w:r>
          </w:p>
        </w:tc>
      </w:tr>
      <w:tr w:rsidR="00000B84" w14:paraId="6D44C655" w14:textId="77777777">
        <w:trPr>
          <w:cantSplit/>
        </w:trPr>
        <w:tc>
          <w:tcPr>
            <w:tcW w:w="1406" w:type="dxa"/>
            <w:shd w:val="clear" w:color="auto" w:fill="F0F5F2"/>
          </w:tcPr>
          <w:p w14:paraId="20ECEE58" w14:textId="77777777" w:rsidR="00000B84" w:rsidRDefault="00000000">
            <w:pPr>
              <w:pStyle w:val="TableText"/>
            </w:pPr>
            <w:r>
              <w:t>3592 / 3593</w:t>
            </w:r>
          </w:p>
        </w:tc>
        <w:tc>
          <w:tcPr>
            <w:tcW w:w="4630" w:type="dxa"/>
            <w:shd w:val="clear" w:color="auto" w:fill="F0F5F2"/>
          </w:tcPr>
          <w:p w14:paraId="3C80576C" w14:textId="77777777" w:rsidR="00000B84" w:rsidRDefault="00000000">
            <w:pPr>
              <w:pStyle w:val="TableText"/>
            </w:pPr>
            <w:r>
              <w:t>Marcela Álvaro Da Silva Álvaro Da Silva</w:t>
            </w:r>
          </w:p>
        </w:tc>
        <w:tc>
          <w:tcPr>
            <w:tcW w:w="4110" w:type="dxa"/>
            <w:shd w:val="clear" w:color="auto" w:fill="F0F5F2"/>
          </w:tcPr>
          <w:p w14:paraId="22A69F94" w14:textId="77777777" w:rsidR="00000B84" w:rsidRDefault="00000000">
            <w:pPr>
              <w:pStyle w:val="TableText"/>
            </w:pPr>
            <w:r>
              <w:t>Marcela Álvaro Da Silva</w:t>
            </w:r>
          </w:p>
        </w:tc>
      </w:tr>
      <w:tr w:rsidR="00000B84" w14:paraId="2058A11B" w14:textId="77777777">
        <w:trPr>
          <w:cantSplit/>
        </w:trPr>
        <w:tc>
          <w:tcPr>
            <w:tcW w:w="1406" w:type="dxa"/>
            <w:shd w:val="clear" w:color="auto" w:fill="FFFFFF"/>
          </w:tcPr>
          <w:p w14:paraId="0279955B" w14:textId="77777777" w:rsidR="00000B84" w:rsidRDefault="00000000">
            <w:pPr>
              <w:pStyle w:val="TableText"/>
            </w:pPr>
            <w:r>
              <w:t>3596 / 3597</w:t>
            </w:r>
          </w:p>
        </w:tc>
        <w:tc>
          <w:tcPr>
            <w:tcW w:w="4630" w:type="dxa"/>
            <w:shd w:val="clear" w:color="auto" w:fill="FFFFFF"/>
          </w:tcPr>
          <w:p w14:paraId="0D637BE2" w14:textId="77777777" w:rsidR="00000B84" w:rsidRDefault="00000000">
            <w:pPr>
              <w:pStyle w:val="TableText"/>
            </w:pPr>
            <w:r>
              <w:t>Marcela Estevão Mariano Pequenino</w:t>
            </w:r>
          </w:p>
        </w:tc>
        <w:tc>
          <w:tcPr>
            <w:tcW w:w="4110" w:type="dxa"/>
            <w:shd w:val="clear" w:color="auto" w:fill="FFFFFF"/>
          </w:tcPr>
          <w:p w14:paraId="3C944CF1" w14:textId="77777777" w:rsidR="00000B84" w:rsidRDefault="00000000">
            <w:pPr>
              <w:pStyle w:val="TableText"/>
            </w:pPr>
            <w:r>
              <w:t>Marcela Estevão Pequenino</w:t>
            </w:r>
          </w:p>
        </w:tc>
      </w:tr>
      <w:tr w:rsidR="00000B84" w14:paraId="676BEADE" w14:textId="77777777">
        <w:trPr>
          <w:cantSplit/>
        </w:trPr>
        <w:tc>
          <w:tcPr>
            <w:tcW w:w="1406" w:type="dxa"/>
            <w:shd w:val="clear" w:color="auto" w:fill="F0F5F2"/>
          </w:tcPr>
          <w:p w14:paraId="03293D56" w14:textId="77777777" w:rsidR="00000B84" w:rsidRDefault="00000000">
            <w:pPr>
              <w:pStyle w:val="TableText"/>
            </w:pPr>
            <w:r>
              <w:t>3618 / 3619</w:t>
            </w:r>
          </w:p>
        </w:tc>
        <w:tc>
          <w:tcPr>
            <w:tcW w:w="4630" w:type="dxa"/>
            <w:shd w:val="clear" w:color="auto" w:fill="F0F5F2"/>
          </w:tcPr>
          <w:p w14:paraId="6022CC61" w14:textId="77777777" w:rsidR="00000B84" w:rsidRDefault="00000000">
            <w:pPr>
              <w:pStyle w:val="TableText"/>
            </w:pPr>
            <w:r>
              <w:t>Marcelina Mauricio Alfredo Salande</w:t>
            </w:r>
          </w:p>
        </w:tc>
        <w:tc>
          <w:tcPr>
            <w:tcW w:w="4110" w:type="dxa"/>
            <w:shd w:val="clear" w:color="auto" w:fill="F0F5F2"/>
          </w:tcPr>
          <w:p w14:paraId="320791AA" w14:textId="77777777" w:rsidR="00000B84" w:rsidRDefault="00000000">
            <w:pPr>
              <w:pStyle w:val="TableText"/>
            </w:pPr>
            <w:r>
              <w:t>Marcelina Mauricio Salande</w:t>
            </w:r>
          </w:p>
        </w:tc>
      </w:tr>
      <w:tr w:rsidR="00000B84" w14:paraId="392A619A" w14:textId="77777777">
        <w:trPr>
          <w:cantSplit/>
        </w:trPr>
        <w:tc>
          <w:tcPr>
            <w:tcW w:w="1406" w:type="dxa"/>
            <w:shd w:val="clear" w:color="auto" w:fill="FFFFFF"/>
          </w:tcPr>
          <w:p w14:paraId="321E24C2" w14:textId="77777777" w:rsidR="00000B84" w:rsidRDefault="00000000">
            <w:pPr>
              <w:pStyle w:val="TableText"/>
            </w:pPr>
            <w:r>
              <w:t>3619 / 3620</w:t>
            </w:r>
          </w:p>
        </w:tc>
        <w:tc>
          <w:tcPr>
            <w:tcW w:w="4630" w:type="dxa"/>
            <w:shd w:val="clear" w:color="auto" w:fill="FFFFFF"/>
          </w:tcPr>
          <w:p w14:paraId="497505B6" w14:textId="77777777" w:rsidR="00000B84" w:rsidRDefault="00000000">
            <w:pPr>
              <w:pStyle w:val="TableText"/>
            </w:pPr>
            <w:r>
              <w:t>Marcelina Silvinio Victorino Alberto</w:t>
            </w:r>
          </w:p>
        </w:tc>
        <w:tc>
          <w:tcPr>
            <w:tcW w:w="4110" w:type="dxa"/>
            <w:shd w:val="clear" w:color="auto" w:fill="FFFFFF"/>
          </w:tcPr>
          <w:p w14:paraId="2968EBCA" w14:textId="77777777" w:rsidR="00000B84" w:rsidRDefault="00000000">
            <w:pPr>
              <w:pStyle w:val="TableText"/>
            </w:pPr>
            <w:r>
              <w:t>Marcelina Silvinio Alberto</w:t>
            </w:r>
          </w:p>
        </w:tc>
      </w:tr>
      <w:tr w:rsidR="00000B84" w14:paraId="3C6CEB47" w14:textId="77777777">
        <w:trPr>
          <w:cantSplit/>
        </w:trPr>
        <w:tc>
          <w:tcPr>
            <w:tcW w:w="1406" w:type="dxa"/>
            <w:shd w:val="clear" w:color="auto" w:fill="F0F5F2"/>
          </w:tcPr>
          <w:p w14:paraId="29EF13C8" w14:textId="77777777" w:rsidR="00000B84" w:rsidRDefault="00000000">
            <w:pPr>
              <w:pStyle w:val="TableText"/>
            </w:pPr>
            <w:r>
              <w:t>3637 / 3638</w:t>
            </w:r>
          </w:p>
        </w:tc>
        <w:tc>
          <w:tcPr>
            <w:tcW w:w="4630" w:type="dxa"/>
            <w:shd w:val="clear" w:color="auto" w:fill="F0F5F2"/>
          </w:tcPr>
          <w:p w14:paraId="53D6BA65" w14:textId="77777777" w:rsidR="00000B84" w:rsidRDefault="00000000">
            <w:pPr>
              <w:pStyle w:val="TableText"/>
            </w:pPr>
            <w:r>
              <w:t>Margarida Marcelo Paulo Pernambuco</w:t>
            </w:r>
          </w:p>
        </w:tc>
        <w:tc>
          <w:tcPr>
            <w:tcW w:w="4110" w:type="dxa"/>
            <w:shd w:val="clear" w:color="auto" w:fill="F0F5F2"/>
          </w:tcPr>
          <w:p w14:paraId="6FB98D41" w14:textId="77777777" w:rsidR="00000B84" w:rsidRDefault="00000000">
            <w:pPr>
              <w:pStyle w:val="TableText"/>
            </w:pPr>
            <w:r>
              <w:t>Margarida Marcelo Pernambuco</w:t>
            </w:r>
          </w:p>
        </w:tc>
      </w:tr>
      <w:tr w:rsidR="00000B84" w14:paraId="2DC2A7B5" w14:textId="77777777">
        <w:trPr>
          <w:cantSplit/>
        </w:trPr>
        <w:tc>
          <w:tcPr>
            <w:tcW w:w="1406" w:type="dxa"/>
            <w:shd w:val="clear" w:color="auto" w:fill="FFFFFF"/>
          </w:tcPr>
          <w:p w14:paraId="398AD597" w14:textId="77777777" w:rsidR="00000B84" w:rsidRDefault="00000000">
            <w:pPr>
              <w:pStyle w:val="TableText"/>
            </w:pPr>
            <w:r>
              <w:t>3638 / 3639</w:t>
            </w:r>
          </w:p>
        </w:tc>
        <w:tc>
          <w:tcPr>
            <w:tcW w:w="4630" w:type="dxa"/>
            <w:shd w:val="clear" w:color="auto" w:fill="FFFFFF"/>
          </w:tcPr>
          <w:p w14:paraId="1E30D0AF" w14:textId="77777777" w:rsidR="00000B84" w:rsidRDefault="00000000">
            <w:pPr>
              <w:pStyle w:val="TableText"/>
            </w:pPr>
            <w:r>
              <w:t>Margarida Tomé Mazival Matend</w:t>
            </w:r>
          </w:p>
        </w:tc>
        <w:tc>
          <w:tcPr>
            <w:tcW w:w="4110" w:type="dxa"/>
            <w:shd w:val="clear" w:color="auto" w:fill="FFFFFF"/>
          </w:tcPr>
          <w:p w14:paraId="51C28059" w14:textId="77777777" w:rsidR="00000B84" w:rsidRDefault="00000000">
            <w:pPr>
              <w:pStyle w:val="TableText"/>
            </w:pPr>
            <w:r>
              <w:t>Margarida Tomé Matend</w:t>
            </w:r>
          </w:p>
        </w:tc>
      </w:tr>
      <w:tr w:rsidR="00000B84" w14:paraId="1FA8C5ED" w14:textId="77777777">
        <w:trPr>
          <w:cantSplit/>
        </w:trPr>
        <w:tc>
          <w:tcPr>
            <w:tcW w:w="1406" w:type="dxa"/>
            <w:shd w:val="clear" w:color="auto" w:fill="F0F5F2"/>
          </w:tcPr>
          <w:p w14:paraId="1FA88846" w14:textId="77777777" w:rsidR="00000B84" w:rsidRDefault="00000000">
            <w:pPr>
              <w:pStyle w:val="TableText"/>
            </w:pPr>
            <w:r>
              <w:t>3654 / 3655</w:t>
            </w:r>
          </w:p>
        </w:tc>
        <w:tc>
          <w:tcPr>
            <w:tcW w:w="4630" w:type="dxa"/>
            <w:shd w:val="clear" w:color="auto" w:fill="F0F5F2"/>
          </w:tcPr>
          <w:p w14:paraId="1F809DC7" w14:textId="77777777" w:rsidR="00000B84" w:rsidRDefault="00000000">
            <w:pPr>
              <w:pStyle w:val="TableText"/>
            </w:pPr>
            <w:r>
              <w:t>Maria Da Conceição Joaquim Julio</w:t>
            </w:r>
          </w:p>
        </w:tc>
        <w:tc>
          <w:tcPr>
            <w:tcW w:w="4110" w:type="dxa"/>
            <w:shd w:val="clear" w:color="auto" w:fill="F0F5F2"/>
          </w:tcPr>
          <w:p w14:paraId="2431A58D" w14:textId="77777777" w:rsidR="00000B84" w:rsidRDefault="00000000">
            <w:pPr>
              <w:pStyle w:val="TableText"/>
            </w:pPr>
            <w:r>
              <w:t>Maria Da Conceição Julio</w:t>
            </w:r>
          </w:p>
        </w:tc>
      </w:tr>
      <w:tr w:rsidR="00000B84" w14:paraId="4C6B40F1" w14:textId="77777777">
        <w:trPr>
          <w:cantSplit/>
        </w:trPr>
        <w:tc>
          <w:tcPr>
            <w:tcW w:w="1406" w:type="dxa"/>
            <w:shd w:val="clear" w:color="auto" w:fill="FFFFFF"/>
          </w:tcPr>
          <w:p w14:paraId="28BDD550" w14:textId="77777777" w:rsidR="00000B84" w:rsidRDefault="00000000">
            <w:pPr>
              <w:pStyle w:val="TableText"/>
            </w:pPr>
            <w:r>
              <w:t>3658 / 3659</w:t>
            </w:r>
          </w:p>
        </w:tc>
        <w:tc>
          <w:tcPr>
            <w:tcW w:w="4630" w:type="dxa"/>
            <w:shd w:val="clear" w:color="auto" w:fill="FFFFFF"/>
          </w:tcPr>
          <w:p w14:paraId="15AD2B17" w14:textId="77777777" w:rsidR="00000B84" w:rsidRDefault="00000000">
            <w:pPr>
              <w:pStyle w:val="TableText"/>
            </w:pPr>
            <w:r>
              <w:t>Maria Da Natividade Xavier Antonio Ernesto</w:t>
            </w:r>
          </w:p>
        </w:tc>
        <w:tc>
          <w:tcPr>
            <w:tcW w:w="4110" w:type="dxa"/>
            <w:shd w:val="clear" w:color="auto" w:fill="FFFFFF"/>
          </w:tcPr>
          <w:p w14:paraId="2F5AE0B5" w14:textId="77777777" w:rsidR="00000B84" w:rsidRDefault="00000000">
            <w:pPr>
              <w:pStyle w:val="TableText"/>
            </w:pPr>
            <w:r>
              <w:t>Maria Da Natividade Ernesto</w:t>
            </w:r>
          </w:p>
        </w:tc>
      </w:tr>
      <w:tr w:rsidR="00000B84" w14:paraId="6F4FD364" w14:textId="77777777">
        <w:trPr>
          <w:cantSplit/>
        </w:trPr>
        <w:tc>
          <w:tcPr>
            <w:tcW w:w="1406" w:type="dxa"/>
            <w:shd w:val="clear" w:color="auto" w:fill="F0F5F2"/>
          </w:tcPr>
          <w:p w14:paraId="49A73870" w14:textId="77777777" w:rsidR="00000B84" w:rsidRDefault="00000000">
            <w:pPr>
              <w:pStyle w:val="TableText"/>
            </w:pPr>
            <w:r>
              <w:t>3661 / 3662</w:t>
            </w:r>
          </w:p>
        </w:tc>
        <w:tc>
          <w:tcPr>
            <w:tcW w:w="4630" w:type="dxa"/>
            <w:shd w:val="clear" w:color="auto" w:fill="F0F5F2"/>
          </w:tcPr>
          <w:p w14:paraId="2F2D0731" w14:textId="77777777" w:rsidR="00000B84" w:rsidRDefault="00000000">
            <w:pPr>
              <w:pStyle w:val="TableText"/>
            </w:pPr>
            <w:r>
              <w:t>Maria Das Dores Evaristo Maria Das Dores Evaristo Uachave Juma</w:t>
            </w:r>
          </w:p>
        </w:tc>
        <w:tc>
          <w:tcPr>
            <w:tcW w:w="4110" w:type="dxa"/>
            <w:shd w:val="clear" w:color="auto" w:fill="F0F5F2"/>
          </w:tcPr>
          <w:p w14:paraId="6D79A8DB" w14:textId="77777777" w:rsidR="00000B84" w:rsidRDefault="00000000">
            <w:pPr>
              <w:pStyle w:val="TableText"/>
            </w:pPr>
            <w:r>
              <w:t>Maria Das Dores Juma</w:t>
            </w:r>
          </w:p>
        </w:tc>
      </w:tr>
      <w:tr w:rsidR="00000B84" w14:paraId="447A13D4" w14:textId="77777777">
        <w:trPr>
          <w:cantSplit/>
        </w:trPr>
        <w:tc>
          <w:tcPr>
            <w:tcW w:w="1406" w:type="dxa"/>
            <w:shd w:val="clear" w:color="auto" w:fill="FFFFFF"/>
          </w:tcPr>
          <w:p w14:paraId="646D8AA7" w14:textId="77777777" w:rsidR="00000B84" w:rsidRDefault="00000000">
            <w:pPr>
              <w:pStyle w:val="TableText"/>
            </w:pPr>
            <w:r>
              <w:t>3663 / 3664</w:t>
            </w:r>
          </w:p>
        </w:tc>
        <w:tc>
          <w:tcPr>
            <w:tcW w:w="4630" w:type="dxa"/>
            <w:shd w:val="clear" w:color="auto" w:fill="FFFFFF"/>
          </w:tcPr>
          <w:p w14:paraId="596D1517" w14:textId="77777777" w:rsidR="00000B84" w:rsidRDefault="00000000">
            <w:pPr>
              <w:pStyle w:val="TableText"/>
            </w:pPr>
            <w:r>
              <w:t>Maria Do Céu António Francisco Cassolote Silva</w:t>
            </w:r>
          </w:p>
        </w:tc>
        <w:tc>
          <w:tcPr>
            <w:tcW w:w="4110" w:type="dxa"/>
            <w:shd w:val="clear" w:color="auto" w:fill="FFFFFF"/>
          </w:tcPr>
          <w:p w14:paraId="48CEE6D3" w14:textId="77777777" w:rsidR="00000B84" w:rsidRDefault="00000000">
            <w:pPr>
              <w:pStyle w:val="TableText"/>
            </w:pPr>
            <w:r>
              <w:t>Maria Do Céu Silva</w:t>
            </w:r>
          </w:p>
        </w:tc>
      </w:tr>
      <w:tr w:rsidR="00000B84" w14:paraId="1B260D40" w14:textId="77777777">
        <w:trPr>
          <w:cantSplit/>
        </w:trPr>
        <w:tc>
          <w:tcPr>
            <w:tcW w:w="1406" w:type="dxa"/>
            <w:shd w:val="clear" w:color="auto" w:fill="F0F5F2"/>
          </w:tcPr>
          <w:p w14:paraId="1A578A6E" w14:textId="77777777" w:rsidR="00000B84" w:rsidRDefault="00000000">
            <w:pPr>
              <w:pStyle w:val="TableText"/>
            </w:pPr>
            <w:r>
              <w:t>3683 / 3684</w:t>
            </w:r>
          </w:p>
        </w:tc>
        <w:tc>
          <w:tcPr>
            <w:tcW w:w="4630" w:type="dxa"/>
            <w:shd w:val="clear" w:color="auto" w:fill="F0F5F2"/>
          </w:tcPr>
          <w:p w14:paraId="2B664C58" w14:textId="77777777" w:rsidR="00000B84" w:rsidRDefault="00000000">
            <w:pPr>
              <w:pStyle w:val="TableText"/>
            </w:pPr>
            <w:r>
              <w:t>Maria Georgina Gabriel Muscarna</w:t>
            </w:r>
          </w:p>
        </w:tc>
        <w:tc>
          <w:tcPr>
            <w:tcW w:w="4110" w:type="dxa"/>
            <w:shd w:val="clear" w:color="auto" w:fill="F0F5F2"/>
          </w:tcPr>
          <w:p w14:paraId="0E8B9028" w14:textId="77777777" w:rsidR="00000B84" w:rsidRDefault="00000000">
            <w:pPr>
              <w:pStyle w:val="TableText"/>
            </w:pPr>
            <w:r>
              <w:t>Maria Georgina Muscarna</w:t>
            </w:r>
          </w:p>
        </w:tc>
      </w:tr>
      <w:tr w:rsidR="00000B84" w14:paraId="68A8F1AE" w14:textId="77777777">
        <w:trPr>
          <w:cantSplit/>
        </w:trPr>
        <w:tc>
          <w:tcPr>
            <w:tcW w:w="1406" w:type="dxa"/>
            <w:shd w:val="clear" w:color="auto" w:fill="FFFFFF"/>
          </w:tcPr>
          <w:p w14:paraId="1DD70500" w14:textId="77777777" w:rsidR="00000B84" w:rsidRDefault="00000000">
            <w:pPr>
              <w:pStyle w:val="TableText"/>
            </w:pPr>
            <w:r>
              <w:t>3688 / 3689</w:t>
            </w:r>
          </w:p>
        </w:tc>
        <w:tc>
          <w:tcPr>
            <w:tcW w:w="4630" w:type="dxa"/>
            <w:shd w:val="clear" w:color="auto" w:fill="FFFFFF"/>
          </w:tcPr>
          <w:p w14:paraId="5CE7A60B" w14:textId="77777777" w:rsidR="00000B84" w:rsidRDefault="00000000">
            <w:pPr>
              <w:pStyle w:val="TableText"/>
            </w:pPr>
            <w:r>
              <w:t>Maria Helena Maria Helena Sérgio Antônio Manuel</w:t>
            </w:r>
          </w:p>
        </w:tc>
        <w:tc>
          <w:tcPr>
            <w:tcW w:w="4110" w:type="dxa"/>
            <w:shd w:val="clear" w:color="auto" w:fill="FFFFFF"/>
          </w:tcPr>
          <w:p w14:paraId="3DD9D40E" w14:textId="77777777" w:rsidR="00000B84" w:rsidRDefault="00000000">
            <w:pPr>
              <w:pStyle w:val="TableText"/>
            </w:pPr>
            <w:r>
              <w:t>Maria Helena Manuel</w:t>
            </w:r>
          </w:p>
        </w:tc>
      </w:tr>
      <w:tr w:rsidR="00000B84" w14:paraId="49C45D82" w14:textId="77777777">
        <w:trPr>
          <w:cantSplit/>
        </w:trPr>
        <w:tc>
          <w:tcPr>
            <w:tcW w:w="1406" w:type="dxa"/>
            <w:shd w:val="clear" w:color="auto" w:fill="F0F5F2"/>
          </w:tcPr>
          <w:p w14:paraId="344C7CD3" w14:textId="77777777" w:rsidR="00000B84" w:rsidRDefault="00000000">
            <w:pPr>
              <w:pStyle w:val="TableText"/>
            </w:pPr>
            <w:r>
              <w:lastRenderedPageBreak/>
              <w:t>3689 / 3690</w:t>
            </w:r>
          </w:p>
        </w:tc>
        <w:tc>
          <w:tcPr>
            <w:tcW w:w="4630" w:type="dxa"/>
            <w:shd w:val="clear" w:color="auto" w:fill="F0F5F2"/>
          </w:tcPr>
          <w:p w14:paraId="755D719B" w14:textId="77777777" w:rsidR="00000B84" w:rsidRDefault="00000000">
            <w:pPr>
              <w:pStyle w:val="TableText"/>
            </w:pPr>
            <w:r>
              <w:t>Maria Hemilia Feliciano Mascarenhas</w:t>
            </w:r>
          </w:p>
        </w:tc>
        <w:tc>
          <w:tcPr>
            <w:tcW w:w="4110" w:type="dxa"/>
            <w:shd w:val="clear" w:color="auto" w:fill="F0F5F2"/>
          </w:tcPr>
          <w:p w14:paraId="1CDC480A" w14:textId="77777777" w:rsidR="00000B84" w:rsidRDefault="00000000">
            <w:pPr>
              <w:pStyle w:val="TableText"/>
            </w:pPr>
            <w:r>
              <w:t>Maria Hemilia Mascarenhas</w:t>
            </w:r>
          </w:p>
        </w:tc>
      </w:tr>
      <w:tr w:rsidR="00000B84" w14:paraId="3FE5E05E" w14:textId="77777777">
        <w:trPr>
          <w:cantSplit/>
        </w:trPr>
        <w:tc>
          <w:tcPr>
            <w:tcW w:w="1406" w:type="dxa"/>
            <w:shd w:val="clear" w:color="auto" w:fill="FFFFFF"/>
          </w:tcPr>
          <w:p w14:paraId="0D440EB5" w14:textId="77777777" w:rsidR="00000B84" w:rsidRDefault="00000000">
            <w:pPr>
              <w:pStyle w:val="TableText"/>
            </w:pPr>
            <w:r>
              <w:t>3692 / 3693</w:t>
            </w:r>
          </w:p>
        </w:tc>
        <w:tc>
          <w:tcPr>
            <w:tcW w:w="4630" w:type="dxa"/>
            <w:shd w:val="clear" w:color="auto" w:fill="FFFFFF"/>
          </w:tcPr>
          <w:p w14:paraId="06F4FE5D" w14:textId="77777777" w:rsidR="00000B84" w:rsidRDefault="00000000">
            <w:pPr>
              <w:pStyle w:val="TableText"/>
            </w:pPr>
            <w:r>
              <w:t>Maria Isabel João Antonio Fernando</w:t>
            </w:r>
          </w:p>
        </w:tc>
        <w:tc>
          <w:tcPr>
            <w:tcW w:w="4110" w:type="dxa"/>
            <w:shd w:val="clear" w:color="auto" w:fill="FFFFFF"/>
          </w:tcPr>
          <w:p w14:paraId="7FCEE9A2" w14:textId="77777777" w:rsidR="00000B84" w:rsidRDefault="00000000">
            <w:pPr>
              <w:pStyle w:val="TableText"/>
            </w:pPr>
            <w:r>
              <w:t>Maria Isabel Fernando</w:t>
            </w:r>
          </w:p>
        </w:tc>
      </w:tr>
      <w:tr w:rsidR="00000B84" w14:paraId="1F127A96" w14:textId="77777777">
        <w:trPr>
          <w:cantSplit/>
        </w:trPr>
        <w:tc>
          <w:tcPr>
            <w:tcW w:w="1406" w:type="dxa"/>
            <w:shd w:val="clear" w:color="auto" w:fill="F0F5F2"/>
          </w:tcPr>
          <w:p w14:paraId="70DD3B01" w14:textId="77777777" w:rsidR="00000B84" w:rsidRDefault="00000000">
            <w:pPr>
              <w:pStyle w:val="TableText"/>
            </w:pPr>
            <w:r>
              <w:t>3712 / 3713</w:t>
            </w:r>
          </w:p>
        </w:tc>
        <w:tc>
          <w:tcPr>
            <w:tcW w:w="4630" w:type="dxa"/>
            <w:shd w:val="clear" w:color="auto" w:fill="F0F5F2"/>
          </w:tcPr>
          <w:p w14:paraId="722D92CA" w14:textId="77777777" w:rsidR="00000B84" w:rsidRDefault="00000000">
            <w:pPr>
              <w:pStyle w:val="TableText"/>
            </w:pPr>
            <w:r>
              <w:t>Maria Melo Sangueiro Sangueiro</w:t>
            </w:r>
          </w:p>
        </w:tc>
        <w:tc>
          <w:tcPr>
            <w:tcW w:w="4110" w:type="dxa"/>
            <w:shd w:val="clear" w:color="auto" w:fill="F0F5F2"/>
          </w:tcPr>
          <w:p w14:paraId="59655248" w14:textId="77777777" w:rsidR="00000B84" w:rsidRDefault="00000000">
            <w:pPr>
              <w:pStyle w:val="TableText"/>
            </w:pPr>
            <w:r>
              <w:t>Maria Melo Sangueiro</w:t>
            </w:r>
          </w:p>
        </w:tc>
      </w:tr>
      <w:tr w:rsidR="00000B84" w14:paraId="698F0ADF" w14:textId="77777777">
        <w:trPr>
          <w:cantSplit/>
        </w:trPr>
        <w:tc>
          <w:tcPr>
            <w:tcW w:w="1406" w:type="dxa"/>
            <w:shd w:val="clear" w:color="auto" w:fill="FFFFFF"/>
          </w:tcPr>
          <w:p w14:paraId="22F58B95" w14:textId="77777777" w:rsidR="00000B84" w:rsidRDefault="00000000">
            <w:pPr>
              <w:pStyle w:val="TableText"/>
            </w:pPr>
            <w:r>
              <w:t>3714 / 3715</w:t>
            </w:r>
          </w:p>
        </w:tc>
        <w:tc>
          <w:tcPr>
            <w:tcW w:w="4630" w:type="dxa"/>
            <w:shd w:val="clear" w:color="auto" w:fill="FFFFFF"/>
          </w:tcPr>
          <w:p w14:paraId="40F8AAB8" w14:textId="77777777" w:rsidR="00000B84" w:rsidRDefault="00000000">
            <w:pPr>
              <w:pStyle w:val="TableText"/>
            </w:pPr>
            <w:r>
              <w:t>Maria Mpuete Henriques Apogoija Mivonhe</w:t>
            </w:r>
          </w:p>
        </w:tc>
        <w:tc>
          <w:tcPr>
            <w:tcW w:w="4110" w:type="dxa"/>
            <w:shd w:val="clear" w:color="auto" w:fill="FFFFFF"/>
          </w:tcPr>
          <w:p w14:paraId="1EBA3BA6" w14:textId="77777777" w:rsidR="00000B84" w:rsidRDefault="00000000">
            <w:pPr>
              <w:pStyle w:val="TableText"/>
            </w:pPr>
            <w:r>
              <w:t>Maria Mpuete Mivonhe</w:t>
            </w:r>
          </w:p>
        </w:tc>
      </w:tr>
      <w:tr w:rsidR="00000B84" w14:paraId="210EE7D5" w14:textId="77777777">
        <w:trPr>
          <w:cantSplit/>
        </w:trPr>
        <w:tc>
          <w:tcPr>
            <w:tcW w:w="1406" w:type="dxa"/>
            <w:shd w:val="clear" w:color="auto" w:fill="F0F5F2"/>
          </w:tcPr>
          <w:p w14:paraId="2FA0F65D" w14:textId="77777777" w:rsidR="00000B84" w:rsidRDefault="00000000">
            <w:pPr>
              <w:pStyle w:val="TableText"/>
            </w:pPr>
            <w:r>
              <w:t>3723 / 3724</w:t>
            </w:r>
          </w:p>
        </w:tc>
        <w:tc>
          <w:tcPr>
            <w:tcW w:w="4630" w:type="dxa"/>
            <w:shd w:val="clear" w:color="auto" w:fill="F0F5F2"/>
          </w:tcPr>
          <w:p w14:paraId="4D181019" w14:textId="77777777" w:rsidR="00000B84" w:rsidRDefault="00000000">
            <w:pPr>
              <w:pStyle w:val="TableText"/>
            </w:pPr>
            <w:r>
              <w:t>Maria Petichane Maria Petichane Amalique</w:t>
            </w:r>
          </w:p>
        </w:tc>
        <w:tc>
          <w:tcPr>
            <w:tcW w:w="4110" w:type="dxa"/>
            <w:shd w:val="clear" w:color="auto" w:fill="F0F5F2"/>
          </w:tcPr>
          <w:p w14:paraId="2F2E5F68" w14:textId="77777777" w:rsidR="00000B84" w:rsidRDefault="00000000">
            <w:pPr>
              <w:pStyle w:val="TableText"/>
            </w:pPr>
            <w:r>
              <w:t>Maria Petichane Amalique</w:t>
            </w:r>
          </w:p>
        </w:tc>
      </w:tr>
      <w:tr w:rsidR="00000B84" w14:paraId="720D365E" w14:textId="77777777">
        <w:trPr>
          <w:cantSplit/>
        </w:trPr>
        <w:tc>
          <w:tcPr>
            <w:tcW w:w="1406" w:type="dxa"/>
            <w:shd w:val="clear" w:color="auto" w:fill="FFFFFF"/>
          </w:tcPr>
          <w:p w14:paraId="53E0A20E" w14:textId="77777777" w:rsidR="00000B84" w:rsidRDefault="00000000">
            <w:pPr>
              <w:pStyle w:val="TableText"/>
            </w:pPr>
            <w:r>
              <w:t>3726 / 3727</w:t>
            </w:r>
          </w:p>
        </w:tc>
        <w:tc>
          <w:tcPr>
            <w:tcW w:w="4630" w:type="dxa"/>
            <w:shd w:val="clear" w:color="auto" w:fill="FFFFFF"/>
          </w:tcPr>
          <w:p w14:paraId="6BB5DE75" w14:textId="77777777" w:rsidR="00000B84" w:rsidRDefault="00000000">
            <w:pPr>
              <w:pStyle w:val="TableText"/>
            </w:pPr>
            <w:r>
              <w:t>Maria Rosalina Xavier Araujo Andice</w:t>
            </w:r>
          </w:p>
        </w:tc>
        <w:tc>
          <w:tcPr>
            <w:tcW w:w="4110" w:type="dxa"/>
            <w:shd w:val="clear" w:color="auto" w:fill="FFFFFF"/>
          </w:tcPr>
          <w:p w14:paraId="3B241382" w14:textId="77777777" w:rsidR="00000B84" w:rsidRDefault="00000000">
            <w:pPr>
              <w:pStyle w:val="TableText"/>
            </w:pPr>
            <w:r>
              <w:t>Maria Rosalina Andice</w:t>
            </w:r>
          </w:p>
        </w:tc>
      </w:tr>
      <w:tr w:rsidR="00000B84" w14:paraId="17BCF330" w14:textId="77777777">
        <w:trPr>
          <w:cantSplit/>
        </w:trPr>
        <w:tc>
          <w:tcPr>
            <w:tcW w:w="1406" w:type="dxa"/>
            <w:shd w:val="clear" w:color="auto" w:fill="F0F5F2"/>
          </w:tcPr>
          <w:p w14:paraId="7FEBB3AC" w14:textId="77777777" w:rsidR="00000B84" w:rsidRDefault="00000000">
            <w:pPr>
              <w:pStyle w:val="TableText"/>
            </w:pPr>
            <w:r>
              <w:t>3729 / 3730</w:t>
            </w:r>
          </w:p>
        </w:tc>
        <w:tc>
          <w:tcPr>
            <w:tcW w:w="4630" w:type="dxa"/>
            <w:shd w:val="clear" w:color="auto" w:fill="F0F5F2"/>
          </w:tcPr>
          <w:p w14:paraId="1058D3AF" w14:textId="77777777" w:rsidR="00000B84" w:rsidRDefault="00000000">
            <w:pPr>
              <w:pStyle w:val="TableText"/>
            </w:pPr>
            <w:r>
              <w:t>Maria Suzete Bernardo De Sousa</w:t>
            </w:r>
          </w:p>
        </w:tc>
        <w:tc>
          <w:tcPr>
            <w:tcW w:w="4110" w:type="dxa"/>
            <w:shd w:val="clear" w:color="auto" w:fill="F0F5F2"/>
          </w:tcPr>
          <w:p w14:paraId="3ABDA057" w14:textId="77777777" w:rsidR="00000B84" w:rsidRDefault="00000000">
            <w:pPr>
              <w:pStyle w:val="TableText"/>
            </w:pPr>
            <w:r>
              <w:t>Maria Suzete De Sousa</w:t>
            </w:r>
          </w:p>
        </w:tc>
      </w:tr>
      <w:tr w:rsidR="00000B84" w14:paraId="46F06DB2" w14:textId="77777777">
        <w:trPr>
          <w:cantSplit/>
        </w:trPr>
        <w:tc>
          <w:tcPr>
            <w:tcW w:w="1406" w:type="dxa"/>
            <w:shd w:val="clear" w:color="auto" w:fill="FFFFFF"/>
          </w:tcPr>
          <w:p w14:paraId="46CA3A26" w14:textId="77777777" w:rsidR="00000B84" w:rsidRDefault="00000000">
            <w:pPr>
              <w:pStyle w:val="TableText"/>
            </w:pPr>
            <w:r>
              <w:t>3734 / 3735</w:t>
            </w:r>
          </w:p>
        </w:tc>
        <w:tc>
          <w:tcPr>
            <w:tcW w:w="4630" w:type="dxa"/>
            <w:shd w:val="clear" w:color="auto" w:fill="FFFFFF"/>
          </w:tcPr>
          <w:p w14:paraId="5725A91B" w14:textId="77777777" w:rsidR="00000B84" w:rsidRDefault="00000000">
            <w:pPr>
              <w:pStyle w:val="TableText"/>
            </w:pPr>
            <w:r>
              <w:t>Mariam Muamade Mariam Muamade Atumane Alberto Mussa</w:t>
            </w:r>
          </w:p>
        </w:tc>
        <w:tc>
          <w:tcPr>
            <w:tcW w:w="4110" w:type="dxa"/>
            <w:shd w:val="clear" w:color="auto" w:fill="FFFFFF"/>
          </w:tcPr>
          <w:p w14:paraId="5AD560D3" w14:textId="77777777" w:rsidR="00000B84" w:rsidRDefault="00000000">
            <w:pPr>
              <w:pStyle w:val="TableText"/>
            </w:pPr>
            <w:r>
              <w:t>Mariam Muamade Mussa</w:t>
            </w:r>
          </w:p>
        </w:tc>
      </w:tr>
      <w:tr w:rsidR="00000B84" w14:paraId="30B554FE" w14:textId="77777777">
        <w:trPr>
          <w:cantSplit/>
        </w:trPr>
        <w:tc>
          <w:tcPr>
            <w:tcW w:w="1406" w:type="dxa"/>
            <w:shd w:val="clear" w:color="auto" w:fill="F0F5F2"/>
          </w:tcPr>
          <w:p w14:paraId="10AD26D9" w14:textId="77777777" w:rsidR="00000B84" w:rsidRDefault="00000000">
            <w:pPr>
              <w:pStyle w:val="TableText"/>
            </w:pPr>
            <w:r>
              <w:t>3754 / 3755</w:t>
            </w:r>
          </w:p>
        </w:tc>
        <w:tc>
          <w:tcPr>
            <w:tcW w:w="4630" w:type="dxa"/>
            <w:shd w:val="clear" w:color="auto" w:fill="F0F5F2"/>
          </w:tcPr>
          <w:p w14:paraId="5DB81CDC" w14:textId="77777777" w:rsidR="00000B84" w:rsidRDefault="00000000">
            <w:pPr>
              <w:pStyle w:val="TableText"/>
            </w:pPr>
            <w:r>
              <w:t>Marina Edson Marina Edson Sograte Madeira</w:t>
            </w:r>
          </w:p>
        </w:tc>
        <w:tc>
          <w:tcPr>
            <w:tcW w:w="4110" w:type="dxa"/>
            <w:shd w:val="clear" w:color="auto" w:fill="F0F5F2"/>
          </w:tcPr>
          <w:p w14:paraId="7B380F71" w14:textId="77777777" w:rsidR="00000B84" w:rsidRDefault="00000000">
            <w:pPr>
              <w:pStyle w:val="TableText"/>
            </w:pPr>
            <w:r>
              <w:t>Marina Edson Madeira</w:t>
            </w:r>
          </w:p>
        </w:tc>
      </w:tr>
      <w:tr w:rsidR="00000B84" w14:paraId="50F564DB" w14:textId="77777777">
        <w:trPr>
          <w:cantSplit/>
        </w:trPr>
        <w:tc>
          <w:tcPr>
            <w:tcW w:w="1406" w:type="dxa"/>
            <w:shd w:val="clear" w:color="auto" w:fill="FFFFFF"/>
          </w:tcPr>
          <w:p w14:paraId="378A6054" w14:textId="77777777" w:rsidR="00000B84" w:rsidRDefault="00000000">
            <w:pPr>
              <w:pStyle w:val="TableText"/>
            </w:pPr>
            <w:r>
              <w:t>3766 / 3767</w:t>
            </w:r>
          </w:p>
        </w:tc>
        <w:tc>
          <w:tcPr>
            <w:tcW w:w="4630" w:type="dxa"/>
            <w:shd w:val="clear" w:color="auto" w:fill="FFFFFF"/>
          </w:tcPr>
          <w:p w14:paraId="529E3801" w14:textId="77777777" w:rsidR="00000B84" w:rsidRDefault="00000000">
            <w:pPr>
              <w:pStyle w:val="TableText"/>
            </w:pPr>
            <w:r>
              <w:t>Mariza Ernesto Salgado Inchauara</w:t>
            </w:r>
          </w:p>
        </w:tc>
        <w:tc>
          <w:tcPr>
            <w:tcW w:w="4110" w:type="dxa"/>
            <w:shd w:val="clear" w:color="auto" w:fill="FFFFFF"/>
          </w:tcPr>
          <w:p w14:paraId="1AD74EC4" w14:textId="77777777" w:rsidR="00000B84" w:rsidRDefault="00000000">
            <w:pPr>
              <w:pStyle w:val="TableText"/>
            </w:pPr>
            <w:r>
              <w:t>Mariza Ernesto Inchauara</w:t>
            </w:r>
          </w:p>
        </w:tc>
      </w:tr>
      <w:tr w:rsidR="00000B84" w14:paraId="60879EAC" w14:textId="77777777">
        <w:trPr>
          <w:cantSplit/>
        </w:trPr>
        <w:tc>
          <w:tcPr>
            <w:tcW w:w="1406" w:type="dxa"/>
            <w:shd w:val="clear" w:color="auto" w:fill="F0F5F2"/>
          </w:tcPr>
          <w:p w14:paraId="712B137A" w14:textId="77777777" w:rsidR="00000B84" w:rsidRDefault="00000000">
            <w:pPr>
              <w:pStyle w:val="TableText"/>
            </w:pPr>
            <w:r>
              <w:t>3767 / 3768</w:t>
            </w:r>
          </w:p>
        </w:tc>
        <w:tc>
          <w:tcPr>
            <w:tcW w:w="4630" w:type="dxa"/>
            <w:shd w:val="clear" w:color="auto" w:fill="F0F5F2"/>
          </w:tcPr>
          <w:p w14:paraId="1C971B12" w14:textId="77777777" w:rsidR="00000B84" w:rsidRDefault="00000000">
            <w:pPr>
              <w:pStyle w:val="TableText"/>
            </w:pPr>
            <w:r>
              <w:t>Mariza Eusébio Mariza Eusébio Augusto Silva</w:t>
            </w:r>
          </w:p>
        </w:tc>
        <w:tc>
          <w:tcPr>
            <w:tcW w:w="4110" w:type="dxa"/>
            <w:shd w:val="clear" w:color="auto" w:fill="F0F5F2"/>
          </w:tcPr>
          <w:p w14:paraId="6BF63CCE" w14:textId="77777777" w:rsidR="00000B84" w:rsidRDefault="00000000">
            <w:pPr>
              <w:pStyle w:val="TableText"/>
            </w:pPr>
            <w:r>
              <w:t>Mariza Eusébio Silva</w:t>
            </w:r>
          </w:p>
        </w:tc>
      </w:tr>
      <w:tr w:rsidR="00000B84" w14:paraId="1C15C863" w14:textId="77777777">
        <w:trPr>
          <w:cantSplit/>
        </w:trPr>
        <w:tc>
          <w:tcPr>
            <w:tcW w:w="1406" w:type="dxa"/>
            <w:shd w:val="clear" w:color="auto" w:fill="FFFFFF"/>
          </w:tcPr>
          <w:p w14:paraId="4DDF25CB" w14:textId="77777777" w:rsidR="00000B84" w:rsidRDefault="00000000">
            <w:pPr>
              <w:pStyle w:val="TableText"/>
            </w:pPr>
            <w:r>
              <w:t>3782 / 3783</w:t>
            </w:r>
          </w:p>
        </w:tc>
        <w:tc>
          <w:tcPr>
            <w:tcW w:w="4630" w:type="dxa"/>
            <w:shd w:val="clear" w:color="auto" w:fill="FFFFFF"/>
          </w:tcPr>
          <w:p w14:paraId="04B9B983" w14:textId="77777777" w:rsidR="00000B84" w:rsidRDefault="00000000">
            <w:pPr>
              <w:pStyle w:val="TableText"/>
            </w:pPr>
            <w:r>
              <w:t>Marlene  Sissinio Castro António Breu</w:t>
            </w:r>
          </w:p>
        </w:tc>
        <w:tc>
          <w:tcPr>
            <w:tcW w:w="4110" w:type="dxa"/>
            <w:shd w:val="clear" w:color="auto" w:fill="FFFFFF"/>
          </w:tcPr>
          <w:p w14:paraId="640E851E" w14:textId="77777777" w:rsidR="00000B84" w:rsidRDefault="00000000">
            <w:pPr>
              <w:pStyle w:val="TableText"/>
            </w:pPr>
            <w:r>
              <w:t>Marlene Sissinio Breu</w:t>
            </w:r>
          </w:p>
        </w:tc>
      </w:tr>
      <w:tr w:rsidR="00000B84" w14:paraId="2A6702EB" w14:textId="77777777">
        <w:trPr>
          <w:cantSplit/>
        </w:trPr>
        <w:tc>
          <w:tcPr>
            <w:tcW w:w="1406" w:type="dxa"/>
            <w:shd w:val="clear" w:color="auto" w:fill="F0F5F2"/>
          </w:tcPr>
          <w:p w14:paraId="0AB53471" w14:textId="77777777" w:rsidR="00000B84" w:rsidRDefault="00000000">
            <w:pPr>
              <w:pStyle w:val="TableText"/>
            </w:pPr>
            <w:r>
              <w:t>3783 / 3784</w:t>
            </w:r>
          </w:p>
        </w:tc>
        <w:tc>
          <w:tcPr>
            <w:tcW w:w="4630" w:type="dxa"/>
            <w:shd w:val="clear" w:color="auto" w:fill="F0F5F2"/>
          </w:tcPr>
          <w:p w14:paraId="64A9888C" w14:textId="77777777" w:rsidR="00000B84" w:rsidRDefault="00000000">
            <w:pPr>
              <w:pStyle w:val="TableText"/>
            </w:pPr>
            <w:r>
              <w:t>Marlene Alexandre Marlene Alexandre Mário Monteiro</w:t>
            </w:r>
          </w:p>
        </w:tc>
        <w:tc>
          <w:tcPr>
            <w:tcW w:w="4110" w:type="dxa"/>
            <w:shd w:val="clear" w:color="auto" w:fill="F0F5F2"/>
          </w:tcPr>
          <w:p w14:paraId="56E85739" w14:textId="77777777" w:rsidR="00000B84" w:rsidRDefault="00000000">
            <w:pPr>
              <w:pStyle w:val="TableText"/>
            </w:pPr>
            <w:r>
              <w:t>Marlene Alexandre Monteiro</w:t>
            </w:r>
          </w:p>
        </w:tc>
      </w:tr>
      <w:tr w:rsidR="00000B84" w14:paraId="31021FAD" w14:textId="77777777">
        <w:trPr>
          <w:cantSplit/>
        </w:trPr>
        <w:tc>
          <w:tcPr>
            <w:tcW w:w="1406" w:type="dxa"/>
            <w:shd w:val="clear" w:color="auto" w:fill="FFFFFF"/>
          </w:tcPr>
          <w:p w14:paraId="4CE7C9B6" w14:textId="77777777" w:rsidR="00000B84" w:rsidRDefault="00000000">
            <w:pPr>
              <w:pStyle w:val="TableText"/>
            </w:pPr>
            <w:r>
              <w:t>3789 / 3790</w:t>
            </w:r>
          </w:p>
        </w:tc>
        <w:tc>
          <w:tcPr>
            <w:tcW w:w="4630" w:type="dxa"/>
            <w:shd w:val="clear" w:color="auto" w:fill="FFFFFF"/>
          </w:tcPr>
          <w:p w14:paraId="73322ADF" w14:textId="77777777" w:rsidR="00000B84" w:rsidRDefault="00000000">
            <w:pPr>
              <w:pStyle w:val="TableText"/>
            </w:pPr>
            <w:r>
              <w:t>Marlene Marcos Caetano Caetano</w:t>
            </w:r>
          </w:p>
        </w:tc>
        <w:tc>
          <w:tcPr>
            <w:tcW w:w="4110" w:type="dxa"/>
            <w:shd w:val="clear" w:color="auto" w:fill="FFFFFF"/>
          </w:tcPr>
          <w:p w14:paraId="66A3B275" w14:textId="77777777" w:rsidR="00000B84" w:rsidRDefault="00000000">
            <w:pPr>
              <w:pStyle w:val="TableText"/>
            </w:pPr>
            <w:r>
              <w:t>Marlene Marcos Caetano</w:t>
            </w:r>
          </w:p>
        </w:tc>
      </w:tr>
      <w:tr w:rsidR="00000B84" w14:paraId="1B10D7BF" w14:textId="77777777">
        <w:trPr>
          <w:cantSplit/>
        </w:trPr>
        <w:tc>
          <w:tcPr>
            <w:tcW w:w="1406" w:type="dxa"/>
            <w:shd w:val="clear" w:color="auto" w:fill="F0F5F2"/>
          </w:tcPr>
          <w:p w14:paraId="3985FC46" w14:textId="77777777" w:rsidR="00000B84" w:rsidRDefault="00000000">
            <w:pPr>
              <w:pStyle w:val="TableText"/>
            </w:pPr>
            <w:r>
              <w:t>3790 / 3791</w:t>
            </w:r>
          </w:p>
        </w:tc>
        <w:tc>
          <w:tcPr>
            <w:tcW w:w="4630" w:type="dxa"/>
            <w:shd w:val="clear" w:color="auto" w:fill="F0F5F2"/>
          </w:tcPr>
          <w:p w14:paraId="642BEDC2" w14:textId="77777777" w:rsidR="00000B84" w:rsidRDefault="00000000">
            <w:pPr>
              <w:pStyle w:val="TableText"/>
            </w:pPr>
            <w:r>
              <w:t>Marlene Namacama António Fijamo</w:t>
            </w:r>
          </w:p>
        </w:tc>
        <w:tc>
          <w:tcPr>
            <w:tcW w:w="4110" w:type="dxa"/>
            <w:shd w:val="clear" w:color="auto" w:fill="F0F5F2"/>
          </w:tcPr>
          <w:p w14:paraId="044D0DA3" w14:textId="77777777" w:rsidR="00000B84" w:rsidRDefault="00000000">
            <w:pPr>
              <w:pStyle w:val="TableText"/>
            </w:pPr>
            <w:r>
              <w:t>Marlene Namacama Fijamo</w:t>
            </w:r>
          </w:p>
        </w:tc>
      </w:tr>
      <w:tr w:rsidR="00000B84" w14:paraId="7AF93F7A" w14:textId="77777777">
        <w:trPr>
          <w:cantSplit/>
        </w:trPr>
        <w:tc>
          <w:tcPr>
            <w:tcW w:w="1406" w:type="dxa"/>
            <w:shd w:val="clear" w:color="auto" w:fill="FFFFFF"/>
          </w:tcPr>
          <w:p w14:paraId="70317055" w14:textId="77777777" w:rsidR="00000B84" w:rsidRDefault="00000000">
            <w:pPr>
              <w:pStyle w:val="TableText"/>
            </w:pPr>
            <w:r>
              <w:t>3791 / 3792</w:t>
            </w:r>
          </w:p>
        </w:tc>
        <w:tc>
          <w:tcPr>
            <w:tcW w:w="4630" w:type="dxa"/>
            <w:shd w:val="clear" w:color="auto" w:fill="FFFFFF"/>
          </w:tcPr>
          <w:p w14:paraId="33AF64B1" w14:textId="77777777" w:rsidR="00000B84" w:rsidRDefault="00000000">
            <w:pPr>
              <w:pStyle w:val="TableText"/>
            </w:pPr>
            <w:r>
              <w:t>Marlene Namacama António Fijamo</w:t>
            </w:r>
          </w:p>
        </w:tc>
        <w:tc>
          <w:tcPr>
            <w:tcW w:w="4110" w:type="dxa"/>
            <w:shd w:val="clear" w:color="auto" w:fill="FFFFFF"/>
          </w:tcPr>
          <w:p w14:paraId="6AB69EDC" w14:textId="77777777" w:rsidR="00000B84" w:rsidRDefault="00000000">
            <w:pPr>
              <w:pStyle w:val="TableText"/>
            </w:pPr>
            <w:r>
              <w:t>Marlene Namacama Fijamo</w:t>
            </w:r>
          </w:p>
        </w:tc>
      </w:tr>
      <w:tr w:rsidR="00000B84" w14:paraId="06175ACC" w14:textId="77777777">
        <w:trPr>
          <w:cantSplit/>
        </w:trPr>
        <w:tc>
          <w:tcPr>
            <w:tcW w:w="1406" w:type="dxa"/>
            <w:shd w:val="clear" w:color="auto" w:fill="F0F5F2"/>
          </w:tcPr>
          <w:p w14:paraId="47051831" w14:textId="77777777" w:rsidR="00000B84" w:rsidRDefault="00000000">
            <w:pPr>
              <w:pStyle w:val="TableText"/>
            </w:pPr>
            <w:r>
              <w:t>3807 / 3808</w:t>
            </w:r>
          </w:p>
        </w:tc>
        <w:tc>
          <w:tcPr>
            <w:tcW w:w="4630" w:type="dxa"/>
            <w:shd w:val="clear" w:color="auto" w:fill="F0F5F2"/>
          </w:tcPr>
          <w:p w14:paraId="297DE6CB" w14:textId="77777777" w:rsidR="00000B84" w:rsidRDefault="00000000">
            <w:pPr>
              <w:pStyle w:val="TableText"/>
            </w:pPr>
            <w:r>
              <w:t>Marta Da Silva Felex Mpapassa</w:t>
            </w:r>
          </w:p>
        </w:tc>
        <w:tc>
          <w:tcPr>
            <w:tcW w:w="4110" w:type="dxa"/>
            <w:shd w:val="clear" w:color="auto" w:fill="F0F5F2"/>
          </w:tcPr>
          <w:p w14:paraId="5E0BCF2A" w14:textId="77777777" w:rsidR="00000B84" w:rsidRDefault="00000000">
            <w:pPr>
              <w:pStyle w:val="TableText"/>
            </w:pPr>
            <w:r>
              <w:t>Marta Da Silva Mpapassa</w:t>
            </w:r>
          </w:p>
        </w:tc>
      </w:tr>
      <w:tr w:rsidR="00000B84" w14:paraId="54139364" w14:textId="77777777">
        <w:trPr>
          <w:cantSplit/>
        </w:trPr>
        <w:tc>
          <w:tcPr>
            <w:tcW w:w="1406" w:type="dxa"/>
            <w:shd w:val="clear" w:color="auto" w:fill="FFFFFF"/>
          </w:tcPr>
          <w:p w14:paraId="49030419" w14:textId="77777777" w:rsidR="00000B84" w:rsidRDefault="00000000">
            <w:pPr>
              <w:pStyle w:val="TableText"/>
            </w:pPr>
            <w:r>
              <w:t>3809 / 3810</w:t>
            </w:r>
          </w:p>
        </w:tc>
        <w:tc>
          <w:tcPr>
            <w:tcW w:w="4630" w:type="dxa"/>
            <w:shd w:val="clear" w:color="auto" w:fill="FFFFFF"/>
          </w:tcPr>
          <w:p w14:paraId="13C11192" w14:textId="77777777" w:rsidR="00000B84" w:rsidRDefault="00000000">
            <w:pPr>
              <w:pStyle w:val="TableText"/>
            </w:pPr>
            <w:r>
              <w:t>Marta Domingos Raul Amadjane</w:t>
            </w:r>
          </w:p>
        </w:tc>
        <w:tc>
          <w:tcPr>
            <w:tcW w:w="4110" w:type="dxa"/>
            <w:shd w:val="clear" w:color="auto" w:fill="FFFFFF"/>
          </w:tcPr>
          <w:p w14:paraId="70CBC363" w14:textId="77777777" w:rsidR="00000B84" w:rsidRDefault="00000000">
            <w:pPr>
              <w:pStyle w:val="TableText"/>
            </w:pPr>
            <w:r>
              <w:t>Marta Domingos Amadjane</w:t>
            </w:r>
          </w:p>
        </w:tc>
      </w:tr>
      <w:tr w:rsidR="00000B84" w14:paraId="0D1BE513" w14:textId="77777777">
        <w:trPr>
          <w:cantSplit/>
        </w:trPr>
        <w:tc>
          <w:tcPr>
            <w:tcW w:w="1406" w:type="dxa"/>
            <w:shd w:val="clear" w:color="auto" w:fill="F0F5F2"/>
          </w:tcPr>
          <w:p w14:paraId="0E0A48DC" w14:textId="77777777" w:rsidR="00000B84" w:rsidRDefault="00000000">
            <w:pPr>
              <w:pStyle w:val="TableText"/>
            </w:pPr>
            <w:r>
              <w:t>3827 / 3828 *</w:t>
            </w:r>
          </w:p>
        </w:tc>
        <w:tc>
          <w:tcPr>
            <w:tcW w:w="4630" w:type="dxa"/>
            <w:shd w:val="clear" w:color="auto" w:fill="F0F5F2"/>
          </w:tcPr>
          <w:p w14:paraId="3B99D81E" w14:textId="77777777" w:rsidR="00000B84" w:rsidRDefault="00000000">
            <w:pPr>
              <w:pStyle w:val="TableText"/>
            </w:pPr>
            <w:r>
              <w:t>Marta Transfiguração Patricio Muquelampa</w:t>
            </w:r>
          </w:p>
        </w:tc>
        <w:tc>
          <w:tcPr>
            <w:tcW w:w="4110" w:type="dxa"/>
            <w:shd w:val="clear" w:color="auto" w:fill="F0F5F2"/>
          </w:tcPr>
          <w:p w14:paraId="1804D995" w14:textId="77777777" w:rsidR="00000B84" w:rsidRDefault="00000000">
            <w:pPr>
              <w:pStyle w:val="TableText"/>
            </w:pPr>
            <w:r>
              <w:t>Marta T. Muquelampa</w:t>
            </w:r>
          </w:p>
        </w:tc>
      </w:tr>
      <w:tr w:rsidR="00000B84" w14:paraId="5FB4EDF0" w14:textId="77777777">
        <w:trPr>
          <w:cantSplit/>
        </w:trPr>
        <w:tc>
          <w:tcPr>
            <w:tcW w:w="1406" w:type="dxa"/>
            <w:shd w:val="clear" w:color="auto" w:fill="FFFFFF"/>
          </w:tcPr>
          <w:p w14:paraId="022FC95F" w14:textId="77777777" w:rsidR="00000B84" w:rsidRDefault="00000000">
            <w:pPr>
              <w:pStyle w:val="TableText"/>
            </w:pPr>
            <w:r>
              <w:t>3828 / 3829</w:t>
            </w:r>
          </w:p>
        </w:tc>
        <w:tc>
          <w:tcPr>
            <w:tcW w:w="4630" w:type="dxa"/>
            <w:shd w:val="clear" w:color="auto" w:fill="FFFFFF"/>
          </w:tcPr>
          <w:p w14:paraId="7E4CEF37" w14:textId="77777777" w:rsidR="00000B84" w:rsidRDefault="00000000">
            <w:pPr>
              <w:pStyle w:val="TableText"/>
            </w:pPr>
            <w:r>
              <w:t>Martia Do Ceu Titos Fernando Alice</w:t>
            </w:r>
          </w:p>
        </w:tc>
        <w:tc>
          <w:tcPr>
            <w:tcW w:w="4110" w:type="dxa"/>
            <w:shd w:val="clear" w:color="auto" w:fill="FFFFFF"/>
          </w:tcPr>
          <w:p w14:paraId="6882098A" w14:textId="77777777" w:rsidR="00000B84" w:rsidRDefault="00000000">
            <w:pPr>
              <w:pStyle w:val="TableText"/>
            </w:pPr>
            <w:r>
              <w:t>Martia Do Ceu Alice</w:t>
            </w:r>
          </w:p>
        </w:tc>
      </w:tr>
      <w:tr w:rsidR="00000B84" w14:paraId="5979FF57" w14:textId="77777777">
        <w:trPr>
          <w:cantSplit/>
        </w:trPr>
        <w:tc>
          <w:tcPr>
            <w:tcW w:w="1406" w:type="dxa"/>
            <w:shd w:val="clear" w:color="auto" w:fill="F0F5F2"/>
          </w:tcPr>
          <w:p w14:paraId="3B19053A" w14:textId="77777777" w:rsidR="00000B84" w:rsidRDefault="00000000">
            <w:pPr>
              <w:pStyle w:val="TableText"/>
            </w:pPr>
            <w:r>
              <w:t>3832 / 3833</w:t>
            </w:r>
          </w:p>
        </w:tc>
        <w:tc>
          <w:tcPr>
            <w:tcW w:w="4630" w:type="dxa"/>
            <w:shd w:val="clear" w:color="auto" w:fill="F0F5F2"/>
          </w:tcPr>
          <w:p w14:paraId="49EA5145" w14:textId="77777777" w:rsidR="00000B84" w:rsidRDefault="00000000">
            <w:pPr>
              <w:pStyle w:val="TableText"/>
            </w:pPr>
            <w:r>
              <w:t>Mataleia Aureliana Afonso Alexandre</w:t>
            </w:r>
          </w:p>
        </w:tc>
        <w:tc>
          <w:tcPr>
            <w:tcW w:w="4110" w:type="dxa"/>
            <w:shd w:val="clear" w:color="auto" w:fill="F0F5F2"/>
          </w:tcPr>
          <w:p w14:paraId="3D3C9DAE" w14:textId="77777777" w:rsidR="00000B84" w:rsidRDefault="00000000">
            <w:pPr>
              <w:pStyle w:val="TableText"/>
            </w:pPr>
            <w:r>
              <w:t>Mataleia Aureliana Alexandre</w:t>
            </w:r>
          </w:p>
        </w:tc>
      </w:tr>
      <w:tr w:rsidR="00000B84" w14:paraId="74EDBC10" w14:textId="77777777">
        <w:trPr>
          <w:cantSplit/>
        </w:trPr>
        <w:tc>
          <w:tcPr>
            <w:tcW w:w="1406" w:type="dxa"/>
            <w:shd w:val="clear" w:color="auto" w:fill="FFFFFF"/>
          </w:tcPr>
          <w:p w14:paraId="3845925C" w14:textId="77777777" w:rsidR="00000B84" w:rsidRDefault="00000000">
            <w:pPr>
              <w:pStyle w:val="TableText"/>
            </w:pPr>
            <w:r>
              <w:t>3837 / 3838</w:t>
            </w:r>
          </w:p>
        </w:tc>
        <w:tc>
          <w:tcPr>
            <w:tcW w:w="4630" w:type="dxa"/>
            <w:shd w:val="clear" w:color="auto" w:fill="FFFFFF"/>
          </w:tcPr>
          <w:p w14:paraId="600CA085" w14:textId="77777777" w:rsidR="00000B84" w:rsidRDefault="00000000">
            <w:pPr>
              <w:pStyle w:val="TableText"/>
            </w:pPr>
            <w:r>
              <w:t>Matilde Felizardo Roque Da Silva</w:t>
            </w:r>
          </w:p>
        </w:tc>
        <w:tc>
          <w:tcPr>
            <w:tcW w:w="4110" w:type="dxa"/>
            <w:shd w:val="clear" w:color="auto" w:fill="FFFFFF"/>
          </w:tcPr>
          <w:p w14:paraId="5F770AFF" w14:textId="77777777" w:rsidR="00000B84" w:rsidRDefault="00000000">
            <w:pPr>
              <w:pStyle w:val="TableText"/>
            </w:pPr>
            <w:r>
              <w:t>Matilde Felizardo Da Silva</w:t>
            </w:r>
          </w:p>
        </w:tc>
      </w:tr>
      <w:tr w:rsidR="00000B84" w14:paraId="626A9D4F" w14:textId="77777777">
        <w:trPr>
          <w:cantSplit/>
        </w:trPr>
        <w:tc>
          <w:tcPr>
            <w:tcW w:w="1406" w:type="dxa"/>
            <w:shd w:val="clear" w:color="auto" w:fill="F0F5F2"/>
          </w:tcPr>
          <w:p w14:paraId="5F54B370" w14:textId="77777777" w:rsidR="00000B84" w:rsidRDefault="00000000">
            <w:pPr>
              <w:pStyle w:val="TableText"/>
            </w:pPr>
            <w:r>
              <w:t>3838 / 3839</w:t>
            </w:r>
          </w:p>
        </w:tc>
        <w:tc>
          <w:tcPr>
            <w:tcW w:w="4630" w:type="dxa"/>
            <w:shd w:val="clear" w:color="auto" w:fill="F0F5F2"/>
          </w:tcPr>
          <w:p w14:paraId="4F74B2D1" w14:textId="77777777" w:rsidR="00000B84" w:rsidRDefault="00000000">
            <w:pPr>
              <w:pStyle w:val="TableText"/>
            </w:pPr>
            <w:r>
              <w:t>Matilde Fernando Cordeiro Alfite Matilde Fernando Cordeiro Alfite</w:t>
            </w:r>
          </w:p>
        </w:tc>
        <w:tc>
          <w:tcPr>
            <w:tcW w:w="4110" w:type="dxa"/>
            <w:shd w:val="clear" w:color="auto" w:fill="F0F5F2"/>
          </w:tcPr>
          <w:p w14:paraId="4AFCE1AE" w14:textId="77777777" w:rsidR="00000B84" w:rsidRDefault="00000000">
            <w:pPr>
              <w:pStyle w:val="TableText"/>
            </w:pPr>
            <w:r>
              <w:t>Matilde Fernando Alfite</w:t>
            </w:r>
          </w:p>
        </w:tc>
      </w:tr>
      <w:tr w:rsidR="00000B84" w14:paraId="7D255994" w14:textId="77777777">
        <w:trPr>
          <w:cantSplit/>
        </w:trPr>
        <w:tc>
          <w:tcPr>
            <w:tcW w:w="1406" w:type="dxa"/>
            <w:shd w:val="clear" w:color="auto" w:fill="FFFFFF"/>
          </w:tcPr>
          <w:p w14:paraId="2F21DC62" w14:textId="77777777" w:rsidR="00000B84" w:rsidRDefault="00000000">
            <w:pPr>
              <w:pStyle w:val="TableText"/>
            </w:pPr>
            <w:r>
              <w:t>3840 / 3841</w:t>
            </w:r>
          </w:p>
        </w:tc>
        <w:tc>
          <w:tcPr>
            <w:tcW w:w="4630" w:type="dxa"/>
            <w:shd w:val="clear" w:color="auto" w:fill="FFFFFF"/>
          </w:tcPr>
          <w:p w14:paraId="411058AB" w14:textId="77777777" w:rsidR="00000B84" w:rsidRDefault="00000000">
            <w:pPr>
              <w:pStyle w:val="TableText"/>
            </w:pPr>
            <w:r>
              <w:t>Matilde Joaquim Roupeio Tempora</w:t>
            </w:r>
          </w:p>
        </w:tc>
        <w:tc>
          <w:tcPr>
            <w:tcW w:w="4110" w:type="dxa"/>
            <w:shd w:val="clear" w:color="auto" w:fill="FFFFFF"/>
          </w:tcPr>
          <w:p w14:paraId="2B267363" w14:textId="77777777" w:rsidR="00000B84" w:rsidRDefault="00000000">
            <w:pPr>
              <w:pStyle w:val="TableText"/>
            </w:pPr>
            <w:r>
              <w:t>Matilde Joaquim Tempora</w:t>
            </w:r>
          </w:p>
        </w:tc>
      </w:tr>
      <w:tr w:rsidR="00000B84" w14:paraId="566F151E" w14:textId="77777777">
        <w:trPr>
          <w:cantSplit/>
        </w:trPr>
        <w:tc>
          <w:tcPr>
            <w:tcW w:w="1406" w:type="dxa"/>
            <w:shd w:val="clear" w:color="auto" w:fill="F0F5F2"/>
          </w:tcPr>
          <w:p w14:paraId="1CEA80F3" w14:textId="77777777" w:rsidR="00000B84" w:rsidRDefault="00000000">
            <w:pPr>
              <w:pStyle w:val="TableText"/>
            </w:pPr>
            <w:r>
              <w:t>3846 / 3847</w:t>
            </w:r>
          </w:p>
        </w:tc>
        <w:tc>
          <w:tcPr>
            <w:tcW w:w="4630" w:type="dxa"/>
            <w:shd w:val="clear" w:color="auto" w:fill="F0F5F2"/>
          </w:tcPr>
          <w:p w14:paraId="6B619941" w14:textId="77777777" w:rsidR="00000B84" w:rsidRDefault="00000000">
            <w:pPr>
              <w:pStyle w:val="TableText"/>
            </w:pPr>
            <w:r>
              <w:t>Maura Humberto Soares Canalobuana</w:t>
            </w:r>
          </w:p>
        </w:tc>
        <w:tc>
          <w:tcPr>
            <w:tcW w:w="4110" w:type="dxa"/>
            <w:shd w:val="clear" w:color="auto" w:fill="F0F5F2"/>
          </w:tcPr>
          <w:p w14:paraId="1A414E8C" w14:textId="77777777" w:rsidR="00000B84" w:rsidRDefault="00000000">
            <w:pPr>
              <w:pStyle w:val="TableText"/>
            </w:pPr>
            <w:r>
              <w:t>Maura Humberto Canalobuana</w:t>
            </w:r>
          </w:p>
        </w:tc>
      </w:tr>
      <w:tr w:rsidR="00000B84" w14:paraId="6E34C56F" w14:textId="77777777">
        <w:trPr>
          <w:cantSplit/>
        </w:trPr>
        <w:tc>
          <w:tcPr>
            <w:tcW w:w="1406" w:type="dxa"/>
            <w:shd w:val="clear" w:color="auto" w:fill="FFFFFF"/>
          </w:tcPr>
          <w:p w14:paraId="7E8A0BF1" w14:textId="77777777" w:rsidR="00000B84" w:rsidRDefault="00000000">
            <w:pPr>
              <w:pStyle w:val="TableText"/>
            </w:pPr>
            <w:r>
              <w:t>3858 / 3859</w:t>
            </w:r>
          </w:p>
        </w:tc>
        <w:tc>
          <w:tcPr>
            <w:tcW w:w="4630" w:type="dxa"/>
            <w:shd w:val="clear" w:color="auto" w:fill="FFFFFF"/>
          </w:tcPr>
          <w:p w14:paraId="10F919E9" w14:textId="77777777" w:rsidR="00000B84" w:rsidRDefault="00000000">
            <w:pPr>
              <w:pStyle w:val="TableText"/>
            </w:pPr>
            <w:r>
              <w:t>Melissa Karina Da Silva Alberto</w:t>
            </w:r>
          </w:p>
        </w:tc>
        <w:tc>
          <w:tcPr>
            <w:tcW w:w="4110" w:type="dxa"/>
            <w:shd w:val="clear" w:color="auto" w:fill="FFFFFF"/>
          </w:tcPr>
          <w:p w14:paraId="3F63AEC6" w14:textId="77777777" w:rsidR="00000B84" w:rsidRDefault="00000000">
            <w:pPr>
              <w:pStyle w:val="TableText"/>
            </w:pPr>
            <w:r>
              <w:t>Melissa Karina Alberto</w:t>
            </w:r>
          </w:p>
        </w:tc>
      </w:tr>
      <w:tr w:rsidR="00000B84" w14:paraId="6963ADE4" w14:textId="77777777">
        <w:trPr>
          <w:cantSplit/>
        </w:trPr>
        <w:tc>
          <w:tcPr>
            <w:tcW w:w="1406" w:type="dxa"/>
            <w:shd w:val="clear" w:color="auto" w:fill="F0F5F2"/>
          </w:tcPr>
          <w:p w14:paraId="7987158D" w14:textId="77777777" w:rsidR="00000B84" w:rsidRDefault="00000000">
            <w:pPr>
              <w:pStyle w:val="TableText"/>
            </w:pPr>
            <w:r>
              <w:t>3880 / 3881</w:t>
            </w:r>
          </w:p>
        </w:tc>
        <w:tc>
          <w:tcPr>
            <w:tcW w:w="4630" w:type="dxa"/>
            <w:shd w:val="clear" w:color="auto" w:fill="F0F5F2"/>
          </w:tcPr>
          <w:p w14:paraId="4E52C785" w14:textId="77777777" w:rsidR="00000B84" w:rsidRDefault="00000000">
            <w:pPr>
              <w:pStyle w:val="TableText"/>
            </w:pPr>
            <w:r>
              <w:t>Mercia Carlos Hermínio Amorane</w:t>
            </w:r>
          </w:p>
        </w:tc>
        <w:tc>
          <w:tcPr>
            <w:tcW w:w="4110" w:type="dxa"/>
            <w:shd w:val="clear" w:color="auto" w:fill="F0F5F2"/>
          </w:tcPr>
          <w:p w14:paraId="58BD188D" w14:textId="77777777" w:rsidR="00000B84" w:rsidRDefault="00000000">
            <w:pPr>
              <w:pStyle w:val="TableText"/>
            </w:pPr>
            <w:r>
              <w:t>Mercia Carlos Amorane</w:t>
            </w:r>
          </w:p>
        </w:tc>
      </w:tr>
      <w:tr w:rsidR="00000B84" w14:paraId="686AE24C" w14:textId="77777777">
        <w:trPr>
          <w:cantSplit/>
        </w:trPr>
        <w:tc>
          <w:tcPr>
            <w:tcW w:w="1406" w:type="dxa"/>
            <w:shd w:val="clear" w:color="auto" w:fill="FFFFFF"/>
          </w:tcPr>
          <w:p w14:paraId="3012E769" w14:textId="77777777" w:rsidR="00000B84" w:rsidRDefault="00000000">
            <w:pPr>
              <w:pStyle w:val="TableText"/>
            </w:pPr>
            <w:r>
              <w:t>3881 / 3882</w:t>
            </w:r>
          </w:p>
        </w:tc>
        <w:tc>
          <w:tcPr>
            <w:tcW w:w="4630" w:type="dxa"/>
            <w:shd w:val="clear" w:color="auto" w:fill="FFFFFF"/>
          </w:tcPr>
          <w:p w14:paraId="604469FB" w14:textId="77777777" w:rsidR="00000B84" w:rsidRDefault="00000000">
            <w:pPr>
              <w:pStyle w:val="TableText"/>
            </w:pPr>
            <w:r>
              <w:t>Mércia Celestino Mércia Celestino Francisco</w:t>
            </w:r>
          </w:p>
        </w:tc>
        <w:tc>
          <w:tcPr>
            <w:tcW w:w="4110" w:type="dxa"/>
            <w:shd w:val="clear" w:color="auto" w:fill="FFFFFF"/>
          </w:tcPr>
          <w:p w14:paraId="3BA29CEC" w14:textId="77777777" w:rsidR="00000B84" w:rsidRDefault="00000000">
            <w:pPr>
              <w:pStyle w:val="TableText"/>
            </w:pPr>
            <w:r>
              <w:t>Mércia Celestino Francisco</w:t>
            </w:r>
          </w:p>
        </w:tc>
      </w:tr>
      <w:tr w:rsidR="00000B84" w14:paraId="7459F16F" w14:textId="77777777">
        <w:trPr>
          <w:cantSplit/>
        </w:trPr>
        <w:tc>
          <w:tcPr>
            <w:tcW w:w="1406" w:type="dxa"/>
            <w:shd w:val="clear" w:color="auto" w:fill="F0F5F2"/>
          </w:tcPr>
          <w:p w14:paraId="67787245" w14:textId="77777777" w:rsidR="00000B84" w:rsidRDefault="00000000">
            <w:pPr>
              <w:pStyle w:val="TableText"/>
            </w:pPr>
            <w:r>
              <w:t>3896 / 3897</w:t>
            </w:r>
          </w:p>
        </w:tc>
        <w:tc>
          <w:tcPr>
            <w:tcW w:w="4630" w:type="dxa"/>
            <w:shd w:val="clear" w:color="auto" w:fill="F0F5F2"/>
          </w:tcPr>
          <w:p w14:paraId="12C4BA27" w14:textId="77777777" w:rsidR="00000B84" w:rsidRDefault="00000000">
            <w:pPr>
              <w:pStyle w:val="TableText"/>
            </w:pPr>
            <w:r>
              <w:t>Mércia Mario Joaquim Chapoloca</w:t>
            </w:r>
          </w:p>
        </w:tc>
        <w:tc>
          <w:tcPr>
            <w:tcW w:w="4110" w:type="dxa"/>
            <w:shd w:val="clear" w:color="auto" w:fill="F0F5F2"/>
          </w:tcPr>
          <w:p w14:paraId="20263207" w14:textId="77777777" w:rsidR="00000B84" w:rsidRDefault="00000000">
            <w:pPr>
              <w:pStyle w:val="TableText"/>
            </w:pPr>
            <w:r>
              <w:t>Mércia Mario Chapoloca</w:t>
            </w:r>
          </w:p>
        </w:tc>
      </w:tr>
      <w:tr w:rsidR="00000B84" w14:paraId="047E1334" w14:textId="77777777">
        <w:trPr>
          <w:cantSplit/>
        </w:trPr>
        <w:tc>
          <w:tcPr>
            <w:tcW w:w="1406" w:type="dxa"/>
            <w:shd w:val="clear" w:color="auto" w:fill="FFFFFF"/>
          </w:tcPr>
          <w:p w14:paraId="399026B0" w14:textId="77777777" w:rsidR="00000B84" w:rsidRDefault="00000000">
            <w:pPr>
              <w:pStyle w:val="TableText"/>
            </w:pPr>
            <w:r>
              <w:t>3898 / 3899</w:t>
            </w:r>
          </w:p>
        </w:tc>
        <w:tc>
          <w:tcPr>
            <w:tcW w:w="4630" w:type="dxa"/>
            <w:shd w:val="clear" w:color="auto" w:fill="FFFFFF"/>
          </w:tcPr>
          <w:p w14:paraId="6A28EF0C" w14:textId="77777777" w:rsidR="00000B84" w:rsidRDefault="00000000">
            <w:pPr>
              <w:pStyle w:val="TableText"/>
            </w:pPr>
            <w:r>
              <w:t>Mercia Mercia Antônio João Nossoluane</w:t>
            </w:r>
          </w:p>
        </w:tc>
        <w:tc>
          <w:tcPr>
            <w:tcW w:w="4110" w:type="dxa"/>
            <w:shd w:val="clear" w:color="auto" w:fill="FFFFFF"/>
          </w:tcPr>
          <w:p w14:paraId="3F6799A5" w14:textId="77777777" w:rsidR="00000B84" w:rsidRDefault="00000000">
            <w:pPr>
              <w:pStyle w:val="TableText"/>
            </w:pPr>
            <w:r>
              <w:t>Mercia Mercia Nossoluane</w:t>
            </w:r>
          </w:p>
        </w:tc>
      </w:tr>
      <w:tr w:rsidR="00000B84" w14:paraId="55CCA794" w14:textId="77777777">
        <w:trPr>
          <w:cantSplit/>
        </w:trPr>
        <w:tc>
          <w:tcPr>
            <w:tcW w:w="1406" w:type="dxa"/>
            <w:shd w:val="clear" w:color="auto" w:fill="F0F5F2"/>
          </w:tcPr>
          <w:p w14:paraId="73B37792" w14:textId="77777777" w:rsidR="00000B84" w:rsidRDefault="00000000">
            <w:pPr>
              <w:pStyle w:val="TableText"/>
            </w:pPr>
            <w:r>
              <w:t>3901 / 3902</w:t>
            </w:r>
          </w:p>
        </w:tc>
        <w:tc>
          <w:tcPr>
            <w:tcW w:w="4630" w:type="dxa"/>
            <w:shd w:val="clear" w:color="auto" w:fill="F0F5F2"/>
          </w:tcPr>
          <w:p w14:paraId="46FF1965" w14:textId="77777777" w:rsidR="00000B84" w:rsidRDefault="00000000">
            <w:pPr>
              <w:pStyle w:val="TableText"/>
            </w:pPr>
            <w:r>
              <w:t>Mércia Rodrigues Mércia Rodrigues Fernando</w:t>
            </w:r>
          </w:p>
        </w:tc>
        <w:tc>
          <w:tcPr>
            <w:tcW w:w="4110" w:type="dxa"/>
            <w:shd w:val="clear" w:color="auto" w:fill="F0F5F2"/>
          </w:tcPr>
          <w:p w14:paraId="437E0D2F" w14:textId="77777777" w:rsidR="00000B84" w:rsidRDefault="00000000">
            <w:pPr>
              <w:pStyle w:val="TableText"/>
            </w:pPr>
            <w:r>
              <w:t>Mércia Rodrigues Fernando</w:t>
            </w:r>
          </w:p>
        </w:tc>
      </w:tr>
      <w:tr w:rsidR="00000B84" w14:paraId="7936E756" w14:textId="77777777">
        <w:trPr>
          <w:cantSplit/>
        </w:trPr>
        <w:tc>
          <w:tcPr>
            <w:tcW w:w="1406" w:type="dxa"/>
            <w:shd w:val="clear" w:color="auto" w:fill="FFFFFF"/>
          </w:tcPr>
          <w:p w14:paraId="2745BB00" w14:textId="77777777" w:rsidR="00000B84" w:rsidRDefault="00000000">
            <w:pPr>
              <w:pStyle w:val="TableText"/>
            </w:pPr>
            <w:r>
              <w:lastRenderedPageBreak/>
              <w:t>3908 / 3909</w:t>
            </w:r>
          </w:p>
        </w:tc>
        <w:tc>
          <w:tcPr>
            <w:tcW w:w="4630" w:type="dxa"/>
            <w:shd w:val="clear" w:color="auto" w:fill="FFFFFF"/>
          </w:tcPr>
          <w:p w14:paraId="3923A77F" w14:textId="77777777" w:rsidR="00000B84" w:rsidRDefault="00000000">
            <w:pPr>
              <w:pStyle w:val="TableText"/>
            </w:pPr>
            <w:r>
              <w:t>Mercy Mercy Milton Correia Jafar</w:t>
            </w:r>
          </w:p>
        </w:tc>
        <w:tc>
          <w:tcPr>
            <w:tcW w:w="4110" w:type="dxa"/>
            <w:shd w:val="clear" w:color="auto" w:fill="FFFFFF"/>
          </w:tcPr>
          <w:p w14:paraId="27DD8B54" w14:textId="77777777" w:rsidR="00000B84" w:rsidRDefault="00000000">
            <w:pPr>
              <w:pStyle w:val="TableText"/>
            </w:pPr>
            <w:r>
              <w:t>Mercy Mercy Jafar</w:t>
            </w:r>
          </w:p>
        </w:tc>
      </w:tr>
      <w:tr w:rsidR="00000B84" w14:paraId="7A67BA65" w14:textId="77777777">
        <w:trPr>
          <w:cantSplit/>
        </w:trPr>
        <w:tc>
          <w:tcPr>
            <w:tcW w:w="1406" w:type="dxa"/>
            <w:shd w:val="clear" w:color="auto" w:fill="F0F5F2"/>
          </w:tcPr>
          <w:p w14:paraId="4A55B591" w14:textId="77777777" w:rsidR="00000B84" w:rsidRDefault="00000000">
            <w:pPr>
              <w:pStyle w:val="TableText"/>
            </w:pPr>
            <w:r>
              <w:t>3919 / 3920</w:t>
            </w:r>
          </w:p>
        </w:tc>
        <w:tc>
          <w:tcPr>
            <w:tcW w:w="4630" w:type="dxa"/>
            <w:shd w:val="clear" w:color="auto" w:fill="F0F5F2"/>
          </w:tcPr>
          <w:p w14:paraId="55236819" w14:textId="77777777" w:rsidR="00000B84" w:rsidRDefault="00000000">
            <w:pPr>
              <w:pStyle w:val="TableText"/>
            </w:pPr>
            <w:r>
              <w:t>Michela Casimiro Navinha Navinha</w:t>
            </w:r>
          </w:p>
        </w:tc>
        <w:tc>
          <w:tcPr>
            <w:tcW w:w="4110" w:type="dxa"/>
            <w:shd w:val="clear" w:color="auto" w:fill="F0F5F2"/>
          </w:tcPr>
          <w:p w14:paraId="4A5D5A8D" w14:textId="77777777" w:rsidR="00000B84" w:rsidRDefault="00000000">
            <w:pPr>
              <w:pStyle w:val="TableText"/>
            </w:pPr>
            <w:r>
              <w:t>Michela Casimiro Navinha</w:t>
            </w:r>
          </w:p>
        </w:tc>
      </w:tr>
      <w:tr w:rsidR="00000B84" w14:paraId="0B72A851" w14:textId="77777777">
        <w:trPr>
          <w:cantSplit/>
        </w:trPr>
        <w:tc>
          <w:tcPr>
            <w:tcW w:w="1406" w:type="dxa"/>
            <w:shd w:val="clear" w:color="auto" w:fill="FFFFFF"/>
          </w:tcPr>
          <w:p w14:paraId="7866B976" w14:textId="77777777" w:rsidR="00000B84" w:rsidRDefault="00000000">
            <w:pPr>
              <w:pStyle w:val="TableText"/>
            </w:pPr>
            <w:r>
              <w:t>3925 / 3926</w:t>
            </w:r>
          </w:p>
        </w:tc>
        <w:tc>
          <w:tcPr>
            <w:tcW w:w="4630" w:type="dxa"/>
            <w:shd w:val="clear" w:color="auto" w:fill="FFFFFF"/>
          </w:tcPr>
          <w:p w14:paraId="17E5DEFA" w14:textId="77777777" w:rsidR="00000B84" w:rsidRDefault="00000000">
            <w:pPr>
              <w:pStyle w:val="TableText"/>
            </w:pPr>
            <w:r>
              <w:t>Milania Gonçalves Mutano Gonçalves Mutano</w:t>
            </w:r>
          </w:p>
        </w:tc>
        <w:tc>
          <w:tcPr>
            <w:tcW w:w="4110" w:type="dxa"/>
            <w:shd w:val="clear" w:color="auto" w:fill="FFFFFF"/>
          </w:tcPr>
          <w:p w14:paraId="68A7E114" w14:textId="77777777" w:rsidR="00000B84" w:rsidRDefault="00000000">
            <w:pPr>
              <w:pStyle w:val="TableText"/>
            </w:pPr>
            <w:r>
              <w:t>Milania Gonçalves Mutano</w:t>
            </w:r>
          </w:p>
        </w:tc>
      </w:tr>
      <w:tr w:rsidR="00000B84" w14:paraId="36D22668" w14:textId="77777777">
        <w:trPr>
          <w:cantSplit/>
        </w:trPr>
        <w:tc>
          <w:tcPr>
            <w:tcW w:w="1406" w:type="dxa"/>
            <w:shd w:val="clear" w:color="auto" w:fill="F0F5F2"/>
          </w:tcPr>
          <w:p w14:paraId="48AFDC0E" w14:textId="77777777" w:rsidR="00000B84" w:rsidRDefault="00000000">
            <w:pPr>
              <w:pStyle w:val="TableText"/>
            </w:pPr>
            <w:r>
              <w:t>3932 / 3933</w:t>
            </w:r>
          </w:p>
        </w:tc>
        <w:tc>
          <w:tcPr>
            <w:tcW w:w="4630" w:type="dxa"/>
            <w:shd w:val="clear" w:color="auto" w:fill="F0F5F2"/>
          </w:tcPr>
          <w:p w14:paraId="1D99DA82" w14:textId="77777777" w:rsidR="00000B84" w:rsidRDefault="00000000">
            <w:pPr>
              <w:pStyle w:val="TableText"/>
            </w:pPr>
            <w:r>
              <w:t>Milena Francisco Dos Santos Paraque</w:t>
            </w:r>
          </w:p>
        </w:tc>
        <w:tc>
          <w:tcPr>
            <w:tcW w:w="4110" w:type="dxa"/>
            <w:shd w:val="clear" w:color="auto" w:fill="F0F5F2"/>
          </w:tcPr>
          <w:p w14:paraId="32606367" w14:textId="77777777" w:rsidR="00000B84" w:rsidRDefault="00000000">
            <w:pPr>
              <w:pStyle w:val="TableText"/>
            </w:pPr>
            <w:r>
              <w:t>Milena Francisco Paraque</w:t>
            </w:r>
          </w:p>
        </w:tc>
      </w:tr>
      <w:tr w:rsidR="00000B84" w14:paraId="64531446" w14:textId="77777777">
        <w:trPr>
          <w:cantSplit/>
        </w:trPr>
        <w:tc>
          <w:tcPr>
            <w:tcW w:w="1406" w:type="dxa"/>
            <w:shd w:val="clear" w:color="auto" w:fill="FFFFFF"/>
          </w:tcPr>
          <w:p w14:paraId="37184244" w14:textId="77777777" w:rsidR="00000B84" w:rsidRDefault="00000000">
            <w:pPr>
              <w:pStyle w:val="TableText"/>
            </w:pPr>
            <w:r>
              <w:t>3934 / 3935</w:t>
            </w:r>
          </w:p>
        </w:tc>
        <w:tc>
          <w:tcPr>
            <w:tcW w:w="4630" w:type="dxa"/>
            <w:shd w:val="clear" w:color="auto" w:fill="FFFFFF"/>
          </w:tcPr>
          <w:p w14:paraId="38B3066B" w14:textId="77777777" w:rsidR="00000B84" w:rsidRDefault="00000000">
            <w:pPr>
              <w:pStyle w:val="TableText"/>
            </w:pPr>
            <w:r>
              <w:t>Milena Gonçalves Carlos Gonçalves</w:t>
            </w:r>
          </w:p>
        </w:tc>
        <w:tc>
          <w:tcPr>
            <w:tcW w:w="4110" w:type="dxa"/>
            <w:shd w:val="clear" w:color="auto" w:fill="FFFFFF"/>
          </w:tcPr>
          <w:p w14:paraId="4709F6EF" w14:textId="77777777" w:rsidR="00000B84" w:rsidRDefault="00000000">
            <w:pPr>
              <w:pStyle w:val="TableText"/>
            </w:pPr>
            <w:r>
              <w:t>Milena Gonçalves Gonçalves</w:t>
            </w:r>
          </w:p>
        </w:tc>
      </w:tr>
      <w:tr w:rsidR="00000B84" w14:paraId="4E3D2DC1" w14:textId="77777777">
        <w:trPr>
          <w:cantSplit/>
        </w:trPr>
        <w:tc>
          <w:tcPr>
            <w:tcW w:w="1406" w:type="dxa"/>
            <w:shd w:val="clear" w:color="auto" w:fill="F0F5F2"/>
          </w:tcPr>
          <w:p w14:paraId="623DBF62" w14:textId="77777777" w:rsidR="00000B84" w:rsidRDefault="00000000">
            <w:pPr>
              <w:pStyle w:val="TableText"/>
            </w:pPr>
            <w:r>
              <w:t>3961 / 3962</w:t>
            </w:r>
          </w:p>
        </w:tc>
        <w:tc>
          <w:tcPr>
            <w:tcW w:w="4630" w:type="dxa"/>
            <w:shd w:val="clear" w:color="auto" w:fill="F0F5F2"/>
          </w:tcPr>
          <w:p w14:paraId="75E3F966" w14:textId="77777777" w:rsidR="00000B84" w:rsidRDefault="00000000">
            <w:pPr>
              <w:pStyle w:val="TableText"/>
            </w:pPr>
            <w:r>
              <w:t>Mimosa Decrecio Mutomeia Mutomeia</w:t>
            </w:r>
          </w:p>
        </w:tc>
        <w:tc>
          <w:tcPr>
            <w:tcW w:w="4110" w:type="dxa"/>
            <w:shd w:val="clear" w:color="auto" w:fill="F0F5F2"/>
          </w:tcPr>
          <w:p w14:paraId="45E3C659" w14:textId="77777777" w:rsidR="00000B84" w:rsidRDefault="00000000">
            <w:pPr>
              <w:pStyle w:val="TableText"/>
            </w:pPr>
            <w:r>
              <w:t>Mimosa Decrecio Mutomeia</w:t>
            </w:r>
          </w:p>
        </w:tc>
      </w:tr>
      <w:tr w:rsidR="00000B84" w14:paraId="758CA15E" w14:textId="77777777">
        <w:trPr>
          <w:cantSplit/>
        </w:trPr>
        <w:tc>
          <w:tcPr>
            <w:tcW w:w="1406" w:type="dxa"/>
            <w:shd w:val="clear" w:color="auto" w:fill="FFFFFF"/>
          </w:tcPr>
          <w:p w14:paraId="1C1134C2" w14:textId="77777777" w:rsidR="00000B84" w:rsidRDefault="00000000">
            <w:pPr>
              <w:pStyle w:val="TableText"/>
            </w:pPr>
            <w:r>
              <w:t>3972 / 3973 *</w:t>
            </w:r>
          </w:p>
        </w:tc>
        <w:tc>
          <w:tcPr>
            <w:tcW w:w="4630" w:type="dxa"/>
            <w:shd w:val="clear" w:color="auto" w:fill="FFFFFF"/>
          </w:tcPr>
          <w:p w14:paraId="5B21C2AD" w14:textId="77777777" w:rsidR="00000B84" w:rsidRDefault="00000000">
            <w:pPr>
              <w:pStyle w:val="TableText"/>
            </w:pPr>
            <w:r>
              <w:t>Minjurda Branquinho Augustinho</w:t>
            </w:r>
          </w:p>
        </w:tc>
        <w:tc>
          <w:tcPr>
            <w:tcW w:w="4110" w:type="dxa"/>
            <w:shd w:val="clear" w:color="auto" w:fill="FFFFFF"/>
          </w:tcPr>
          <w:p w14:paraId="39365CA3" w14:textId="77777777" w:rsidR="00000B84" w:rsidRDefault="00000000">
            <w:pPr>
              <w:pStyle w:val="TableText"/>
            </w:pPr>
            <w:r>
              <w:t>Minjurda B. Augustinho</w:t>
            </w:r>
          </w:p>
        </w:tc>
      </w:tr>
      <w:tr w:rsidR="00000B84" w14:paraId="2D4367D4" w14:textId="77777777">
        <w:trPr>
          <w:cantSplit/>
        </w:trPr>
        <w:tc>
          <w:tcPr>
            <w:tcW w:w="1406" w:type="dxa"/>
            <w:shd w:val="clear" w:color="auto" w:fill="F0F5F2"/>
          </w:tcPr>
          <w:p w14:paraId="2F179048" w14:textId="77777777" w:rsidR="00000B84" w:rsidRDefault="00000000">
            <w:pPr>
              <w:pStyle w:val="TableText"/>
            </w:pPr>
            <w:r>
              <w:t>3975 / 3976</w:t>
            </w:r>
          </w:p>
        </w:tc>
        <w:tc>
          <w:tcPr>
            <w:tcW w:w="4630" w:type="dxa"/>
            <w:shd w:val="clear" w:color="auto" w:fill="F0F5F2"/>
          </w:tcPr>
          <w:p w14:paraId="3606DAD2" w14:textId="77777777" w:rsidR="00000B84" w:rsidRDefault="00000000">
            <w:pPr>
              <w:pStyle w:val="TableText"/>
            </w:pPr>
            <w:r>
              <w:t>Minora Montinho Mussa Alamo</w:t>
            </w:r>
          </w:p>
        </w:tc>
        <w:tc>
          <w:tcPr>
            <w:tcW w:w="4110" w:type="dxa"/>
            <w:shd w:val="clear" w:color="auto" w:fill="F0F5F2"/>
          </w:tcPr>
          <w:p w14:paraId="40057AC3" w14:textId="77777777" w:rsidR="00000B84" w:rsidRDefault="00000000">
            <w:pPr>
              <w:pStyle w:val="TableText"/>
            </w:pPr>
            <w:r>
              <w:t>Minora Montinho Alamo</w:t>
            </w:r>
          </w:p>
        </w:tc>
      </w:tr>
      <w:tr w:rsidR="00000B84" w14:paraId="04FED841" w14:textId="77777777">
        <w:trPr>
          <w:cantSplit/>
        </w:trPr>
        <w:tc>
          <w:tcPr>
            <w:tcW w:w="1406" w:type="dxa"/>
            <w:shd w:val="clear" w:color="auto" w:fill="FFFFFF"/>
          </w:tcPr>
          <w:p w14:paraId="0DF2F374" w14:textId="77777777" w:rsidR="00000B84" w:rsidRDefault="00000000">
            <w:pPr>
              <w:pStyle w:val="TableText"/>
            </w:pPr>
            <w:r>
              <w:t>3992 / 3993</w:t>
            </w:r>
          </w:p>
        </w:tc>
        <w:tc>
          <w:tcPr>
            <w:tcW w:w="4630" w:type="dxa"/>
            <w:shd w:val="clear" w:color="auto" w:fill="FFFFFF"/>
          </w:tcPr>
          <w:p w14:paraId="3C726EE6" w14:textId="77777777" w:rsidR="00000B84" w:rsidRDefault="00000000">
            <w:pPr>
              <w:pStyle w:val="TableText"/>
            </w:pPr>
            <w:r>
              <w:t>Mira Nado Baraga Nado Baraga</w:t>
            </w:r>
          </w:p>
        </w:tc>
        <w:tc>
          <w:tcPr>
            <w:tcW w:w="4110" w:type="dxa"/>
            <w:shd w:val="clear" w:color="auto" w:fill="FFFFFF"/>
          </w:tcPr>
          <w:p w14:paraId="0D154B85" w14:textId="77777777" w:rsidR="00000B84" w:rsidRDefault="00000000">
            <w:pPr>
              <w:pStyle w:val="TableText"/>
            </w:pPr>
            <w:r>
              <w:t>Mira Nado Baraga</w:t>
            </w:r>
          </w:p>
        </w:tc>
      </w:tr>
      <w:tr w:rsidR="00000B84" w14:paraId="541B995D" w14:textId="77777777">
        <w:trPr>
          <w:cantSplit/>
        </w:trPr>
        <w:tc>
          <w:tcPr>
            <w:tcW w:w="1406" w:type="dxa"/>
            <w:shd w:val="clear" w:color="auto" w:fill="F0F5F2"/>
          </w:tcPr>
          <w:p w14:paraId="3FBAEC29" w14:textId="77777777" w:rsidR="00000B84" w:rsidRDefault="00000000">
            <w:pPr>
              <w:pStyle w:val="TableText"/>
            </w:pPr>
            <w:r>
              <w:t>3993 / 3994</w:t>
            </w:r>
          </w:p>
        </w:tc>
        <w:tc>
          <w:tcPr>
            <w:tcW w:w="4630" w:type="dxa"/>
            <w:shd w:val="clear" w:color="auto" w:fill="F0F5F2"/>
          </w:tcPr>
          <w:p w14:paraId="0102C3BB" w14:textId="77777777" w:rsidR="00000B84" w:rsidRDefault="00000000">
            <w:pPr>
              <w:pStyle w:val="TableText"/>
            </w:pPr>
            <w:r>
              <w:t>Miranda Evaristo Simal Lembrança</w:t>
            </w:r>
          </w:p>
        </w:tc>
        <w:tc>
          <w:tcPr>
            <w:tcW w:w="4110" w:type="dxa"/>
            <w:shd w:val="clear" w:color="auto" w:fill="F0F5F2"/>
          </w:tcPr>
          <w:p w14:paraId="621B8073" w14:textId="77777777" w:rsidR="00000B84" w:rsidRDefault="00000000">
            <w:pPr>
              <w:pStyle w:val="TableText"/>
            </w:pPr>
            <w:r>
              <w:t>Miranda Evaristo Lembrança</w:t>
            </w:r>
          </w:p>
        </w:tc>
      </w:tr>
      <w:tr w:rsidR="00000B84" w14:paraId="7AD2063C" w14:textId="77777777">
        <w:trPr>
          <w:cantSplit/>
        </w:trPr>
        <w:tc>
          <w:tcPr>
            <w:tcW w:w="1406" w:type="dxa"/>
            <w:shd w:val="clear" w:color="auto" w:fill="FFFFFF"/>
          </w:tcPr>
          <w:p w14:paraId="41D76511" w14:textId="77777777" w:rsidR="00000B84" w:rsidRDefault="00000000">
            <w:pPr>
              <w:pStyle w:val="TableText"/>
            </w:pPr>
            <w:r>
              <w:t>3996 / 3997</w:t>
            </w:r>
          </w:p>
        </w:tc>
        <w:tc>
          <w:tcPr>
            <w:tcW w:w="4630" w:type="dxa"/>
            <w:shd w:val="clear" w:color="auto" w:fill="FFFFFF"/>
          </w:tcPr>
          <w:p w14:paraId="7F4D26AC" w14:textId="77777777" w:rsidR="00000B84" w:rsidRDefault="00000000">
            <w:pPr>
              <w:pStyle w:val="TableText"/>
            </w:pPr>
            <w:r>
              <w:t>Mirela Valdimiro André Dos Santos</w:t>
            </w:r>
          </w:p>
        </w:tc>
        <w:tc>
          <w:tcPr>
            <w:tcW w:w="4110" w:type="dxa"/>
            <w:shd w:val="clear" w:color="auto" w:fill="FFFFFF"/>
          </w:tcPr>
          <w:p w14:paraId="4DD18B18" w14:textId="77777777" w:rsidR="00000B84" w:rsidRDefault="00000000">
            <w:pPr>
              <w:pStyle w:val="TableText"/>
            </w:pPr>
            <w:r>
              <w:t>Mirela Valdimiro Dos Santos</w:t>
            </w:r>
          </w:p>
        </w:tc>
      </w:tr>
      <w:tr w:rsidR="00000B84" w14:paraId="41401311" w14:textId="77777777">
        <w:trPr>
          <w:cantSplit/>
        </w:trPr>
        <w:tc>
          <w:tcPr>
            <w:tcW w:w="1406" w:type="dxa"/>
            <w:shd w:val="clear" w:color="auto" w:fill="F0F5F2"/>
          </w:tcPr>
          <w:p w14:paraId="664628ED" w14:textId="77777777" w:rsidR="00000B84" w:rsidRDefault="00000000">
            <w:pPr>
              <w:pStyle w:val="TableText"/>
            </w:pPr>
            <w:r>
              <w:t>4011 / 4012</w:t>
            </w:r>
          </w:p>
        </w:tc>
        <w:tc>
          <w:tcPr>
            <w:tcW w:w="4630" w:type="dxa"/>
            <w:shd w:val="clear" w:color="auto" w:fill="F0F5F2"/>
          </w:tcPr>
          <w:p w14:paraId="2C9CF320" w14:textId="77777777" w:rsidR="00000B84" w:rsidRDefault="00000000">
            <w:pPr>
              <w:pStyle w:val="TableText"/>
            </w:pPr>
            <w:r>
              <w:t>Mônica Lucas Mônica Lucas André</w:t>
            </w:r>
          </w:p>
        </w:tc>
        <w:tc>
          <w:tcPr>
            <w:tcW w:w="4110" w:type="dxa"/>
            <w:shd w:val="clear" w:color="auto" w:fill="F0F5F2"/>
          </w:tcPr>
          <w:p w14:paraId="1C27E31A" w14:textId="77777777" w:rsidR="00000B84" w:rsidRDefault="00000000">
            <w:pPr>
              <w:pStyle w:val="TableText"/>
            </w:pPr>
            <w:r>
              <w:t>Mônica Lucas André</w:t>
            </w:r>
          </w:p>
        </w:tc>
      </w:tr>
      <w:tr w:rsidR="00000B84" w14:paraId="55EC9804" w14:textId="77777777">
        <w:trPr>
          <w:cantSplit/>
        </w:trPr>
        <w:tc>
          <w:tcPr>
            <w:tcW w:w="1406" w:type="dxa"/>
            <w:shd w:val="clear" w:color="auto" w:fill="FFFFFF"/>
          </w:tcPr>
          <w:p w14:paraId="52285CF9" w14:textId="77777777" w:rsidR="00000B84" w:rsidRDefault="00000000">
            <w:pPr>
              <w:pStyle w:val="TableText"/>
            </w:pPr>
            <w:r>
              <w:t>4014 / 4015</w:t>
            </w:r>
          </w:p>
        </w:tc>
        <w:tc>
          <w:tcPr>
            <w:tcW w:w="4630" w:type="dxa"/>
            <w:shd w:val="clear" w:color="auto" w:fill="FFFFFF"/>
          </w:tcPr>
          <w:p w14:paraId="7183A893" w14:textId="77777777" w:rsidR="00000B84" w:rsidRDefault="00000000">
            <w:pPr>
              <w:pStyle w:val="TableText"/>
            </w:pPr>
            <w:r>
              <w:t>Monicha Taibo Carlos Monicha Taibo Carlos Bainete</w:t>
            </w:r>
          </w:p>
        </w:tc>
        <w:tc>
          <w:tcPr>
            <w:tcW w:w="4110" w:type="dxa"/>
            <w:shd w:val="clear" w:color="auto" w:fill="FFFFFF"/>
          </w:tcPr>
          <w:p w14:paraId="62E713B9" w14:textId="77777777" w:rsidR="00000B84" w:rsidRDefault="00000000">
            <w:pPr>
              <w:pStyle w:val="TableText"/>
            </w:pPr>
            <w:r>
              <w:t>Monicha Taibo Bainete</w:t>
            </w:r>
          </w:p>
        </w:tc>
      </w:tr>
      <w:tr w:rsidR="00000B84" w14:paraId="2E522A0A" w14:textId="77777777">
        <w:trPr>
          <w:cantSplit/>
        </w:trPr>
        <w:tc>
          <w:tcPr>
            <w:tcW w:w="1406" w:type="dxa"/>
            <w:shd w:val="clear" w:color="auto" w:fill="F0F5F2"/>
          </w:tcPr>
          <w:p w14:paraId="7090BC4C" w14:textId="77777777" w:rsidR="00000B84" w:rsidRDefault="00000000">
            <w:pPr>
              <w:pStyle w:val="TableText"/>
            </w:pPr>
            <w:r>
              <w:t>4017 / 4018</w:t>
            </w:r>
          </w:p>
        </w:tc>
        <w:tc>
          <w:tcPr>
            <w:tcW w:w="4630" w:type="dxa"/>
            <w:shd w:val="clear" w:color="auto" w:fill="F0F5F2"/>
          </w:tcPr>
          <w:p w14:paraId="7B94B08F" w14:textId="77777777" w:rsidR="00000B84" w:rsidRDefault="00000000">
            <w:pPr>
              <w:pStyle w:val="TableText"/>
            </w:pPr>
            <w:r>
              <w:t>Muamina Fernando Augusto Macuede</w:t>
            </w:r>
          </w:p>
        </w:tc>
        <w:tc>
          <w:tcPr>
            <w:tcW w:w="4110" w:type="dxa"/>
            <w:shd w:val="clear" w:color="auto" w:fill="F0F5F2"/>
          </w:tcPr>
          <w:p w14:paraId="12464F05" w14:textId="77777777" w:rsidR="00000B84" w:rsidRDefault="00000000">
            <w:pPr>
              <w:pStyle w:val="TableText"/>
            </w:pPr>
            <w:r>
              <w:t>Muamina Fernando Macuede</w:t>
            </w:r>
          </w:p>
        </w:tc>
      </w:tr>
      <w:tr w:rsidR="00000B84" w14:paraId="4117CF87" w14:textId="77777777">
        <w:trPr>
          <w:cantSplit/>
        </w:trPr>
        <w:tc>
          <w:tcPr>
            <w:tcW w:w="1406" w:type="dxa"/>
            <w:shd w:val="clear" w:color="auto" w:fill="FFFFFF"/>
          </w:tcPr>
          <w:p w14:paraId="21239674" w14:textId="77777777" w:rsidR="00000B84" w:rsidRDefault="00000000">
            <w:pPr>
              <w:pStyle w:val="TableText"/>
            </w:pPr>
            <w:r>
              <w:t>4022 / 4023</w:t>
            </w:r>
          </w:p>
        </w:tc>
        <w:tc>
          <w:tcPr>
            <w:tcW w:w="4630" w:type="dxa"/>
            <w:shd w:val="clear" w:color="auto" w:fill="FFFFFF"/>
          </w:tcPr>
          <w:p w14:paraId="6D4FAB4B" w14:textId="77777777" w:rsidR="00000B84" w:rsidRDefault="00000000">
            <w:pPr>
              <w:pStyle w:val="TableText"/>
            </w:pPr>
            <w:r>
              <w:t>Munarusa Fausto Munarusa Fausto Pedro</w:t>
            </w:r>
          </w:p>
        </w:tc>
        <w:tc>
          <w:tcPr>
            <w:tcW w:w="4110" w:type="dxa"/>
            <w:shd w:val="clear" w:color="auto" w:fill="FFFFFF"/>
          </w:tcPr>
          <w:p w14:paraId="246B3D35" w14:textId="77777777" w:rsidR="00000B84" w:rsidRDefault="00000000">
            <w:pPr>
              <w:pStyle w:val="TableText"/>
            </w:pPr>
            <w:r>
              <w:t>Munarusa Fausto Pedro</w:t>
            </w:r>
          </w:p>
        </w:tc>
      </w:tr>
      <w:tr w:rsidR="00000B84" w14:paraId="147DB23A" w14:textId="77777777">
        <w:trPr>
          <w:cantSplit/>
        </w:trPr>
        <w:tc>
          <w:tcPr>
            <w:tcW w:w="1406" w:type="dxa"/>
            <w:shd w:val="clear" w:color="auto" w:fill="F0F5F2"/>
          </w:tcPr>
          <w:p w14:paraId="49814D80" w14:textId="77777777" w:rsidR="00000B84" w:rsidRDefault="00000000">
            <w:pPr>
              <w:pStyle w:val="TableText"/>
            </w:pPr>
            <w:r>
              <w:t>4023 / 4024</w:t>
            </w:r>
          </w:p>
        </w:tc>
        <w:tc>
          <w:tcPr>
            <w:tcW w:w="4630" w:type="dxa"/>
            <w:shd w:val="clear" w:color="auto" w:fill="F0F5F2"/>
          </w:tcPr>
          <w:p w14:paraId="00871114" w14:textId="77777777" w:rsidR="00000B84" w:rsidRDefault="00000000">
            <w:pPr>
              <w:pStyle w:val="TableText"/>
            </w:pPr>
            <w:r>
              <w:t>Munorga Virgínia Fernando Fernando</w:t>
            </w:r>
          </w:p>
        </w:tc>
        <w:tc>
          <w:tcPr>
            <w:tcW w:w="4110" w:type="dxa"/>
            <w:shd w:val="clear" w:color="auto" w:fill="F0F5F2"/>
          </w:tcPr>
          <w:p w14:paraId="58A6DD1E" w14:textId="77777777" w:rsidR="00000B84" w:rsidRDefault="00000000">
            <w:pPr>
              <w:pStyle w:val="TableText"/>
            </w:pPr>
            <w:r>
              <w:t>Munorga Virgínia Fernando</w:t>
            </w:r>
          </w:p>
        </w:tc>
      </w:tr>
      <w:tr w:rsidR="00000B84" w14:paraId="5FED6933" w14:textId="77777777">
        <w:trPr>
          <w:cantSplit/>
        </w:trPr>
        <w:tc>
          <w:tcPr>
            <w:tcW w:w="1406" w:type="dxa"/>
            <w:shd w:val="clear" w:color="auto" w:fill="FFFFFF"/>
          </w:tcPr>
          <w:p w14:paraId="352B1058" w14:textId="77777777" w:rsidR="00000B84" w:rsidRDefault="00000000">
            <w:pPr>
              <w:pStyle w:val="TableText"/>
            </w:pPr>
            <w:r>
              <w:t>4041 / 4042</w:t>
            </w:r>
          </w:p>
        </w:tc>
        <w:tc>
          <w:tcPr>
            <w:tcW w:w="4630" w:type="dxa"/>
            <w:shd w:val="clear" w:color="auto" w:fill="FFFFFF"/>
          </w:tcPr>
          <w:p w14:paraId="501EDF6D" w14:textId="77777777" w:rsidR="00000B84" w:rsidRDefault="00000000">
            <w:pPr>
              <w:pStyle w:val="TableText"/>
            </w:pPr>
            <w:r>
              <w:t>Nadia Manecas Alfredo Massapara</w:t>
            </w:r>
          </w:p>
        </w:tc>
        <w:tc>
          <w:tcPr>
            <w:tcW w:w="4110" w:type="dxa"/>
            <w:shd w:val="clear" w:color="auto" w:fill="FFFFFF"/>
          </w:tcPr>
          <w:p w14:paraId="4B6E422C" w14:textId="77777777" w:rsidR="00000B84" w:rsidRDefault="00000000">
            <w:pPr>
              <w:pStyle w:val="TableText"/>
            </w:pPr>
            <w:r>
              <w:t>Nadia Manecas Massapara</w:t>
            </w:r>
          </w:p>
        </w:tc>
      </w:tr>
      <w:tr w:rsidR="00000B84" w14:paraId="3B6DC91F" w14:textId="77777777">
        <w:trPr>
          <w:cantSplit/>
        </w:trPr>
        <w:tc>
          <w:tcPr>
            <w:tcW w:w="1406" w:type="dxa"/>
            <w:shd w:val="clear" w:color="auto" w:fill="F0F5F2"/>
          </w:tcPr>
          <w:p w14:paraId="31E9B3DA" w14:textId="77777777" w:rsidR="00000B84" w:rsidRDefault="00000000">
            <w:pPr>
              <w:pStyle w:val="TableText"/>
            </w:pPr>
            <w:r>
              <w:t>4061 / 4062</w:t>
            </w:r>
          </w:p>
        </w:tc>
        <w:tc>
          <w:tcPr>
            <w:tcW w:w="4630" w:type="dxa"/>
            <w:shd w:val="clear" w:color="auto" w:fill="F0F5F2"/>
          </w:tcPr>
          <w:p w14:paraId="6DA5825E" w14:textId="77777777" w:rsidR="00000B84" w:rsidRDefault="00000000">
            <w:pPr>
              <w:pStyle w:val="TableText"/>
            </w:pPr>
            <w:r>
              <w:t>Naira Benedito Bernardo Matangala</w:t>
            </w:r>
          </w:p>
        </w:tc>
        <w:tc>
          <w:tcPr>
            <w:tcW w:w="4110" w:type="dxa"/>
            <w:shd w:val="clear" w:color="auto" w:fill="F0F5F2"/>
          </w:tcPr>
          <w:p w14:paraId="018737A1" w14:textId="77777777" w:rsidR="00000B84" w:rsidRDefault="00000000">
            <w:pPr>
              <w:pStyle w:val="TableText"/>
            </w:pPr>
            <w:r>
              <w:t>Naira Benedito Matangala</w:t>
            </w:r>
          </w:p>
        </w:tc>
      </w:tr>
      <w:tr w:rsidR="00000B84" w14:paraId="38B351D7" w14:textId="77777777">
        <w:trPr>
          <w:cantSplit/>
        </w:trPr>
        <w:tc>
          <w:tcPr>
            <w:tcW w:w="1406" w:type="dxa"/>
            <w:shd w:val="clear" w:color="auto" w:fill="FFFFFF"/>
          </w:tcPr>
          <w:p w14:paraId="7DC9757D" w14:textId="77777777" w:rsidR="00000B84" w:rsidRDefault="00000000">
            <w:pPr>
              <w:pStyle w:val="TableText"/>
            </w:pPr>
            <w:r>
              <w:t>4071 / 4072</w:t>
            </w:r>
          </w:p>
        </w:tc>
        <w:tc>
          <w:tcPr>
            <w:tcW w:w="4630" w:type="dxa"/>
            <w:shd w:val="clear" w:color="auto" w:fill="FFFFFF"/>
          </w:tcPr>
          <w:p w14:paraId="34AD2FCD" w14:textId="77777777" w:rsidR="00000B84" w:rsidRDefault="00000000">
            <w:pPr>
              <w:pStyle w:val="TableText"/>
            </w:pPr>
            <w:r>
              <w:t>Nalia Guilherme Daniel Monecho</w:t>
            </w:r>
          </w:p>
        </w:tc>
        <w:tc>
          <w:tcPr>
            <w:tcW w:w="4110" w:type="dxa"/>
            <w:shd w:val="clear" w:color="auto" w:fill="FFFFFF"/>
          </w:tcPr>
          <w:p w14:paraId="730F9AD2" w14:textId="77777777" w:rsidR="00000B84" w:rsidRDefault="00000000">
            <w:pPr>
              <w:pStyle w:val="TableText"/>
            </w:pPr>
            <w:r>
              <w:t>Nalia Guilherme Monecho</w:t>
            </w:r>
          </w:p>
        </w:tc>
      </w:tr>
      <w:tr w:rsidR="00000B84" w14:paraId="7B4AC992" w14:textId="77777777">
        <w:trPr>
          <w:cantSplit/>
        </w:trPr>
        <w:tc>
          <w:tcPr>
            <w:tcW w:w="1406" w:type="dxa"/>
            <w:shd w:val="clear" w:color="auto" w:fill="F0F5F2"/>
          </w:tcPr>
          <w:p w14:paraId="52578024" w14:textId="77777777" w:rsidR="00000B84" w:rsidRDefault="00000000">
            <w:pPr>
              <w:pStyle w:val="TableText"/>
            </w:pPr>
            <w:r>
              <w:t>4076 / 4077</w:t>
            </w:r>
          </w:p>
        </w:tc>
        <w:tc>
          <w:tcPr>
            <w:tcW w:w="4630" w:type="dxa"/>
            <w:shd w:val="clear" w:color="auto" w:fill="F0F5F2"/>
          </w:tcPr>
          <w:p w14:paraId="01DBD985" w14:textId="77777777" w:rsidR="00000B84" w:rsidRDefault="00000000">
            <w:pPr>
              <w:pStyle w:val="TableText"/>
            </w:pPr>
            <w:r>
              <w:t>Nanda Lino Armando Milesse Armando</w:t>
            </w:r>
          </w:p>
        </w:tc>
        <w:tc>
          <w:tcPr>
            <w:tcW w:w="4110" w:type="dxa"/>
            <w:shd w:val="clear" w:color="auto" w:fill="F0F5F2"/>
          </w:tcPr>
          <w:p w14:paraId="6A348121" w14:textId="77777777" w:rsidR="00000B84" w:rsidRDefault="00000000">
            <w:pPr>
              <w:pStyle w:val="TableText"/>
            </w:pPr>
            <w:r>
              <w:t>Nanda Lino Armando</w:t>
            </w:r>
          </w:p>
        </w:tc>
      </w:tr>
      <w:tr w:rsidR="00000B84" w14:paraId="5858F5ED" w14:textId="77777777">
        <w:trPr>
          <w:cantSplit/>
        </w:trPr>
        <w:tc>
          <w:tcPr>
            <w:tcW w:w="1406" w:type="dxa"/>
            <w:shd w:val="clear" w:color="auto" w:fill="FFFFFF"/>
          </w:tcPr>
          <w:p w14:paraId="7F23DD2C" w14:textId="77777777" w:rsidR="00000B84" w:rsidRDefault="00000000">
            <w:pPr>
              <w:pStyle w:val="TableText"/>
            </w:pPr>
            <w:r>
              <w:t>4086 / 4087</w:t>
            </w:r>
          </w:p>
        </w:tc>
        <w:tc>
          <w:tcPr>
            <w:tcW w:w="4630" w:type="dxa"/>
            <w:shd w:val="clear" w:color="auto" w:fill="FFFFFF"/>
          </w:tcPr>
          <w:p w14:paraId="1DE8D9FF" w14:textId="77777777" w:rsidR="00000B84" w:rsidRDefault="00000000">
            <w:pPr>
              <w:pStyle w:val="TableText"/>
            </w:pPr>
            <w:r>
              <w:t>Narcesia De Castro José Mujema</w:t>
            </w:r>
          </w:p>
        </w:tc>
        <w:tc>
          <w:tcPr>
            <w:tcW w:w="4110" w:type="dxa"/>
            <w:shd w:val="clear" w:color="auto" w:fill="FFFFFF"/>
          </w:tcPr>
          <w:p w14:paraId="08FFCC9A" w14:textId="77777777" w:rsidR="00000B84" w:rsidRDefault="00000000">
            <w:pPr>
              <w:pStyle w:val="TableText"/>
            </w:pPr>
            <w:r>
              <w:t>Narcesia De Castro Mujema</w:t>
            </w:r>
          </w:p>
        </w:tc>
      </w:tr>
      <w:tr w:rsidR="00000B84" w14:paraId="2D163A04" w14:textId="77777777">
        <w:trPr>
          <w:cantSplit/>
        </w:trPr>
        <w:tc>
          <w:tcPr>
            <w:tcW w:w="1406" w:type="dxa"/>
            <w:shd w:val="clear" w:color="auto" w:fill="F0F5F2"/>
          </w:tcPr>
          <w:p w14:paraId="67DF77F6" w14:textId="77777777" w:rsidR="00000B84" w:rsidRDefault="00000000">
            <w:pPr>
              <w:pStyle w:val="TableText"/>
            </w:pPr>
            <w:r>
              <w:t>4095 / 4096</w:t>
            </w:r>
          </w:p>
        </w:tc>
        <w:tc>
          <w:tcPr>
            <w:tcW w:w="4630" w:type="dxa"/>
            <w:shd w:val="clear" w:color="auto" w:fill="F0F5F2"/>
          </w:tcPr>
          <w:p w14:paraId="030A03AB" w14:textId="77777777" w:rsidR="00000B84" w:rsidRDefault="00000000">
            <w:pPr>
              <w:pStyle w:val="TableText"/>
            </w:pPr>
            <w:r>
              <w:t>Natália Domingos Fernando Raivoso</w:t>
            </w:r>
          </w:p>
        </w:tc>
        <w:tc>
          <w:tcPr>
            <w:tcW w:w="4110" w:type="dxa"/>
            <w:shd w:val="clear" w:color="auto" w:fill="F0F5F2"/>
          </w:tcPr>
          <w:p w14:paraId="323B6ECB" w14:textId="77777777" w:rsidR="00000B84" w:rsidRDefault="00000000">
            <w:pPr>
              <w:pStyle w:val="TableText"/>
            </w:pPr>
            <w:r>
              <w:t>Natália Domingos Raivoso</w:t>
            </w:r>
          </w:p>
        </w:tc>
      </w:tr>
      <w:tr w:rsidR="00000B84" w14:paraId="1886D1AA" w14:textId="77777777">
        <w:trPr>
          <w:cantSplit/>
        </w:trPr>
        <w:tc>
          <w:tcPr>
            <w:tcW w:w="1406" w:type="dxa"/>
            <w:shd w:val="clear" w:color="auto" w:fill="FFFFFF"/>
          </w:tcPr>
          <w:p w14:paraId="48BC74E2" w14:textId="77777777" w:rsidR="00000B84" w:rsidRDefault="00000000">
            <w:pPr>
              <w:pStyle w:val="TableText"/>
            </w:pPr>
            <w:r>
              <w:t>4098 / 4099</w:t>
            </w:r>
          </w:p>
        </w:tc>
        <w:tc>
          <w:tcPr>
            <w:tcW w:w="4630" w:type="dxa"/>
            <w:shd w:val="clear" w:color="auto" w:fill="FFFFFF"/>
          </w:tcPr>
          <w:p w14:paraId="00DCDC3F" w14:textId="77777777" w:rsidR="00000B84" w:rsidRDefault="00000000">
            <w:pPr>
              <w:pStyle w:val="TableText"/>
            </w:pPr>
            <w:r>
              <w:t>Natália Fernando  Luisinho Sampannha</w:t>
            </w:r>
          </w:p>
        </w:tc>
        <w:tc>
          <w:tcPr>
            <w:tcW w:w="4110" w:type="dxa"/>
            <w:shd w:val="clear" w:color="auto" w:fill="FFFFFF"/>
          </w:tcPr>
          <w:p w14:paraId="33F9FDB5" w14:textId="77777777" w:rsidR="00000B84" w:rsidRDefault="00000000">
            <w:pPr>
              <w:pStyle w:val="TableText"/>
            </w:pPr>
            <w:r>
              <w:t>Natália Fernando Sampannha</w:t>
            </w:r>
          </w:p>
        </w:tc>
      </w:tr>
      <w:tr w:rsidR="00000B84" w14:paraId="2AE26A7D" w14:textId="77777777">
        <w:trPr>
          <w:cantSplit/>
        </w:trPr>
        <w:tc>
          <w:tcPr>
            <w:tcW w:w="1406" w:type="dxa"/>
            <w:shd w:val="clear" w:color="auto" w:fill="F0F5F2"/>
          </w:tcPr>
          <w:p w14:paraId="07261BA0" w14:textId="77777777" w:rsidR="00000B84" w:rsidRDefault="00000000">
            <w:pPr>
              <w:pStyle w:val="TableText"/>
            </w:pPr>
            <w:r>
              <w:t>4103 / 4104</w:t>
            </w:r>
          </w:p>
        </w:tc>
        <w:tc>
          <w:tcPr>
            <w:tcW w:w="4630" w:type="dxa"/>
            <w:shd w:val="clear" w:color="auto" w:fill="F0F5F2"/>
          </w:tcPr>
          <w:p w14:paraId="5BFE6F13" w14:textId="77777777" w:rsidR="00000B84" w:rsidRDefault="00000000">
            <w:pPr>
              <w:pStyle w:val="TableText"/>
            </w:pPr>
            <w:r>
              <w:t>Natalia Nunes Rafael Camagueziwe</w:t>
            </w:r>
          </w:p>
        </w:tc>
        <w:tc>
          <w:tcPr>
            <w:tcW w:w="4110" w:type="dxa"/>
            <w:shd w:val="clear" w:color="auto" w:fill="F0F5F2"/>
          </w:tcPr>
          <w:p w14:paraId="4AF818F6" w14:textId="77777777" w:rsidR="00000B84" w:rsidRDefault="00000000">
            <w:pPr>
              <w:pStyle w:val="TableText"/>
            </w:pPr>
            <w:r>
              <w:t>Natalia Nunes Camagueziwe</w:t>
            </w:r>
          </w:p>
        </w:tc>
      </w:tr>
      <w:tr w:rsidR="00000B84" w14:paraId="157A6BB9" w14:textId="77777777">
        <w:trPr>
          <w:cantSplit/>
        </w:trPr>
        <w:tc>
          <w:tcPr>
            <w:tcW w:w="1406" w:type="dxa"/>
            <w:shd w:val="clear" w:color="auto" w:fill="FFFFFF"/>
          </w:tcPr>
          <w:p w14:paraId="4B1BFE13" w14:textId="77777777" w:rsidR="00000B84" w:rsidRDefault="00000000">
            <w:pPr>
              <w:pStyle w:val="TableText"/>
            </w:pPr>
            <w:r>
              <w:t>4117 / 4118</w:t>
            </w:r>
          </w:p>
        </w:tc>
        <w:tc>
          <w:tcPr>
            <w:tcW w:w="4630" w:type="dxa"/>
            <w:shd w:val="clear" w:color="auto" w:fill="FFFFFF"/>
          </w:tcPr>
          <w:p w14:paraId="0BEEEF61" w14:textId="77777777" w:rsidR="00000B84" w:rsidRDefault="00000000">
            <w:pPr>
              <w:pStyle w:val="TableText"/>
            </w:pPr>
            <w:r>
              <w:t>Natércia Leverino Maninguete Matabelo</w:t>
            </w:r>
          </w:p>
        </w:tc>
        <w:tc>
          <w:tcPr>
            <w:tcW w:w="4110" w:type="dxa"/>
            <w:shd w:val="clear" w:color="auto" w:fill="FFFFFF"/>
          </w:tcPr>
          <w:p w14:paraId="686212DC" w14:textId="77777777" w:rsidR="00000B84" w:rsidRDefault="00000000">
            <w:pPr>
              <w:pStyle w:val="TableText"/>
            </w:pPr>
            <w:r>
              <w:t>Natércia Leverino Matabelo</w:t>
            </w:r>
          </w:p>
        </w:tc>
      </w:tr>
      <w:tr w:rsidR="00000B84" w14:paraId="09D7DF7F" w14:textId="77777777">
        <w:trPr>
          <w:cantSplit/>
        </w:trPr>
        <w:tc>
          <w:tcPr>
            <w:tcW w:w="1406" w:type="dxa"/>
            <w:shd w:val="clear" w:color="auto" w:fill="F0F5F2"/>
          </w:tcPr>
          <w:p w14:paraId="14835DF8" w14:textId="77777777" w:rsidR="00000B84" w:rsidRDefault="00000000">
            <w:pPr>
              <w:pStyle w:val="TableText"/>
            </w:pPr>
            <w:r>
              <w:t>4119 / 4120</w:t>
            </w:r>
          </w:p>
        </w:tc>
        <w:tc>
          <w:tcPr>
            <w:tcW w:w="4630" w:type="dxa"/>
            <w:shd w:val="clear" w:color="auto" w:fill="F0F5F2"/>
          </w:tcPr>
          <w:p w14:paraId="0EB8AAB2" w14:textId="77777777" w:rsidR="00000B84" w:rsidRDefault="00000000">
            <w:pPr>
              <w:pStyle w:val="TableText"/>
            </w:pPr>
            <w:r>
              <w:t>Naumi Lino Valige Fernando Chele</w:t>
            </w:r>
          </w:p>
        </w:tc>
        <w:tc>
          <w:tcPr>
            <w:tcW w:w="4110" w:type="dxa"/>
            <w:shd w:val="clear" w:color="auto" w:fill="F0F5F2"/>
          </w:tcPr>
          <w:p w14:paraId="5D791999" w14:textId="77777777" w:rsidR="00000B84" w:rsidRDefault="00000000">
            <w:pPr>
              <w:pStyle w:val="TableText"/>
            </w:pPr>
            <w:r>
              <w:t>Naumi Lino Chele</w:t>
            </w:r>
          </w:p>
        </w:tc>
      </w:tr>
      <w:tr w:rsidR="00000B84" w14:paraId="768134FF" w14:textId="77777777">
        <w:trPr>
          <w:cantSplit/>
        </w:trPr>
        <w:tc>
          <w:tcPr>
            <w:tcW w:w="1406" w:type="dxa"/>
            <w:shd w:val="clear" w:color="auto" w:fill="FFFFFF"/>
          </w:tcPr>
          <w:p w14:paraId="39A5C79B" w14:textId="77777777" w:rsidR="00000B84" w:rsidRDefault="00000000">
            <w:pPr>
              <w:pStyle w:val="TableText"/>
            </w:pPr>
            <w:r>
              <w:t>4120 / 4121</w:t>
            </w:r>
          </w:p>
        </w:tc>
        <w:tc>
          <w:tcPr>
            <w:tcW w:w="4630" w:type="dxa"/>
            <w:shd w:val="clear" w:color="auto" w:fill="FFFFFF"/>
          </w:tcPr>
          <w:p w14:paraId="27E74F31" w14:textId="77777777" w:rsidR="00000B84" w:rsidRDefault="00000000">
            <w:pPr>
              <w:pStyle w:val="TableText"/>
            </w:pPr>
            <w:r>
              <w:t>Naya Atanasio Marciano Camoes</w:t>
            </w:r>
          </w:p>
        </w:tc>
        <w:tc>
          <w:tcPr>
            <w:tcW w:w="4110" w:type="dxa"/>
            <w:shd w:val="clear" w:color="auto" w:fill="FFFFFF"/>
          </w:tcPr>
          <w:p w14:paraId="6FD5C205" w14:textId="77777777" w:rsidR="00000B84" w:rsidRDefault="00000000">
            <w:pPr>
              <w:pStyle w:val="TableText"/>
            </w:pPr>
            <w:r>
              <w:t>Naya Atanasio Camoes</w:t>
            </w:r>
          </w:p>
        </w:tc>
      </w:tr>
      <w:tr w:rsidR="00000B84" w14:paraId="4B7ABBF3" w14:textId="77777777">
        <w:trPr>
          <w:cantSplit/>
        </w:trPr>
        <w:tc>
          <w:tcPr>
            <w:tcW w:w="1406" w:type="dxa"/>
            <w:shd w:val="clear" w:color="auto" w:fill="F0F5F2"/>
          </w:tcPr>
          <w:p w14:paraId="55DB0C27" w14:textId="77777777" w:rsidR="00000B84" w:rsidRDefault="00000000">
            <w:pPr>
              <w:pStyle w:val="TableText"/>
            </w:pPr>
            <w:r>
              <w:t>4128 / 4129</w:t>
            </w:r>
          </w:p>
        </w:tc>
        <w:tc>
          <w:tcPr>
            <w:tcW w:w="4630" w:type="dxa"/>
            <w:shd w:val="clear" w:color="auto" w:fill="F0F5F2"/>
          </w:tcPr>
          <w:p w14:paraId="4F6E1533" w14:textId="77777777" w:rsidR="00000B84" w:rsidRDefault="00000000">
            <w:pPr>
              <w:pStyle w:val="TableText"/>
            </w:pPr>
            <w:r>
              <w:t>Nazira Tuaha Ossifo Chabane Mote Da Costa</w:t>
            </w:r>
          </w:p>
        </w:tc>
        <w:tc>
          <w:tcPr>
            <w:tcW w:w="4110" w:type="dxa"/>
            <w:shd w:val="clear" w:color="auto" w:fill="F0F5F2"/>
          </w:tcPr>
          <w:p w14:paraId="4D3027FC" w14:textId="77777777" w:rsidR="00000B84" w:rsidRDefault="00000000">
            <w:pPr>
              <w:pStyle w:val="TableText"/>
            </w:pPr>
            <w:r>
              <w:t>Nazira Tuaha Da Costa</w:t>
            </w:r>
          </w:p>
        </w:tc>
      </w:tr>
      <w:tr w:rsidR="00000B84" w14:paraId="5FC61544" w14:textId="77777777">
        <w:trPr>
          <w:cantSplit/>
        </w:trPr>
        <w:tc>
          <w:tcPr>
            <w:tcW w:w="1406" w:type="dxa"/>
            <w:shd w:val="clear" w:color="auto" w:fill="FFFFFF"/>
          </w:tcPr>
          <w:p w14:paraId="3E89251B" w14:textId="77777777" w:rsidR="00000B84" w:rsidRDefault="00000000">
            <w:pPr>
              <w:pStyle w:val="TableText"/>
            </w:pPr>
            <w:r>
              <w:t>4129 / 4130</w:t>
            </w:r>
          </w:p>
        </w:tc>
        <w:tc>
          <w:tcPr>
            <w:tcW w:w="4630" w:type="dxa"/>
            <w:shd w:val="clear" w:color="auto" w:fill="FFFFFF"/>
          </w:tcPr>
          <w:p w14:paraId="2E614FC1" w14:textId="77777777" w:rsidR="00000B84" w:rsidRDefault="00000000">
            <w:pPr>
              <w:pStyle w:val="TableText"/>
            </w:pPr>
            <w:r>
              <w:t>Nazlie Remígio Março Posso Namariba</w:t>
            </w:r>
          </w:p>
        </w:tc>
        <w:tc>
          <w:tcPr>
            <w:tcW w:w="4110" w:type="dxa"/>
            <w:shd w:val="clear" w:color="auto" w:fill="FFFFFF"/>
          </w:tcPr>
          <w:p w14:paraId="663D7BDF" w14:textId="77777777" w:rsidR="00000B84" w:rsidRDefault="00000000">
            <w:pPr>
              <w:pStyle w:val="TableText"/>
            </w:pPr>
            <w:r>
              <w:t>Nazlie Remígio Namariba</w:t>
            </w:r>
          </w:p>
        </w:tc>
      </w:tr>
      <w:tr w:rsidR="00000B84" w14:paraId="5A845065" w14:textId="77777777">
        <w:trPr>
          <w:cantSplit/>
        </w:trPr>
        <w:tc>
          <w:tcPr>
            <w:tcW w:w="1406" w:type="dxa"/>
            <w:shd w:val="clear" w:color="auto" w:fill="F0F5F2"/>
          </w:tcPr>
          <w:p w14:paraId="4D2ACA30" w14:textId="77777777" w:rsidR="00000B84" w:rsidRDefault="00000000">
            <w:pPr>
              <w:pStyle w:val="TableText"/>
            </w:pPr>
            <w:r>
              <w:t>4144 / 4145</w:t>
            </w:r>
          </w:p>
        </w:tc>
        <w:tc>
          <w:tcPr>
            <w:tcW w:w="4630" w:type="dxa"/>
            <w:shd w:val="clear" w:color="auto" w:fill="F0F5F2"/>
          </w:tcPr>
          <w:p w14:paraId="7D9B7045" w14:textId="77777777" w:rsidR="00000B84" w:rsidRDefault="00000000">
            <w:pPr>
              <w:pStyle w:val="TableText"/>
            </w:pPr>
            <w:r>
              <w:t>Neide Manecas Agostinho Manecas Agostinho</w:t>
            </w:r>
          </w:p>
        </w:tc>
        <w:tc>
          <w:tcPr>
            <w:tcW w:w="4110" w:type="dxa"/>
            <w:shd w:val="clear" w:color="auto" w:fill="F0F5F2"/>
          </w:tcPr>
          <w:p w14:paraId="4F2F094B" w14:textId="77777777" w:rsidR="00000B84" w:rsidRDefault="00000000">
            <w:pPr>
              <w:pStyle w:val="TableText"/>
            </w:pPr>
            <w:r>
              <w:t>Neide Manecas Agostinho</w:t>
            </w:r>
          </w:p>
        </w:tc>
      </w:tr>
      <w:tr w:rsidR="00000B84" w14:paraId="5B2D1918" w14:textId="77777777">
        <w:trPr>
          <w:cantSplit/>
        </w:trPr>
        <w:tc>
          <w:tcPr>
            <w:tcW w:w="1406" w:type="dxa"/>
            <w:shd w:val="clear" w:color="auto" w:fill="FFFFFF"/>
          </w:tcPr>
          <w:p w14:paraId="210D1DD7" w14:textId="77777777" w:rsidR="00000B84" w:rsidRDefault="00000000">
            <w:pPr>
              <w:pStyle w:val="TableText"/>
            </w:pPr>
            <w:r>
              <w:t>4158 / 4159</w:t>
            </w:r>
          </w:p>
        </w:tc>
        <w:tc>
          <w:tcPr>
            <w:tcW w:w="4630" w:type="dxa"/>
            <w:shd w:val="clear" w:color="auto" w:fill="FFFFFF"/>
          </w:tcPr>
          <w:p w14:paraId="0F3E9135" w14:textId="77777777" w:rsidR="00000B84" w:rsidRDefault="00000000">
            <w:pPr>
              <w:pStyle w:val="TableText"/>
            </w:pPr>
            <w:r>
              <w:t>Neima Ernesto Armando Muitucula</w:t>
            </w:r>
          </w:p>
        </w:tc>
        <w:tc>
          <w:tcPr>
            <w:tcW w:w="4110" w:type="dxa"/>
            <w:shd w:val="clear" w:color="auto" w:fill="FFFFFF"/>
          </w:tcPr>
          <w:p w14:paraId="6E555865" w14:textId="77777777" w:rsidR="00000B84" w:rsidRDefault="00000000">
            <w:pPr>
              <w:pStyle w:val="TableText"/>
            </w:pPr>
            <w:r>
              <w:t>Neima Ernesto Muitucula</w:t>
            </w:r>
          </w:p>
        </w:tc>
      </w:tr>
      <w:tr w:rsidR="00000B84" w14:paraId="615745D1" w14:textId="77777777">
        <w:trPr>
          <w:cantSplit/>
        </w:trPr>
        <w:tc>
          <w:tcPr>
            <w:tcW w:w="1406" w:type="dxa"/>
            <w:shd w:val="clear" w:color="auto" w:fill="F0F5F2"/>
          </w:tcPr>
          <w:p w14:paraId="6C28980A" w14:textId="77777777" w:rsidR="00000B84" w:rsidRDefault="00000000">
            <w:pPr>
              <w:pStyle w:val="TableText"/>
            </w:pPr>
            <w:r>
              <w:t>4178 / 4179</w:t>
            </w:r>
          </w:p>
        </w:tc>
        <w:tc>
          <w:tcPr>
            <w:tcW w:w="4630" w:type="dxa"/>
            <w:shd w:val="clear" w:color="auto" w:fill="F0F5F2"/>
          </w:tcPr>
          <w:p w14:paraId="6C5DAE2B" w14:textId="77777777" w:rsidR="00000B84" w:rsidRDefault="00000000">
            <w:pPr>
              <w:pStyle w:val="TableText"/>
            </w:pPr>
            <w:r>
              <w:t>Nelcia Albino Da Silva Maluage</w:t>
            </w:r>
          </w:p>
        </w:tc>
        <w:tc>
          <w:tcPr>
            <w:tcW w:w="4110" w:type="dxa"/>
            <w:shd w:val="clear" w:color="auto" w:fill="F0F5F2"/>
          </w:tcPr>
          <w:p w14:paraId="60EF8F3F" w14:textId="77777777" w:rsidR="00000B84" w:rsidRDefault="00000000">
            <w:pPr>
              <w:pStyle w:val="TableText"/>
            </w:pPr>
            <w:r>
              <w:t>Nelcia Albino Maluage</w:t>
            </w:r>
          </w:p>
        </w:tc>
      </w:tr>
      <w:tr w:rsidR="00000B84" w14:paraId="02814547" w14:textId="77777777">
        <w:trPr>
          <w:cantSplit/>
        </w:trPr>
        <w:tc>
          <w:tcPr>
            <w:tcW w:w="1406" w:type="dxa"/>
            <w:shd w:val="clear" w:color="auto" w:fill="FFFFFF"/>
          </w:tcPr>
          <w:p w14:paraId="6C1E4C46" w14:textId="77777777" w:rsidR="00000B84" w:rsidRDefault="00000000">
            <w:pPr>
              <w:pStyle w:val="TableText"/>
            </w:pPr>
            <w:r>
              <w:lastRenderedPageBreak/>
              <w:t>4179 / 4180</w:t>
            </w:r>
          </w:p>
        </w:tc>
        <w:tc>
          <w:tcPr>
            <w:tcW w:w="4630" w:type="dxa"/>
            <w:shd w:val="clear" w:color="auto" w:fill="FFFFFF"/>
          </w:tcPr>
          <w:p w14:paraId="6161021A" w14:textId="77777777" w:rsidR="00000B84" w:rsidRDefault="00000000">
            <w:pPr>
              <w:pStyle w:val="TableText"/>
            </w:pPr>
            <w:r>
              <w:t>Nélcia Beatriz De Monica Agnaldo</w:t>
            </w:r>
          </w:p>
        </w:tc>
        <w:tc>
          <w:tcPr>
            <w:tcW w:w="4110" w:type="dxa"/>
            <w:shd w:val="clear" w:color="auto" w:fill="FFFFFF"/>
          </w:tcPr>
          <w:p w14:paraId="619A9634" w14:textId="77777777" w:rsidR="00000B84" w:rsidRDefault="00000000">
            <w:pPr>
              <w:pStyle w:val="TableText"/>
            </w:pPr>
            <w:r>
              <w:t>Nélcia Beatriz Agnaldo</w:t>
            </w:r>
          </w:p>
        </w:tc>
      </w:tr>
      <w:tr w:rsidR="00000B84" w14:paraId="50B133C5" w14:textId="77777777">
        <w:trPr>
          <w:cantSplit/>
        </w:trPr>
        <w:tc>
          <w:tcPr>
            <w:tcW w:w="1406" w:type="dxa"/>
            <w:shd w:val="clear" w:color="auto" w:fill="F0F5F2"/>
          </w:tcPr>
          <w:p w14:paraId="344B55FD" w14:textId="77777777" w:rsidR="00000B84" w:rsidRDefault="00000000">
            <w:pPr>
              <w:pStyle w:val="TableText"/>
            </w:pPr>
            <w:r>
              <w:t>4195 / 4196</w:t>
            </w:r>
          </w:p>
        </w:tc>
        <w:tc>
          <w:tcPr>
            <w:tcW w:w="4630" w:type="dxa"/>
            <w:shd w:val="clear" w:color="auto" w:fill="F0F5F2"/>
          </w:tcPr>
          <w:p w14:paraId="492E904C" w14:textId="77777777" w:rsidR="00000B84" w:rsidRDefault="00000000">
            <w:pPr>
              <w:pStyle w:val="TableText"/>
            </w:pPr>
            <w:r>
              <w:t>Nélia Rosário Manuel Veloso Rocha</w:t>
            </w:r>
          </w:p>
        </w:tc>
        <w:tc>
          <w:tcPr>
            <w:tcW w:w="4110" w:type="dxa"/>
            <w:shd w:val="clear" w:color="auto" w:fill="F0F5F2"/>
          </w:tcPr>
          <w:p w14:paraId="1A6285BC" w14:textId="77777777" w:rsidR="00000B84" w:rsidRDefault="00000000">
            <w:pPr>
              <w:pStyle w:val="TableText"/>
            </w:pPr>
            <w:r>
              <w:t>Nélia Rosário Rocha</w:t>
            </w:r>
          </w:p>
        </w:tc>
      </w:tr>
      <w:tr w:rsidR="00000B84" w14:paraId="607E711B" w14:textId="77777777">
        <w:trPr>
          <w:cantSplit/>
        </w:trPr>
        <w:tc>
          <w:tcPr>
            <w:tcW w:w="1406" w:type="dxa"/>
            <w:shd w:val="clear" w:color="auto" w:fill="FFFFFF"/>
          </w:tcPr>
          <w:p w14:paraId="391BE86E" w14:textId="77777777" w:rsidR="00000B84" w:rsidRDefault="00000000">
            <w:pPr>
              <w:pStyle w:val="TableText"/>
            </w:pPr>
            <w:r>
              <w:t>4197 / 4198</w:t>
            </w:r>
          </w:p>
        </w:tc>
        <w:tc>
          <w:tcPr>
            <w:tcW w:w="4630" w:type="dxa"/>
            <w:shd w:val="clear" w:color="auto" w:fill="FFFFFF"/>
          </w:tcPr>
          <w:p w14:paraId="7EB091F5" w14:textId="77777777" w:rsidR="00000B84" w:rsidRDefault="00000000">
            <w:pPr>
              <w:pStyle w:val="TableText"/>
            </w:pPr>
            <w:r>
              <w:t>Nelma Bernardo Manuel Manuel</w:t>
            </w:r>
          </w:p>
        </w:tc>
        <w:tc>
          <w:tcPr>
            <w:tcW w:w="4110" w:type="dxa"/>
            <w:shd w:val="clear" w:color="auto" w:fill="FFFFFF"/>
          </w:tcPr>
          <w:p w14:paraId="56DC6794" w14:textId="77777777" w:rsidR="00000B84" w:rsidRDefault="00000000">
            <w:pPr>
              <w:pStyle w:val="TableText"/>
            </w:pPr>
            <w:r>
              <w:t>Nelma Bernardo Manuel</w:t>
            </w:r>
          </w:p>
        </w:tc>
      </w:tr>
      <w:tr w:rsidR="00000B84" w14:paraId="6BFE48BB" w14:textId="77777777">
        <w:trPr>
          <w:cantSplit/>
        </w:trPr>
        <w:tc>
          <w:tcPr>
            <w:tcW w:w="1406" w:type="dxa"/>
            <w:shd w:val="clear" w:color="auto" w:fill="F0F5F2"/>
          </w:tcPr>
          <w:p w14:paraId="6DC5F891" w14:textId="77777777" w:rsidR="00000B84" w:rsidRDefault="00000000">
            <w:pPr>
              <w:pStyle w:val="TableText"/>
            </w:pPr>
            <w:r>
              <w:t>4216 / 4217</w:t>
            </w:r>
          </w:p>
        </w:tc>
        <w:tc>
          <w:tcPr>
            <w:tcW w:w="4630" w:type="dxa"/>
            <w:shd w:val="clear" w:color="auto" w:fill="F0F5F2"/>
          </w:tcPr>
          <w:p w14:paraId="5EDDB1C2" w14:textId="77777777" w:rsidR="00000B84" w:rsidRDefault="00000000">
            <w:pPr>
              <w:pStyle w:val="TableText"/>
            </w:pPr>
            <w:r>
              <w:t>Neta António Manuel Neta Manuel Manuel António</w:t>
            </w:r>
          </w:p>
        </w:tc>
        <w:tc>
          <w:tcPr>
            <w:tcW w:w="4110" w:type="dxa"/>
            <w:shd w:val="clear" w:color="auto" w:fill="F0F5F2"/>
          </w:tcPr>
          <w:p w14:paraId="79F94CA5" w14:textId="77777777" w:rsidR="00000B84" w:rsidRDefault="00000000">
            <w:pPr>
              <w:pStyle w:val="TableText"/>
            </w:pPr>
            <w:r>
              <w:t>Neta António António</w:t>
            </w:r>
          </w:p>
        </w:tc>
      </w:tr>
      <w:tr w:rsidR="00000B84" w14:paraId="3A9158BF" w14:textId="77777777">
        <w:trPr>
          <w:cantSplit/>
        </w:trPr>
        <w:tc>
          <w:tcPr>
            <w:tcW w:w="1406" w:type="dxa"/>
            <w:shd w:val="clear" w:color="auto" w:fill="FFFFFF"/>
          </w:tcPr>
          <w:p w14:paraId="15391244" w14:textId="77777777" w:rsidR="00000B84" w:rsidRDefault="00000000">
            <w:pPr>
              <w:pStyle w:val="TableText"/>
            </w:pPr>
            <w:r>
              <w:t>4226 / 4227</w:t>
            </w:r>
          </w:p>
        </w:tc>
        <w:tc>
          <w:tcPr>
            <w:tcW w:w="4630" w:type="dxa"/>
            <w:shd w:val="clear" w:color="auto" w:fill="FFFFFF"/>
          </w:tcPr>
          <w:p w14:paraId="497E7692" w14:textId="77777777" w:rsidR="00000B84" w:rsidRDefault="00000000">
            <w:pPr>
              <w:pStyle w:val="TableText"/>
            </w:pPr>
            <w:r>
              <w:t>Neusa Dos Santos Agostinho Canhanga</w:t>
            </w:r>
          </w:p>
        </w:tc>
        <w:tc>
          <w:tcPr>
            <w:tcW w:w="4110" w:type="dxa"/>
            <w:shd w:val="clear" w:color="auto" w:fill="FFFFFF"/>
          </w:tcPr>
          <w:p w14:paraId="13979DE7" w14:textId="77777777" w:rsidR="00000B84" w:rsidRDefault="00000000">
            <w:pPr>
              <w:pStyle w:val="TableText"/>
            </w:pPr>
            <w:r>
              <w:t>Neusa Dos Santos Canhanga</w:t>
            </w:r>
          </w:p>
        </w:tc>
      </w:tr>
      <w:tr w:rsidR="00000B84" w14:paraId="51AE1BE8" w14:textId="77777777">
        <w:trPr>
          <w:cantSplit/>
        </w:trPr>
        <w:tc>
          <w:tcPr>
            <w:tcW w:w="1406" w:type="dxa"/>
            <w:shd w:val="clear" w:color="auto" w:fill="F0F5F2"/>
          </w:tcPr>
          <w:p w14:paraId="75066935" w14:textId="77777777" w:rsidR="00000B84" w:rsidRDefault="00000000">
            <w:pPr>
              <w:pStyle w:val="TableText"/>
            </w:pPr>
            <w:r>
              <w:t>4227 / 4228</w:t>
            </w:r>
          </w:p>
        </w:tc>
        <w:tc>
          <w:tcPr>
            <w:tcW w:w="4630" w:type="dxa"/>
            <w:shd w:val="clear" w:color="auto" w:fill="F0F5F2"/>
          </w:tcPr>
          <w:p w14:paraId="11FEFD95" w14:textId="77777777" w:rsidR="00000B84" w:rsidRDefault="00000000">
            <w:pPr>
              <w:pStyle w:val="TableText"/>
            </w:pPr>
            <w:r>
              <w:t>Neusa Joaquim Mouzinho Jordane</w:t>
            </w:r>
          </w:p>
        </w:tc>
        <w:tc>
          <w:tcPr>
            <w:tcW w:w="4110" w:type="dxa"/>
            <w:shd w:val="clear" w:color="auto" w:fill="F0F5F2"/>
          </w:tcPr>
          <w:p w14:paraId="7E53032F" w14:textId="77777777" w:rsidR="00000B84" w:rsidRDefault="00000000">
            <w:pPr>
              <w:pStyle w:val="TableText"/>
            </w:pPr>
            <w:r>
              <w:t>Neusa Joaquim Jordane</w:t>
            </w:r>
          </w:p>
        </w:tc>
      </w:tr>
      <w:tr w:rsidR="00000B84" w14:paraId="46D9F9B4" w14:textId="77777777">
        <w:trPr>
          <w:cantSplit/>
        </w:trPr>
        <w:tc>
          <w:tcPr>
            <w:tcW w:w="1406" w:type="dxa"/>
            <w:shd w:val="clear" w:color="auto" w:fill="FFFFFF"/>
          </w:tcPr>
          <w:p w14:paraId="1F717A9C" w14:textId="77777777" w:rsidR="00000B84" w:rsidRDefault="00000000">
            <w:pPr>
              <w:pStyle w:val="TableText"/>
            </w:pPr>
            <w:r>
              <w:t>4236 / 4237</w:t>
            </w:r>
          </w:p>
        </w:tc>
        <w:tc>
          <w:tcPr>
            <w:tcW w:w="4630" w:type="dxa"/>
            <w:shd w:val="clear" w:color="auto" w:fill="FFFFFF"/>
          </w:tcPr>
          <w:p w14:paraId="5F7978A7" w14:textId="77777777" w:rsidR="00000B84" w:rsidRDefault="00000000">
            <w:pPr>
              <w:pStyle w:val="TableText"/>
            </w:pPr>
            <w:r>
              <w:t>Neyma Monito Neyma Monito Felizardo</w:t>
            </w:r>
          </w:p>
        </w:tc>
        <w:tc>
          <w:tcPr>
            <w:tcW w:w="4110" w:type="dxa"/>
            <w:shd w:val="clear" w:color="auto" w:fill="FFFFFF"/>
          </w:tcPr>
          <w:p w14:paraId="52169188" w14:textId="77777777" w:rsidR="00000B84" w:rsidRDefault="00000000">
            <w:pPr>
              <w:pStyle w:val="TableText"/>
            </w:pPr>
            <w:r>
              <w:t>Neyma Monito Felizardo</w:t>
            </w:r>
          </w:p>
        </w:tc>
      </w:tr>
      <w:tr w:rsidR="00000B84" w14:paraId="3C70481C" w14:textId="77777777">
        <w:trPr>
          <w:cantSplit/>
        </w:trPr>
        <w:tc>
          <w:tcPr>
            <w:tcW w:w="1406" w:type="dxa"/>
            <w:shd w:val="clear" w:color="auto" w:fill="F0F5F2"/>
          </w:tcPr>
          <w:p w14:paraId="334D4C6D" w14:textId="77777777" w:rsidR="00000B84" w:rsidRDefault="00000000">
            <w:pPr>
              <w:pStyle w:val="TableText"/>
            </w:pPr>
            <w:r>
              <w:t>4264 / 4265</w:t>
            </w:r>
          </w:p>
        </w:tc>
        <w:tc>
          <w:tcPr>
            <w:tcW w:w="4630" w:type="dxa"/>
            <w:shd w:val="clear" w:color="auto" w:fill="F0F5F2"/>
          </w:tcPr>
          <w:p w14:paraId="3779C9DD" w14:textId="77777777" w:rsidR="00000B84" w:rsidRDefault="00000000">
            <w:pPr>
              <w:pStyle w:val="TableText"/>
            </w:pPr>
            <w:r>
              <w:t>Nilsa Lourindo Ventura Lourindo Ventura</w:t>
            </w:r>
          </w:p>
        </w:tc>
        <w:tc>
          <w:tcPr>
            <w:tcW w:w="4110" w:type="dxa"/>
            <w:shd w:val="clear" w:color="auto" w:fill="F0F5F2"/>
          </w:tcPr>
          <w:p w14:paraId="5641FC13" w14:textId="77777777" w:rsidR="00000B84" w:rsidRDefault="00000000">
            <w:pPr>
              <w:pStyle w:val="TableText"/>
            </w:pPr>
            <w:r>
              <w:t>Nilsa Lourindo Ventura</w:t>
            </w:r>
          </w:p>
        </w:tc>
      </w:tr>
      <w:tr w:rsidR="00000B84" w14:paraId="647F22F0" w14:textId="77777777">
        <w:trPr>
          <w:cantSplit/>
        </w:trPr>
        <w:tc>
          <w:tcPr>
            <w:tcW w:w="1406" w:type="dxa"/>
            <w:shd w:val="clear" w:color="auto" w:fill="FFFFFF"/>
          </w:tcPr>
          <w:p w14:paraId="3A8B2088" w14:textId="77777777" w:rsidR="00000B84" w:rsidRDefault="00000000">
            <w:pPr>
              <w:pStyle w:val="TableText"/>
            </w:pPr>
            <w:r>
              <w:t>4273 / 4274</w:t>
            </w:r>
          </w:p>
        </w:tc>
        <w:tc>
          <w:tcPr>
            <w:tcW w:w="4630" w:type="dxa"/>
            <w:shd w:val="clear" w:color="auto" w:fill="FFFFFF"/>
          </w:tcPr>
          <w:p w14:paraId="066BCA64" w14:textId="77777777" w:rsidR="00000B84" w:rsidRDefault="00000000">
            <w:pPr>
              <w:pStyle w:val="TableText"/>
            </w:pPr>
            <w:r>
              <w:t>Nilza Abel António José Manuel</w:t>
            </w:r>
          </w:p>
        </w:tc>
        <w:tc>
          <w:tcPr>
            <w:tcW w:w="4110" w:type="dxa"/>
            <w:shd w:val="clear" w:color="auto" w:fill="FFFFFF"/>
          </w:tcPr>
          <w:p w14:paraId="70400EA7" w14:textId="77777777" w:rsidR="00000B84" w:rsidRDefault="00000000">
            <w:pPr>
              <w:pStyle w:val="TableText"/>
            </w:pPr>
            <w:r>
              <w:t>Nilza Abel Manuel</w:t>
            </w:r>
          </w:p>
        </w:tc>
      </w:tr>
      <w:tr w:rsidR="00000B84" w14:paraId="5D027E63" w14:textId="77777777">
        <w:trPr>
          <w:cantSplit/>
        </w:trPr>
        <w:tc>
          <w:tcPr>
            <w:tcW w:w="1406" w:type="dxa"/>
            <w:shd w:val="clear" w:color="auto" w:fill="F0F5F2"/>
          </w:tcPr>
          <w:p w14:paraId="7C6C3E34" w14:textId="77777777" w:rsidR="00000B84" w:rsidRDefault="00000000">
            <w:pPr>
              <w:pStyle w:val="TableText"/>
            </w:pPr>
            <w:r>
              <w:t>4279 / 4280</w:t>
            </w:r>
          </w:p>
        </w:tc>
        <w:tc>
          <w:tcPr>
            <w:tcW w:w="4630" w:type="dxa"/>
            <w:shd w:val="clear" w:color="auto" w:fill="F0F5F2"/>
          </w:tcPr>
          <w:p w14:paraId="5F9B5C1B" w14:textId="77777777" w:rsidR="00000B84" w:rsidRDefault="00000000">
            <w:pPr>
              <w:pStyle w:val="TableText"/>
            </w:pPr>
            <w:r>
              <w:t>Nilza Henriques Fragoso Nhalungo</w:t>
            </w:r>
          </w:p>
        </w:tc>
        <w:tc>
          <w:tcPr>
            <w:tcW w:w="4110" w:type="dxa"/>
            <w:shd w:val="clear" w:color="auto" w:fill="F0F5F2"/>
          </w:tcPr>
          <w:p w14:paraId="66296487" w14:textId="77777777" w:rsidR="00000B84" w:rsidRDefault="00000000">
            <w:pPr>
              <w:pStyle w:val="TableText"/>
            </w:pPr>
            <w:r>
              <w:t>Nilza Henriques Nhalungo</w:t>
            </w:r>
          </w:p>
        </w:tc>
      </w:tr>
      <w:tr w:rsidR="00000B84" w14:paraId="3310502F" w14:textId="77777777">
        <w:trPr>
          <w:cantSplit/>
        </w:trPr>
        <w:tc>
          <w:tcPr>
            <w:tcW w:w="1406" w:type="dxa"/>
            <w:shd w:val="clear" w:color="auto" w:fill="FFFFFF"/>
          </w:tcPr>
          <w:p w14:paraId="43B772A8" w14:textId="77777777" w:rsidR="00000B84" w:rsidRDefault="00000000">
            <w:pPr>
              <w:pStyle w:val="TableText"/>
            </w:pPr>
            <w:r>
              <w:t>4282 / 4283</w:t>
            </w:r>
          </w:p>
        </w:tc>
        <w:tc>
          <w:tcPr>
            <w:tcW w:w="4630" w:type="dxa"/>
            <w:shd w:val="clear" w:color="auto" w:fill="FFFFFF"/>
          </w:tcPr>
          <w:p w14:paraId="6FB676F0" w14:textId="77777777" w:rsidR="00000B84" w:rsidRDefault="00000000">
            <w:pPr>
              <w:pStyle w:val="TableText"/>
            </w:pPr>
            <w:r>
              <w:t>Nilza Laurindo Nilza Laurindo Almeida</w:t>
            </w:r>
          </w:p>
        </w:tc>
        <w:tc>
          <w:tcPr>
            <w:tcW w:w="4110" w:type="dxa"/>
            <w:shd w:val="clear" w:color="auto" w:fill="FFFFFF"/>
          </w:tcPr>
          <w:p w14:paraId="45FDC235" w14:textId="77777777" w:rsidR="00000B84" w:rsidRDefault="00000000">
            <w:pPr>
              <w:pStyle w:val="TableText"/>
            </w:pPr>
            <w:r>
              <w:t>Nilza Laurindo Almeida</w:t>
            </w:r>
          </w:p>
        </w:tc>
      </w:tr>
      <w:tr w:rsidR="00000B84" w14:paraId="2065E1E8" w14:textId="77777777">
        <w:trPr>
          <w:cantSplit/>
        </w:trPr>
        <w:tc>
          <w:tcPr>
            <w:tcW w:w="1406" w:type="dxa"/>
            <w:shd w:val="clear" w:color="auto" w:fill="F0F5F2"/>
          </w:tcPr>
          <w:p w14:paraId="13E0E841" w14:textId="77777777" w:rsidR="00000B84" w:rsidRDefault="00000000">
            <w:pPr>
              <w:pStyle w:val="TableText"/>
            </w:pPr>
            <w:r>
              <w:t>4312 / 4313</w:t>
            </w:r>
          </w:p>
        </w:tc>
        <w:tc>
          <w:tcPr>
            <w:tcW w:w="4630" w:type="dxa"/>
            <w:shd w:val="clear" w:color="auto" w:fill="F0F5F2"/>
          </w:tcPr>
          <w:p w14:paraId="363ABC89" w14:textId="77777777" w:rsidR="00000B84" w:rsidRDefault="00000000">
            <w:pPr>
              <w:pStyle w:val="TableText"/>
            </w:pPr>
            <w:r>
              <w:t>Noemi Tome Inacio Nhacamela Nhacamela</w:t>
            </w:r>
          </w:p>
        </w:tc>
        <w:tc>
          <w:tcPr>
            <w:tcW w:w="4110" w:type="dxa"/>
            <w:shd w:val="clear" w:color="auto" w:fill="F0F5F2"/>
          </w:tcPr>
          <w:p w14:paraId="065FB315" w14:textId="77777777" w:rsidR="00000B84" w:rsidRDefault="00000000">
            <w:pPr>
              <w:pStyle w:val="TableText"/>
            </w:pPr>
            <w:r>
              <w:t>Noemi Tome Nhacamela</w:t>
            </w:r>
          </w:p>
        </w:tc>
      </w:tr>
      <w:tr w:rsidR="00000B84" w14:paraId="48A23278" w14:textId="77777777">
        <w:trPr>
          <w:cantSplit/>
        </w:trPr>
        <w:tc>
          <w:tcPr>
            <w:tcW w:w="1406" w:type="dxa"/>
            <w:shd w:val="clear" w:color="auto" w:fill="FFFFFF"/>
          </w:tcPr>
          <w:p w14:paraId="7F983A60" w14:textId="77777777" w:rsidR="00000B84" w:rsidRDefault="00000000">
            <w:pPr>
              <w:pStyle w:val="TableText"/>
            </w:pPr>
            <w:r>
              <w:t>4348 / 4349</w:t>
            </w:r>
          </w:p>
        </w:tc>
        <w:tc>
          <w:tcPr>
            <w:tcW w:w="4630" w:type="dxa"/>
            <w:shd w:val="clear" w:color="auto" w:fill="FFFFFF"/>
          </w:tcPr>
          <w:p w14:paraId="0E045E74" w14:textId="77777777" w:rsidR="00000B84" w:rsidRDefault="00000000">
            <w:pPr>
              <w:pStyle w:val="TableText"/>
            </w:pPr>
            <w:r>
              <w:t>Norancia Silvestre Palassa Palassa</w:t>
            </w:r>
          </w:p>
        </w:tc>
        <w:tc>
          <w:tcPr>
            <w:tcW w:w="4110" w:type="dxa"/>
            <w:shd w:val="clear" w:color="auto" w:fill="FFFFFF"/>
          </w:tcPr>
          <w:p w14:paraId="58A83911" w14:textId="77777777" w:rsidR="00000B84" w:rsidRDefault="00000000">
            <w:pPr>
              <w:pStyle w:val="TableText"/>
            </w:pPr>
            <w:r>
              <w:t>Norancia Silvestre Palassa</w:t>
            </w:r>
          </w:p>
        </w:tc>
      </w:tr>
      <w:tr w:rsidR="00000B84" w14:paraId="02B24B77" w14:textId="77777777">
        <w:trPr>
          <w:cantSplit/>
        </w:trPr>
        <w:tc>
          <w:tcPr>
            <w:tcW w:w="1406" w:type="dxa"/>
            <w:shd w:val="clear" w:color="auto" w:fill="F0F5F2"/>
          </w:tcPr>
          <w:p w14:paraId="1176F1A6" w14:textId="77777777" w:rsidR="00000B84" w:rsidRDefault="00000000">
            <w:pPr>
              <w:pStyle w:val="TableText"/>
            </w:pPr>
            <w:r>
              <w:t>4351 / 4352</w:t>
            </w:r>
          </w:p>
        </w:tc>
        <w:tc>
          <w:tcPr>
            <w:tcW w:w="4630" w:type="dxa"/>
            <w:shd w:val="clear" w:color="auto" w:fill="F0F5F2"/>
          </w:tcPr>
          <w:p w14:paraId="1B212ECB" w14:textId="77777777" w:rsidR="00000B84" w:rsidRDefault="00000000">
            <w:pPr>
              <w:pStyle w:val="TableText"/>
            </w:pPr>
            <w:r>
              <w:t>Nosta Petichane Nosta Petichane Amalique</w:t>
            </w:r>
          </w:p>
        </w:tc>
        <w:tc>
          <w:tcPr>
            <w:tcW w:w="4110" w:type="dxa"/>
            <w:shd w:val="clear" w:color="auto" w:fill="F0F5F2"/>
          </w:tcPr>
          <w:p w14:paraId="630CF224" w14:textId="77777777" w:rsidR="00000B84" w:rsidRDefault="00000000">
            <w:pPr>
              <w:pStyle w:val="TableText"/>
            </w:pPr>
            <w:r>
              <w:t>Nosta Petichane Amalique</w:t>
            </w:r>
          </w:p>
        </w:tc>
      </w:tr>
      <w:tr w:rsidR="00000B84" w14:paraId="103434FC" w14:textId="77777777">
        <w:trPr>
          <w:cantSplit/>
        </w:trPr>
        <w:tc>
          <w:tcPr>
            <w:tcW w:w="1406" w:type="dxa"/>
            <w:shd w:val="clear" w:color="auto" w:fill="FFFFFF"/>
          </w:tcPr>
          <w:p w14:paraId="0D05B56D" w14:textId="77777777" w:rsidR="00000B84" w:rsidRDefault="00000000">
            <w:pPr>
              <w:pStyle w:val="TableText"/>
            </w:pPr>
            <w:r>
              <w:t>4361 / 4362</w:t>
            </w:r>
          </w:p>
        </w:tc>
        <w:tc>
          <w:tcPr>
            <w:tcW w:w="4630" w:type="dxa"/>
            <w:shd w:val="clear" w:color="auto" w:fill="FFFFFF"/>
          </w:tcPr>
          <w:p w14:paraId="2F0DDBFC" w14:textId="77777777" w:rsidR="00000B84" w:rsidRDefault="00000000">
            <w:pPr>
              <w:pStyle w:val="TableText"/>
            </w:pPr>
            <w:r>
              <w:t>Nucha Jonito Nucha Jonito Salimo</w:t>
            </w:r>
          </w:p>
        </w:tc>
        <w:tc>
          <w:tcPr>
            <w:tcW w:w="4110" w:type="dxa"/>
            <w:shd w:val="clear" w:color="auto" w:fill="FFFFFF"/>
          </w:tcPr>
          <w:p w14:paraId="41BD24A9" w14:textId="77777777" w:rsidR="00000B84" w:rsidRDefault="00000000">
            <w:pPr>
              <w:pStyle w:val="TableText"/>
            </w:pPr>
            <w:r>
              <w:t>Nucha Jonito Salimo</w:t>
            </w:r>
          </w:p>
        </w:tc>
      </w:tr>
      <w:tr w:rsidR="00000B84" w14:paraId="495CFFC0" w14:textId="77777777">
        <w:trPr>
          <w:cantSplit/>
        </w:trPr>
        <w:tc>
          <w:tcPr>
            <w:tcW w:w="1406" w:type="dxa"/>
            <w:shd w:val="clear" w:color="auto" w:fill="F0F5F2"/>
          </w:tcPr>
          <w:p w14:paraId="3DE17194" w14:textId="77777777" w:rsidR="00000B84" w:rsidRDefault="00000000">
            <w:pPr>
              <w:pStyle w:val="TableText"/>
            </w:pPr>
            <w:r>
              <w:t>4374 / 4375</w:t>
            </w:r>
          </w:p>
        </w:tc>
        <w:tc>
          <w:tcPr>
            <w:tcW w:w="4630" w:type="dxa"/>
            <w:shd w:val="clear" w:color="auto" w:fill="F0F5F2"/>
          </w:tcPr>
          <w:p w14:paraId="0CCEFFEE" w14:textId="77777777" w:rsidR="00000B84" w:rsidRDefault="00000000">
            <w:pPr>
              <w:pStyle w:val="TableText"/>
            </w:pPr>
            <w:r>
              <w:t>Nurva Luciano Luís Alfainho Alfainho</w:t>
            </w:r>
          </w:p>
        </w:tc>
        <w:tc>
          <w:tcPr>
            <w:tcW w:w="4110" w:type="dxa"/>
            <w:shd w:val="clear" w:color="auto" w:fill="F0F5F2"/>
          </w:tcPr>
          <w:p w14:paraId="7C3CF3AC" w14:textId="77777777" w:rsidR="00000B84" w:rsidRDefault="00000000">
            <w:pPr>
              <w:pStyle w:val="TableText"/>
            </w:pPr>
            <w:r>
              <w:t>Nurva Luciano Alfainho</w:t>
            </w:r>
          </w:p>
        </w:tc>
      </w:tr>
      <w:tr w:rsidR="00000B84" w14:paraId="363E20F5" w14:textId="77777777">
        <w:trPr>
          <w:cantSplit/>
        </w:trPr>
        <w:tc>
          <w:tcPr>
            <w:tcW w:w="1406" w:type="dxa"/>
            <w:shd w:val="clear" w:color="auto" w:fill="FFFFFF"/>
          </w:tcPr>
          <w:p w14:paraId="0FCC42BE" w14:textId="77777777" w:rsidR="00000B84" w:rsidRDefault="00000000">
            <w:pPr>
              <w:pStyle w:val="TableText"/>
            </w:pPr>
            <w:r>
              <w:t>4375 / 4376</w:t>
            </w:r>
          </w:p>
        </w:tc>
        <w:tc>
          <w:tcPr>
            <w:tcW w:w="4630" w:type="dxa"/>
            <w:shd w:val="clear" w:color="auto" w:fill="FFFFFF"/>
          </w:tcPr>
          <w:p w14:paraId="2A292C45" w14:textId="77777777" w:rsidR="00000B84" w:rsidRDefault="00000000">
            <w:pPr>
              <w:pStyle w:val="TableText"/>
            </w:pPr>
            <w:r>
              <w:t>Nussura António Abreu Campuata</w:t>
            </w:r>
          </w:p>
        </w:tc>
        <w:tc>
          <w:tcPr>
            <w:tcW w:w="4110" w:type="dxa"/>
            <w:shd w:val="clear" w:color="auto" w:fill="FFFFFF"/>
          </w:tcPr>
          <w:p w14:paraId="08942438" w14:textId="77777777" w:rsidR="00000B84" w:rsidRDefault="00000000">
            <w:pPr>
              <w:pStyle w:val="TableText"/>
            </w:pPr>
            <w:r>
              <w:t>Nussura António Campuata</w:t>
            </w:r>
          </w:p>
        </w:tc>
      </w:tr>
      <w:tr w:rsidR="00000B84" w14:paraId="3EDD96A4" w14:textId="77777777">
        <w:trPr>
          <w:cantSplit/>
        </w:trPr>
        <w:tc>
          <w:tcPr>
            <w:tcW w:w="1406" w:type="dxa"/>
            <w:shd w:val="clear" w:color="auto" w:fill="F0F5F2"/>
          </w:tcPr>
          <w:p w14:paraId="08831BB8" w14:textId="77777777" w:rsidR="00000B84" w:rsidRDefault="00000000">
            <w:pPr>
              <w:pStyle w:val="TableText"/>
            </w:pPr>
            <w:r>
              <w:t>4376 / 4377</w:t>
            </w:r>
          </w:p>
        </w:tc>
        <w:tc>
          <w:tcPr>
            <w:tcW w:w="4630" w:type="dxa"/>
            <w:shd w:val="clear" w:color="auto" w:fill="F0F5F2"/>
          </w:tcPr>
          <w:p w14:paraId="28CB049D" w14:textId="77777777" w:rsidR="00000B84" w:rsidRDefault="00000000">
            <w:pPr>
              <w:pStyle w:val="TableText"/>
            </w:pPr>
            <w:r>
              <w:t>Nycol Hermingarda Zandamela Silva</w:t>
            </w:r>
          </w:p>
        </w:tc>
        <w:tc>
          <w:tcPr>
            <w:tcW w:w="4110" w:type="dxa"/>
            <w:shd w:val="clear" w:color="auto" w:fill="F0F5F2"/>
          </w:tcPr>
          <w:p w14:paraId="0F7CB94E" w14:textId="77777777" w:rsidR="00000B84" w:rsidRDefault="00000000">
            <w:pPr>
              <w:pStyle w:val="TableText"/>
            </w:pPr>
            <w:r>
              <w:t>Nycol Hermingarda Silva</w:t>
            </w:r>
          </w:p>
        </w:tc>
      </w:tr>
      <w:tr w:rsidR="00000B84" w14:paraId="5D815ACF" w14:textId="77777777">
        <w:trPr>
          <w:cantSplit/>
        </w:trPr>
        <w:tc>
          <w:tcPr>
            <w:tcW w:w="1406" w:type="dxa"/>
            <w:shd w:val="clear" w:color="auto" w:fill="FFFFFF"/>
          </w:tcPr>
          <w:p w14:paraId="55E8D8FC" w14:textId="77777777" w:rsidR="00000B84" w:rsidRDefault="00000000">
            <w:pPr>
              <w:pStyle w:val="TableText"/>
            </w:pPr>
            <w:r>
              <w:t>4390 / 4391</w:t>
            </w:r>
          </w:p>
        </w:tc>
        <w:tc>
          <w:tcPr>
            <w:tcW w:w="4630" w:type="dxa"/>
            <w:shd w:val="clear" w:color="auto" w:fill="FFFFFF"/>
          </w:tcPr>
          <w:p w14:paraId="60D9195B" w14:textId="77777777" w:rsidR="00000B84" w:rsidRDefault="00000000">
            <w:pPr>
              <w:pStyle w:val="TableText"/>
            </w:pPr>
            <w:r>
              <w:t>Ofélia Cardoso Ofélia Zaquiel Durão Cardoso</w:t>
            </w:r>
          </w:p>
        </w:tc>
        <w:tc>
          <w:tcPr>
            <w:tcW w:w="4110" w:type="dxa"/>
            <w:shd w:val="clear" w:color="auto" w:fill="FFFFFF"/>
          </w:tcPr>
          <w:p w14:paraId="03AEA1C9" w14:textId="77777777" w:rsidR="00000B84" w:rsidRDefault="00000000">
            <w:pPr>
              <w:pStyle w:val="TableText"/>
            </w:pPr>
            <w:r>
              <w:t>Ofélia Cardoso Cardoso</w:t>
            </w:r>
          </w:p>
        </w:tc>
      </w:tr>
      <w:tr w:rsidR="00000B84" w14:paraId="7E215719" w14:textId="77777777">
        <w:trPr>
          <w:cantSplit/>
        </w:trPr>
        <w:tc>
          <w:tcPr>
            <w:tcW w:w="1406" w:type="dxa"/>
            <w:shd w:val="clear" w:color="auto" w:fill="F0F5F2"/>
          </w:tcPr>
          <w:p w14:paraId="46859948" w14:textId="77777777" w:rsidR="00000B84" w:rsidRDefault="00000000">
            <w:pPr>
              <w:pStyle w:val="TableText"/>
            </w:pPr>
            <w:r>
              <w:t>4395 / 4396</w:t>
            </w:r>
          </w:p>
        </w:tc>
        <w:tc>
          <w:tcPr>
            <w:tcW w:w="4630" w:type="dxa"/>
            <w:shd w:val="clear" w:color="auto" w:fill="F0F5F2"/>
          </w:tcPr>
          <w:p w14:paraId="0E563015" w14:textId="77777777" w:rsidR="00000B84" w:rsidRDefault="00000000">
            <w:pPr>
              <w:pStyle w:val="TableText"/>
            </w:pPr>
            <w:r>
              <w:t>Ofelia Orlando Agostinho Joao Pinto</w:t>
            </w:r>
          </w:p>
        </w:tc>
        <w:tc>
          <w:tcPr>
            <w:tcW w:w="4110" w:type="dxa"/>
            <w:shd w:val="clear" w:color="auto" w:fill="F0F5F2"/>
          </w:tcPr>
          <w:p w14:paraId="1B7F4FB3" w14:textId="77777777" w:rsidR="00000B84" w:rsidRDefault="00000000">
            <w:pPr>
              <w:pStyle w:val="TableText"/>
            </w:pPr>
            <w:r>
              <w:t>Ofelia Orlando Pinto</w:t>
            </w:r>
          </w:p>
        </w:tc>
      </w:tr>
      <w:tr w:rsidR="00000B84" w14:paraId="28A9E0A9" w14:textId="77777777">
        <w:trPr>
          <w:cantSplit/>
        </w:trPr>
        <w:tc>
          <w:tcPr>
            <w:tcW w:w="1406" w:type="dxa"/>
            <w:shd w:val="clear" w:color="auto" w:fill="FFFFFF"/>
          </w:tcPr>
          <w:p w14:paraId="60174873" w14:textId="77777777" w:rsidR="00000B84" w:rsidRDefault="00000000">
            <w:pPr>
              <w:pStyle w:val="TableText"/>
            </w:pPr>
            <w:r>
              <w:t>4401 / 4402</w:t>
            </w:r>
          </w:p>
        </w:tc>
        <w:tc>
          <w:tcPr>
            <w:tcW w:w="4630" w:type="dxa"/>
            <w:shd w:val="clear" w:color="auto" w:fill="FFFFFF"/>
          </w:tcPr>
          <w:p w14:paraId="7843530B" w14:textId="77777777" w:rsidR="00000B84" w:rsidRDefault="00000000">
            <w:pPr>
              <w:pStyle w:val="TableText"/>
            </w:pPr>
            <w:r>
              <w:t>Olga Alexandre Americo Malenco</w:t>
            </w:r>
          </w:p>
        </w:tc>
        <w:tc>
          <w:tcPr>
            <w:tcW w:w="4110" w:type="dxa"/>
            <w:shd w:val="clear" w:color="auto" w:fill="FFFFFF"/>
          </w:tcPr>
          <w:p w14:paraId="49D5C315" w14:textId="77777777" w:rsidR="00000B84" w:rsidRDefault="00000000">
            <w:pPr>
              <w:pStyle w:val="TableText"/>
            </w:pPr>
            <w:r>
              <w:t>Olga Alexandre Malenco</w:t>
            </w:r>
          </w:p>
        </w:tc>
      </w:tr>
      <w:tr w:rsidR="00000B84" w14:paraId="78B918D9" w14:textId="77777777">
        <w:trPr>
          <w:cantSplit/>
        </w:trPr>
        <w:tc>
          <w:tcPr>
            <w:tcW w:w="1406" w:type="dxa"/>
            <w:shd w:val="clear" w:color="auto" w:fill="F0F5F2"/>
          </w:tcPr>
          <w:p w14:paraId="181C79AE" w14:textId="77777777" w:rsidR="00000B84" w:rsidRDefault="00000000">
            <w:pPr>
              <w:pStyle w:val="TableText"/>
            </w:pPr>
            <w:r>
              <w:t>4407 / 4408</w:t>
            </w:r>
          </w:p>
        </w:tc>
        <w:tc>
          <w:tcPr>
            <w:tcW w:w="4630" w:type="dxa"/>
            <w:shd w:val="clear" w:color="auto" w:fill="F0F5F2"/>
          </w:tcPr>
          <w:p w14:paraId="1774CA3A" w14:textId="77777777" w:rsidR="00000B84" w:rsidRDefault="00000000">
            <w:pPr>
              <w:pStyle w:val="TableText"/>
            </w:pPr>
            <w:r>
              <w:t>Olga Guilherme Acuriera Hulane</w:t>
            </w:r>
          </w:p>
        </w:tc>
        <w:tc>
          <w:tcPr>
            <w:tcW w:w="4110" w:type="dxa"/>
            <w:shd w:val="clear" w:color="auto" w:fill="F0F5F2"/>
          </w:tcPr>
          <w:p w14:paraId="767EC784" w14:textId="77777777" w:rsidR="00000B84" w:rsidRDefault="00000000">
            <w:pPr>
              <w:pStyle w:val="TableText"/>
            </w:pPr>
            <w:r>
              <w:t>Olga Guilherme Hulane</w:t>
            </w:r>
          </w:p>
        </w:tc>
      </w:tr>
      <w:tr w:rsidR="00000B84" w14:paraId="4877945D" w14:textId="77777777">
        <w:trPr>
          <w:cantSplit/>
        </w:trPr>
        <w:tc>
          <w:tcPr>
            <w:tcW w:w="1406" w:type="dxa"/>
            <w:shd w:val="clear" w:color="auto" w:fill="FFFFFF"/>
          </w:tcPr>
          <w:p w14:paraId="6FFB2D72" w14:textId="77777777" w:rsidR="00000B84" w:rsidRDefault="00000000">
            <w:pPr>
              <w:pStyle w:val="TableText"/>
            </w:pPr>
            <w:r>
              <w:t>4424 / 4425</w:t>
            </w:r>
          </w:p>
        </w:tc>
        <w:tc>
          <w:tcPr>
            <w:tcW w:w="4630" w:type="dxa"/>
            <w:shd w:val="clear" w:color="auto" w:fill="FFFFFF"/>
          </w:tcPr>
          <w:p w14:paraId="120B6EEB" w14:textId="77777777" w:rsidR="00000B84" w:rsidRDefault="00000000">
            <w:pPr>
              <w:pStyle w:val="TableText"/>
            </w:pPr>
            <w:r>
              <w:t>Olinda Estácio Olinda Estácio Benjamim</w:t>
            </w:r>
          </w:p>
        </w:tc>
        <w:tc>
          <w:tcPr>
            <w:tcW w:w="4110" w:type="dxa"/>
            <w:shd w:val="clear" w:color="auto" w:fill="FFFFFF"/>
          </w:tcPr>
          <w:p w14:paraId="5BAAF4A0" w14:textId="77777777" w:rsidR="00000B84" w:rsidRDefault="00000000">
            <w:pPr>
              <w:pStyle w:val="TableText"/>
            </w:pPr>
            <w:r>
              <w:t>Olinda Estácio Benjamim</w:t>
            </w:r>
          </w:p>
        </w:tc>
      </w:tr>
      <w:tr w:rsidR="00000B84" w14:paraId="4DA07933" w14:textId="77777777">
        <w:trPr>
          <w:cantSplit/>
        </w:trPr>
        <w:tc>
          <w:tcPr>
            <w:tcW w:w="1406" w:type="dxa"/>
            <w:shd w:val="clear" w:color="auto" w:fill="F0F5F2"/>
          </w:tcPr>
          <w:p w14:paraId="2E837F64" w14:textId="77777777" w:rsidR="00000B84" w:rsidRDefault="00000000">
            <w:pPr>
              <w:pStyle w:val="TableText"/>
            </w:pPr>
            <w:r>
              <w:t>4447 / 4448</w:t>
            </w:r>
          </w:p>
        </w:tc>
        <w:tc>
          <w:tcPr>
            <w:tcW w:w="4630" w:type="dxa"/>
            <w:shd w:val="clear" w:color="auto" w:fill="F0F5F2"/>
          </w:tcPr>
          <w:p w14:paraId="05BADD5F" w14:textId="77777777" w:rsidR="00000B84" w:rsidRDefault="00000000">
            <w:pPr>
              <w:pStyle w:val="TableText"/>
            </w:pPr>
            <w:r>
              <w:t>Orlanda Orlando José Gabriel Gabriel</w:t>
            </w:r>
          </w:p>
        </w:tc>
        <w:tc>
          <w:tcPr>
            <w:tcW w:w="4110" w:type="dxa"/>
            <w:shd w:val="clear" w:color="auto" w:fill="F0F5F2"/>
          </w:tcPr>
          <w:p w14:paraId="6CCB4845" w14:textId="77777777" w:rsidR="00000B84" w:rsidRDefault="00000000">
            <w:pPr>
              <w:pStyle w:val="TableText"/>
            </w:pPr>
            <w:r>
              <w:t>Orlanda Orlando Gabriel</w:t>
            </w:r>
          </w:p>
        </w:tc>
      </w:tr>
      <w:tr w:rsidR="00000B84" w14:paraId="0465748D" w14:textId="77777777">
        <w:trPr>
          <w:cantSplit/>
        </w:trPr>
        <w:tc>
          <w:tcPr>
            <w:tcW w:w="1406" w:type="dxa"/>
            <w:shd w:val="clear" w:color="auto" w:fill="FFFFFF"/>
          </w:tcPr>
          <w:p w14:paraId="2056765E" w14:textId="77777777" w:rsidR="00000B84" w:rsidRDefault="00000000">
            <w:pPr>
              <w:pStyle w:val="TableText"/>
            </w:pPr>
            <w:r>
              <w:t>4464 / 4465</w:t>
            </w:r>
          </w:p>
        </w:tc>
        <w:tc>
          <w:tcPr>
            <w:tcW w:w="4630" w:type="dxa"/>
            <w:shd w:val="clear" w:color="auto" w:fill="FFFFFF"/>
          </w:tcPr>
          <w:p w14:paraId="3007A9A6" w14:textId="77777777" w:rsidR="00000B84" w:rsidRDefault="00000000">
            <w:pPr>
              <w:pStyle w:val="TableText"/>
            </w:pPr>
            <w:r>
              <w:t>Otília Eugênio Elario Eugênio Elario</w:t>
            </w:r>
          </w:p>
        </w:tc>
        <w:tc>
          <w:tcPr>
            <w:tcW w:w="4110" w:type="dxa"/>
            <w:shd w:val="clear" w:color="auto" w:fill="FFFFFF"/>
          </w:tcPr>
          <w:p w14:paraId="3104134E" w14:textId="77777777" w:rsidR="00000B84" w:rsidRDefault="00000000">
            <w:pPr>
              <w:pStyle w:val="TableText"/>
            </w:pPr>
            <w:r>
              <w:t>Otília Eugênio Elario</w:t>
            </w:r>
          </w:p>
        </w:tc>
      </w:tr>
      <w:tr w:rsidR="00000B84" w14:paraId="2614AB0B" w14:textId="77777777">
        <w:trPr>
          <w:cantSplit/>
        </w:trPr>
        <w:tc>
          <w:tcPr>
            <w:tcW w:w="1406" w:type="dxa"/>
            <w:shd w:val="clear" w:color="auto" w:fill="F0F5F2"/>
          </w:tcPr>
          <w:p w14:paraId="4334F733" w14:textId="77777777" w:rsidR="00000B84" w:rsidRDefault="00000000">
            <w:pPr>
              <w:pStyle w:val="TableText"/>
            </w:pPr>
            <w:r>
              <w:t>4478 / 4479</w:t>
            </w:r>
          </w:p>
        </w:tc>
        <w:tc>
          <w:tcPr>
            <w:tcW w:w="4630" w:type="dxa"/>
            <w:shd w:val="clear" w:color="auto" w:fill="F0F5F2"/>
          </w:tcPr>
          <w:p w14:paraId="61FC3F49" w14:textId="77777777" w:rsidR="00000B84" w:rsidRDefault="00000000">
            <w:pPr>
              <w:pStyle w:val="TableText"/>
            </w:pPr>
            <w:r>
              <w:t>Paquita Orlando Paquita Orlando Jaime Lemodio</w:t>
            </w:r>
          </w:p>
        </w:tc>
        <w:tc>
          <w:tcPr>
            <w:tcW w:w="4110" w:type="dxa"/>
            <w:shd w:val="clear" w:color="auto" w:fill="F0F5F2"/>
          </w:tcPr>
          <w:p w14:paraId="2514B29B" w14:textId="77777777" w:rsidR="00000B84" w:rsidRDefault="00000000">
            <w:pPr>
              <w:pStyle w:val="TableText"/>
            </w:pPr>
            <w:r>
              <w:t>Paquita Orlando Lemodio</w:t>
            </w:r>
          </w:p>
        </w:tc>
      </w:tr>
      <w:tr w:rsidR="00000B84" w14:paraId="5D4E65A1" w14:textId="77777777">
        <w:trPr>
          <w:cantSplit/>
        </w:trPr>
        <w:tc>
          <w:tcPr>
            <w:tcW w:w="1406" w:type="dxa"/>
            <w:shd w:val="clear" w:color="auto" w:fill="FFFFFF"/>
          </w:tcPr>
          <w:p w14:paraId="01F28A75" w14:textId="77777777" w:rsidR="00000B84" w:rsidRDefault="00000000">
            <w:pPr>
              <w:pStyle w:val="TableText"/>
            </w:pPr>
            <w:r>
              <w:t>4485 / 4486</w:t>
            </w:r>
          </w:p>
        </w:tc>
        <w:tc>
          <w:tcPr>
            <w:tcW w:w="4630" w:type="dxa"/>
            <w:shd w:val="clear" w:color="auto" w:fill="FFFFFF"/>
          </w:tcPr>
          <w:p w14:paraId="50B66C97" w14:textId="77777777" w:rsidR="00000B84" w:rsidRDefault="00000000">
            <w:pPr>
              <w:pStyle w:val="TableText"/>
            </w:pPr>
            <w:r>
              <w:t>Páscoa Da Feliciana Augusto Bom</w:t>
            </w:r>
          </w:p>
        </w:tc>
        <w:tc>
          <w:tcPr>
            <w:tcW w:w="4110" w:type="dxa"/>
            <w:shd w:val="clear" w:color="auto" w:fill="FFFFFF"/>
          </w:tcPr>
          <w:p w14:paraId="0170BEA5" w14:textId="77777777" w:rsidR="00000B84" w:rsidRDefault="00000000">
            <w:pPr>
              <w:pStyle w:val="TableText"/>
            </w:pPr>
            <w:r>
              <w:t>Páscoa Da Feliciana Bom</w:t>
            </w:r>
          </w:p>
        </w:tc>
      </w:tr>
      <w:tr w:rsidR="00000B84" w14:paraId="2D2B1382" w14:textId="77777777">
        <w:trPr>
          <w:cantSplit/>
        </w:trPr>
        <w:tc>
          <w:tcPr>
            <w:tcW w:w="1406" w:type="dxa"/>
            <w:shd w:val="clear" w:color="auto" w:fill="F0F5F2"/>
          </w:tcPr>
          <w:p w14:paraId="239DB958" w14:textId="77777777" w:rsidR="00000B84" w:rsidRDefault="00000000">
            <w:pPr>
              <w:pStyle w:val="TableText"/>
            </w:pPr>
            <w:r>
              <w:t>4486 / 4487</w:t>
            </w:r>
          </w:p>
        </w:tc>
        <w:tc>
          <w:tcPr>
            <w:tcW w:w="4630" w:type="dxa"/>
            <w:shd w:val="clear" w:color="auto" w:fill="F0F5F2"/>
          </w:tcPr>
          <w:p w14:paraId="74DC1A77" w14:textId="77777777" w:rsidR="00000B84" w:rsidRDefault="00000000">
            <w:pPr>
              <w:pStyle w:val="TableText"/>
            </w:pPr>
            <w:r>
              <w:t>Páscoa Daniel Francisco Marqueza</w:t>
            </w:r>
          </w:p>
        </w:tc>
        <w:tc>
          <w:tcPr>
            <w:tcW w:w="4110" w:type="dxa"/>
            <w:shd w:val="clear" w:color="auto" w:fill="F0F5F2"/>
          </w:tcPr>
          <w:p w14:paraId="3AF03B98" w14:textId="77777777" w:rsidR="00000B84" w:rsidRDefault="00000000">
            <w:pPr>
              <w:pStyle w:val="TableText"/>
            </w:pPr>
            <w:r>
              <w:t>Páscoa Daniel Marqueza</w:t>
            </w:r>
          </w:p>
        </w:tc>
      </w:tr>
      <w:tr w:rsidR="00000B84" w14:paraId="763926EA" w14:textId="77777777">
        <w:trPr>
          <w:cantSplit/>
        </w:trPr>
        <w:tc>
          <w:tcPr>
            <w:tcW w:w="1406" w:type="dxa"/>
            <w:shd w:val="clear" w:color="auto" w:fill="FFFFFF"/>
          </w:tcPr>
          <w:p w14:paraId="68981B2B" w14:textId="77777777" w:rsidR="00000B84" w:rsidRDefault="00000000">
            <w:pPr>
              <w:pStyle w:val="TableText"/>
            </w:pPr>
            <w:r>
              <w:t>4515 / 4516</w:t>
            </w:r>
          </w:p>
        </w:tc>
        <w:tc>
          <w:tcPr>
            <w:tcW w:w="4630" w:type="dxa"/>
            <w:shd w:val="clear" w:color="auto" w:fill="FFFFFF"/>
          </w:tcPr>
          <w:p w14:paraId="2E5742A0" w14:textId="77777777" w:rsidR="00000B84" w:rsidRDefault="00000000">
            <w:pPr>
              <w:pStyle w:val="TableText"/>
            </w:pPr>
            <w:r>
              <w:t>Patricia Pedro Patrícia Pedro Morais Barroso</w:t>
            </w:r>
          </w:p>
        </w:tc>
        <w:tc>
          <w:tcPr>
            <w:tcW w:w="4110" w:type="dxa"/>
            <w:shd w:val="clear" w:color="auto" w:fill="FFFFFF"/>
          </w:tcPr>
          <w:p w14:paraId="64A3AD38" w14:textId="77777777" w:rsidR="00000B84" w:rsidRDefault="00000000">
            <w:pPr>
              <w:pStyle w:val="TableText"/>
            </w:pPr>
            <w:r>
              <w:t>Patricia Pedro Barroso</w:t>
            </w:r>
          </w:p>
        </w:tc>
      </w:tr>
      <w:tr w:rsidR="00000B84" w14:paraId="7294D0B5" w14:textId="77777777">
        <w:trPr>
          <w:cantSplit/>
        </w:trPr>
        <w:tc>
          <w:tcPr>
            <w:tcW w:w="1406" w:type="dxa"/>
            <w:shd w:val="clear" w:color="auto" w:fill="F0F5F2"/>
          </w:tcPr>
          <w:p w14:paraId="0996DC97" w14:textId="77777777" w:rsidR="00000B84" w:rsidRDefault="00000000">
            <w:pPr>
              <w:pStyle w:val="TableText"/>
            </w:pPr>
            <w:r>
              <w:t>4536 / 4537</w:t>
            </w:r>
          </w:p>
        </w:tc>
        <w:tc>
          <w:tcPr>
            <w:tcW w:w="4630" w:type="dxa"/>
            <w:shd w:val="clear" w:color="auto" w:fill="F0F5F2"/>
          </w:tcPr>
          <w:p w14:paraId="7B9950D0" w14:textId="77777777" w:rsidR="00000B84" w:rsidRDefault="00000000">
            <w:pPr>
              <w:pStyle w:val="TableText"/>
            </w:pPr>
            <w:r>
              <w:t>Paulina Chico Joaquim Lequechane</w:t>
            </w:r>
          </w:p>
        </w:tc>
        <w:tc>
          <w:tcPr>
            <w:tcW w:w="4110" w:type="dxa"/>
            <w:shd w:val="clear" w:color="auto" w:fill="F0F5F2"/>
          </w:tcPr>
          <w:p w14:paraId="43BE3219" w14:textId="77777777" w:rsidR="00000B84" w:rsidRDefault="00000000">
            <w:pPr>
              <w:pStyle w:val="TableText"/>
            </w:pPr>
            <w:r>
              <w:t>Paulina Chico Lequechane</w:t>
            </w:r>
          </w:p>
        </w:tc>
      </w:tr>
      <w:tr w:rsidR="00000B84" w14:paraId="19DC0533" w14:textId="77777777">
        <w:trPr>
          <w:cantSplit/>
        </w:trPr>
        <w:tc>
          <w:tcPr>
            <w:tcW w:w="1406" w:type="dxa"/>
            <w:shd w:val="clear" w:color="auto" w:fill="FFFFFF"/>
          </w:tcPr>
          <w:p w14:paraId="5217919C" w14:textId="77777777" w:rsidR="00000B84" w:rsidRDefault="00000000">
            <w:pPr>
              <w:pStyle w:val="TableText"/>
            </w:pPr>
            <w:r>
              <w:t>4546 / 4547</w:t>
            </w:r>
          </w:p>
        </w:tc>
        <w:tc>
          <w:tcPr>
            <w:tcW w:w="4630" w:type="dxa"/>
            <w:shd w:val="clear" w:color="auto" w:fill="FFFFFF"/>
          </w:tcPr>
          <w:p w14:paraId="6D39F033" w14:textId="77777777" w:rsidR="00000B84" w:rsidRDefault="00000000">
            <w:pPr>
              <w:pStyle w:val="TableText"/>
            </w:pPr>
            <w:r>
              <w:t>Percila Dos Santos Palma Mucufo Ambique</w:t>
            </w:r>
          </w:p>
        </w:tc>
        <w:tc>
          <w:tcPr>
            <w:tcW w:w="4110" w:type="dxa"/>
            <w:shd w:val="clear" w:color="auto" w:fill="FFFFFF"/>
          </w:tcPr>
          <w:p w14:paraId="62C0CF42" w14:textId="77777777" w:rsidR="00000B84" w:rsidRDefault="00000000">
            <w:pPr>
              <w:pStyle w:val="TableText"/>
            </w:pPr>
            <w:r>
              <w:t>Percila Dos Santos Ambique</w:t>
            </w:r>
          </w:p>
        </w:tc>
      </w:tr>
      <w:tr w:rsidR="00000B84" w14:paraId="604CD4B1" w14:textId="77777777">
        <w:trPr>
          <w:cantSplit/>
        </w:trPr>
        <w:tc>
          <w:tcPr>
            <w:tcW w:w="1406" w:type="dxa"/>
            <w:shd w:val="clear" w:color="auto" w:fill="F0F5F2"/>
          </w:tcPr>
          <w:p w14:paraId="28C0306C" w14:textId="77777777" w:rsidR="00000B84" w:rsidRDefault="00000000">
            <w:pPr>
              <w:pStyle w:val="TableText"/>
            </w:pPr>
            <w:r>
              <w:t>4549 / 4550</w:t>
            </w:r>
          </w:p>
        </w:tc>
        <w:tc>
          <w:tcPr>
            <w:tcW w:w="4630" w:type="dxa"/>
            <w:shd w:val="clear" w:color="auto" w:fill="F0F5F2"/>
          </w:tcPr>
          <w:p w14:paraId="700E703B" w14:textId="77777777" w:rsidR="00000B84" w:rsidRDefault="00000000">
            <w:pPr>
              <w:pStyle w:val="TableText"/>
            </w:pPr>
            <w:r>
              <w:t>Percilla Paulito Pascoal Mahando</w:t>
            </w:r>
          </w:p>
        </w:tc>
        <w:tc>
          <w:tcPr>
            <w:tcW w:w="4110" w:type="dxa"/>
            <w:shd w:val="clear" w:color="auto" w:fill="F0F5F2"/>
          </w:tcPr>
          <w:p w14:paraId="74F46ED5" w14:textId="77777777" w:rsidR="00000B84" w:rsidRDefault="00000000">
            <w:pPr>
              <w:pStyle w:val="TableText"/>
            </w:pPr>
            <w:r>
              <w:t>Percilla Paulito Mahando</w:t>
            </w:r>
          </w:p>
        </w:tc>
      </w:tr>
      <w:tr w:rsidR="00000B84" w14:paraId="323CC8D2" w14:textId="77777777">
        <w:trPr>
          <w:cantSplit/>
        </w:trPr>
        <w:tc>
          <w:tcPr>
            <w:tcW w:w="1406" w:type="dxa"/>
            <w:shd w:val="clear" w:color="auto" w:fill="FFFFFF"/>
          </w:tcPr>
          <w:p w14:paraId="7E88791E" w14:textId="77777777" w:rsidR="00000B84" w:rsidRDefault="00000000">
            <w:pPr>
              <w:pStyle w:val="TableText"/>
            </w:pPr>
            <w:r>
              <w:lastRenderedPageBreak/>
              <w:t>4557 / 4558</w:t>
            </w:r>
          </w:p>
        </w:tc>
        <w:tc>
          <w:tcPr>
            <w:tcW w:w="4630" w:type="dxa"/>
            <w:shd w:val="clear" w:color="auto" w:fill="FFFFFF"/>
          </w:tcPr>
          <w:p w14:paraId="549B668A" w14:textId="77777777" w:rsidR="00000B84" w:rsidRDefault="00000000">
            <w:pPr>
              <w:pStyle w:val="TableText"/>
            </w:pPr>
            <w:r>
              <w:t>Preciosa Mussage Assumate Aundo</w:t>
            </w:r>
          </w:p>
        </w:tc>
        <w:tc>
          <w:tcPr>
            <w:tcW w:w="4110" w:type="dxa"/>
            <w:shd w:val="clear" w:color="auto" w:fill="FFFFFF"/>
          </w:tcPr>
          <w:p w14:paraId="68B992AC" w14:textId="77777777" w:rsidR="00000B84" w:rsidRDefault="00000000">
            <w:pPr>
              <w:pStyle w:val="TableText"/>
            </w:pPr>
            <w:r>
              <w:t>Preciosa Mussage Aundo</w:t>
            </w:r>
          </w:p>
        </w:tc>
      </w:tr>
      <w:tr w:rsidR="00000B84" w14:paraId="51F928A4" w14:textId="77777777">
        <w:trPr>
          <w:cantSplit/>
        </w:trPr>
        <w:tc>
          <w:tcPr>
            <w:tcW w:w="1406" w:type="dxa"/>
            <w:shd w:val="clear" w:color="auto" w:fill="F0F5F2"/>
          </w:tcPr>
          <w:p w14:paraId="60F0EF30" w14:textId="77777777" w:rsidR="00000B84" w:rsidRDefault="00000000">
            <w:pPr>
              <w:pStyle w:val="TableText"/>
            </w:pPr>
            <w:r>
              <w:t>4602 / 4603</w:t>
            </w:r>
          </w:p>
        </w:tc>
        <w:tc>
          <w:tcPr>
            <w:tcW w:w="4630" w:type="dxa"/>
            <w:shd w:val="clear" w:color="auto" w:fill="F0F5F2"/>
          </w:tcPr>
          <w:p w14:paraId="1614E88B" w14:textId="77777777" w:rsidR="00000B84" w:rsidRDefault="00000000">
            <w:pPr>
              <w:pStyle w:val="TableText"/>
            </w:pPr>
            <w:r>
              <w:t>Rabia Juma Momade Mussapaaha</w:t>
            </w:r>
          </w:p>
        </w:tc>
        <w:tc>
          <w:tcPr>
            <w:tcW w:w="4110" w:type="dxa"/>
            <w:shd w:val="clear" w:color="auto" w:fill="F0F5F2"/>
          </w:tcPr>
          <w:p w14:paraId="3B29E9BF" w14:textId="77777777" w:rsidR="00000B84" w:rsidRDefault="00000000">
            <w:pPr>
              <w:pStyle w:val="TableText"/>
            </w:pPr>
            <w:r>
              <w:t>Rabia Juma Mussapaaha</w:t>
            </w:r>
          </w:p>
        </w:tc>
      </w:tr>
      <w:tr w:rsidR="00000B84" w14:paraId="35744257" w14:textId="77777777">
        <w:trPr>
          <w:cantSplit/>
        </w:trPr>
        <w:tc>
          <w:tcPr>
            <w:tcW w:w="1406" w:type="dxa"/>
            <w:shd w:val="clear" w:color="auto" w:fill="FFFFFF"/>
          </w:tcPr>
          <w:p w14:paraId="5E98F6C4" w14:textId="77777777" w:rsidR="00000B84" w:rsidRDefault="00000000">
            <w:pPr>
              <w:pStyle w:val="TableText"/>
            </w:pPr>
            <w:r>
              <w:t>4625 / 4626</w:t>
            </w:r>
          </w:p>
        </w:tc>
        <w:tc>
          <w:tcPr>
            <w:tcW w:w="4630" w:type="dxa"/>
            <w:shd w:val="clear" w:color="auto" w:fill="FFFFFF"/>
          </w:tcPr>
          <w:p w14:paraId="2D3F9937" w14:textId="77777777" w:rsidR="00000B84" w:rsidRDefault="00000000">
            <w:pPr>
              <w:pStyle w:val="TableText"/>
            </w:pPr>
            <w:r>
              <w:t>Raima Maurício De Oliveira Pinto</w:t>
            </w:r>
          </w:p>
        </w:tc>
        <w:tc>
          <w:tcPr>
            <w:tcW w:w="4110" w:type="dxa"/>
            <w:shd w:val="clear" w:color="auto" w:fill="FFFFFF"/>
          </w:tcPr>
          <w:p w14:paraId="7BE5AEEA" w14:textId="77777777" w:rsidR="00000B84" w:rsidRDefault="00000000">
            <w:pPr>
              <w:pStyle w:val="TableText"/>
            </w:pPr>
            <w:r>
              <w:t>Raima Maurício Pinto</w:t>
            </w:r>
          </w:p>
        </w:tc>
      </w:tr>
      <w:tr w:rsidR="00000B84" w14:paraId="766B1D34" w14:textId="77777777">
        <w:trPr>
          <w:cantSplit/>
        </w:trPr>
        <w:tc>
          <w:tcPr>
            <w:tcW w:w="1406" w:type="dxa"/>
            <w:shd w:val="clear" w:color="auto" w:fill="F0F5F2"/>
          </w:tcPr>
          <w:p w14:paraId="4821DCD8" w14:textId="77777777" w:rsidR="00000B84" w:rsidRDefault="00000000">
            <w:pPr>
              <w:pStyle w:val="TableText"/>
            </w:pPr>
            <w:r>
              <w:t>4628 / 4629</w:t>
            </w:r>
          </w:p>
        </w:tc>
        <w:tc>
          <w:tcPr>
            <w:tcW w:w="4630" w:type="dxa"/>
            <w:shd w:val="clear" w:color="auto" w:fill="F0F5F2"/>
          </w:tcPr>
          <w:p w14:paraId="5622311F" w14:textId="77777777" w:rsidR="00000B84" w:rsidRDefault="00000000">
            <w:pPr>
              <w:pStyle w:val="TableText"/>
            </w:pPr>
            <w:r>
              <w:t>Rainaze Gulamo Rainaze Gulamo De Sousa</w:t>
            </w:r>
          </w:p>
        </w:tc>
        <w:tc>
          <w:tcPr>
            <w:tcW w:w="4110" w:type="dxa"/>
            <w:shd w:val="clear" w:color="auto" w:fill="F0F5F2"/>
          </w:tcPr>
          <w:p w14:paraId="78C34641" w14:textId="77777777" w:rsidR="00000B84" w:rsidRDefault="00000000">
            <w:pPr>
              <w:pStyle w:val="TableText"/>
            </w:pPr>
            <w:r>
              <w:t>Rainaze Gulamo De Sousa</w:t>
            </w:r>
          </w:p>
        </w:tc>
      </w:tr>
      <w:tr w:rsidR="00000B84" w14:paraId="48D68843" w14:textId="77777777">
        <w:trPr>
          <w:cantSplit/>
        </w:trPr>
        <w:tc>
          <w:tcPr>
            <w:tcW w:w="1406" w:type="dxa"/>
            <w:shd w:val="clear" w:color="auto" w:fill="FFFFFF"/>
          </w:tcPr>
          <w:p w14:paraId="064C3BD2" w14:textId="77777777" w:rsidR="00000B84" w:rsidRDefault="00000000">
            <w:pPr>
              <w:pStyle w:val="TableText"/>
            </w:pPr>
            <w:r>
              <w:t>4635 / 4636</w:t>
            </w:r>
          </w:p>
        </w:tc>
        <w:tc>
          <w:tcPr>
            <w:tcW w:w="4630" w:type="dxa"/>
            <w:shd w:val="clear" w:color="auto" w:fill="FFFFFF"/>
          </w:tcPr>
          <w:p w14:paraId="359F985E" w14:textId="77777777" w:rsidR="00000B84" w:rsidRDefault="00000000">
            <w:pPr>
              <w:pStyle w:val="TableText"/>
            </w:pPr>
            <w:r>
              <w:t>Ramilda Havana Joao Do Rosario</w:t>
            </w:r>
          </w:p>
        </w:tc>
        <w:tc>
          <w:tcPr>
            <w:tcW w:w="4110" w:type="dxa"/>
            <w:shd w:val="clear" w:color="auto" w:fill="FFFFFF"/>
          </w:tcPr>
          <w:p w14:paraId="46A52703" w14:textId="77777777" w:rsidR="00000B84" w:rsidRDefault="00000000">
            <w:pPr>
              <w:pStyle w:val="TableText"/>
            </w:pPr>
            <w:r>
              <w:t>Ramilda Havana Do Rosario</w:t>
            </w:r>
          </w:p>
        </w:tc>
      </w:tr>
      <w:tr w:rsidR="00000B84" w14:paraId="4B646071" w14:textId="77777777">
        <w:trPr>
          <w:cantSplit/>
        </w:trPr>
        <w:tc>
          <w:tcPr>
            <w:tcW w:w="1406" w:type="dxa"/>
            <w:shd w:val="clear" w:color="auto" w:fill="F0F5F2"/>
          </w:tcPr>
          <w:p w14:paraId="69365AF0" w14:textId="77777777" w:rsidR="00000B84" w:rsidRDefault="00000000">
            <w:pPr>
              <w:pStyle w:val="TableText"/>
            </w:pPr>
            <w:r>
              <w:t>4648 / 4649</w:t>
            </w:r>
          </w:p>
        </w:tc>
        <w:tc>
          <w:tcPr>
            <w:tcW w:w="4630" w:type="dxa"/>
            <w:shd w:val="clear" w:color="auto" w:fill="F0F5F2"/>
          </w:tcPr>
          <w:p w14:paraId="654B98E7" w14:textId="77777777" w:rsidR="00000B84" w:rsidRDefault="00000000">
            <w:pPr>
              <w:pStyle w:val="TableText"/>
            </w:pPr>
            <w:r>
              <w:t>Raquelina Florindo Raquelina Florindo Nandrião Américo</w:t>
            </w:r>
          </w:p>
        </w:tc>
        <w:tc>
          <w:tcPr>
            <w:tcW w:w="4110" w:type="dxa"/>
            <w:shd w:val="clear" w:color="auto" w:fill="F0F5F2"/>
          </w:tcPr>
          <w:p w14:paraId="2035CF74" w14:textId="77777777" w:rsidR="00000B84" w:rsidRDefault="00000000">
            <w:pPr>
              <w:pStyle w:val="TableText"/>
            </w:pPr>
            <w:r>
              <w:t>Raquelina Florindo Américo</w:t>
            </w:r>
          </w:p>
        </w:tc>
      </w:tr>
      <w:tr w:rsidR="00000B84" w14:paraId="74F6B107" w14:textId="77777777">
        <w:trPr>
          <w:cantSplit/>
        </w:trPr>
        <w:tc>
          <w:tcPr>
            <w:tcW w:w="1406" w:type="dxa"/>
            <w:shd w:val="clear" w:color="auto" w:fill="FFFFFF"/>
          </w:tcPr>
          <w:p w14:paraId="64D4BDF1" w14:textId="77777777" w:rsidR="00000B84" w:rsidRDefault="00000000">
            <w:pPr>
              <w:pStyle w:val="TableText"/>
            </w:pPr>
            <w:r>
              <w:t>4651 / 4652</w:t>
            </w:r>
          </w:p>
        </w:tc>
        <w:tc>
          <w:tcPr>
            <w:tcW w:w="4630" w:type="dxa"/>
            <w:shd w:val="clear" w:color="auto" w:fill="FFFFFF"/>
          </w:tcPr>
          <w:p w14:paraId="5087C029" w14:textId="77777777" w:rsidR="00000B84" w:rsidRDefault="00000000">
            <w:pPr>
              <w:pStyle w:val="TableText"/>
            </w:pPr>
            <w:r>
              <w:t>Raquiela Ezequiel Oliveira Assulai</w:t>
            </w:r>
          </w:p>
        </w:tc>
        <w:tc>
          <w:tcPr>
            <w:tcW w:w="4110" w:type="dxa"/>
            <w:shd w:val="clear" w:color="auto" w:fill="FFFFFF"/>
          </w:tcPr>
          <w:p w14:paraId="02E3B72B" w14:textId="77777777" w:rsidR="00000B84" w:rsidRDefault="00000000">
            <w:pPr>
              <w:pStyle w:val="TableText"/>
            </w:pPr>
            <w:r>
              <w:t>Raquiela Ezequiel Assulai</w:t>
            </w:r>
          </w:p>
        </w:tc>
      </w:tr>
      <w:tr w:rsidR="00000B84" w14:paraId="466C99D3" w14:textId="77777777">
        <w:trPr>
          <w:cantSplit/>
        </w:trPr>
        <w:tc>
          <w:tcPr>
            <w:tcW w:w="1406" w:type="dxa"/>
            <w:shd w:val="clear" w:color="auto" w:fill="F0F5F2"/>
          </w:tcPr>
          <w:p w14:paraId="36F25388" w14:textId="77777777" w:rsidR="00000B84" w:rsidRDefault="00000000">
            <w:pPr>
              <w:pStyle w:val="TableText"/>
            </w:pPr>
            <w:r>
              <w:t>4665 / 4666</w:t>
            </w:r>
          </w:p>
        </w:tc>
        <w:tc>
          <w:tcPr>
            <w:tcW w:w="4630" w:type="dxa"/>
            <w:shd w:val="clear" w:color="auto" w:fill="F0F5F2"/>
          </w:tcPr>
          <w:p w14:paraId="097B47E0" w14:textId="77777777" w:rsidR="00000B84" w:rsidRDefault="00000000">
            <w:pPr>
              <w:pStyle w:val="TableText"/>
            </w:pPr>
            <w:r>
              <w:t>Regina Albuquerque De Jesus Maria</w:t>
            </w:r>
          </w:p>
        </w:tc>
        <w:tc>
          <w:tcPr>
            <w:tcW w:w="4110" w:type="dxa"/>
            <w:shd w:val="clear" w:color="auto" w:fill="F0F5F2"/>
          </w:tcPr>
          <w:p w14:paraId="59810A14" w14:textId="77777777" w:rsidR="00000B84" w:rsidRDefault="00000000">
            <w:pPr>
              <w:pStyle w:val="TableText"/>
            </w:pPr>
            <w:r>
              <w:t>Regina Albuquerque Maria</w:t>
            </w:r>
          </w:p>
        </w:tc>
      </w:tr>
      <w:tr w:rsidR="00000B84" w14:paraId="5AE59A07" w14:textId="77777777">
        <w:trPr>
          <w:cantSplit/>
        </w:trPr>
        <w:tc>
          <w:tcPr>
            <w:tcW w:w="1406" w:type="dxa"/>
            <w:shd w:val="clear" w:color="auto" w:fill="FFFFFF"/>
          </w:tcPr>
          <w:p w14:paraId="4F561775" w14:textId="77777777" w:rsidR="00000B84" w:rsidRDefault="00000000">
            <w:pPr>
              <w:pStyle w:val="TableText"/>
            </w:pPr>
            <w:r>
              <w:t>4693 / 4694</w:t>
            </w:r>
          </w:p>
        </w:tc>
        <w:tc>
          <w:tcPr>
            <w:tcW w:w="4630" w:type="dxa"/>
            <w:shd w:val="clear" w:color="auto" w:fill="FFFFFF"/>
          </w:tcPr>
          <w:p w14:paraId="34CEBB3F" w14:textId="77777777" w:rsidR="00000B84" w:rsidRDefault="00000000">
            <w:pPr>
              <w:pStyle w:val="TableText"/>
            </w:pPr>
            <w:r>
              <w:t>Reonalda Antônio Pedro Manguese</w:t>
            </w:r>
          </w:p>
        </w:tc>
        <w:tc>
          <w:tcPr>
            <w:tcW w:w="4110" w:type="dxa"/>
            <w:shd w:val="clear" w:color="auto" w:fill="FFFFFF"/>
          </w:tcPr>
          <w:p w14:paraId="79F22E42" w14:textId="77777777" w:rsidR="00000B84" w:rsidRDefault="00000000">
            <w:pPr>
              <w:pStyle w:val="TableText"/>
            </w:pPr>
            <w:r>
              <w:t>Reonalda Antônio Manguese</w:t>
            </w:r>
          </w:p>
        </w:tc>
      </w:tr>
      <w:tr w:rsidR="00000B84" w14:paraId="599A51B7" w14:textId="77777777">
        <w:trPr>
          <w:cantSplit/>
        </w:trPr>
        <w:tc>
          <w:tcPr>
            <w:tcW w:w="1406" w:type="dxa"/>
            <w:shd w:val="clear" w:color="auto" w:fill="F0F5F2"/>
          </w:tcPr>
          <w:p w14:paraId="3552E8B8" w14:textId="77777777" w:rsidR="00000B84" w:rsidRDefault="00000000">
            <w:pPr>
              <w:pStyle w:val="TableText"/>
            </w:pPr>
            <w:r>
              <w:t>4699 / 4700</w:t>
            </w:r>
          </w:p>
        </w:tc>
        <w:tc>
          <w:tcPr>
            <w:tcW w:w="4630" w:type="dxa"/>
            <w:shd w:val="clear" w:color="auto" w:fill="F0F5F2"/>
          </w:tcPr>
          <w:p w14:paraId="48B69D15" w14:textId="77777777" w:rsidR="00000B84" w:rsidRDefault="00000000">
            <w:pPr>
              <w:pStyle w:val="TableText"/>
            </w:pPr>
            <w:r>
              <w:t>Ricardina Ricardo Fabiao Bonifacio</w:t>
            </w:r>
          </w:p>
        </w:tc>
        <w:tc>
          <w:tcPr>
            <w:tcW w:w="4110" w:type="dxa"/>
            <w:shd w:val="clear" w:color="auto" w:fill="F0F5F2"/>
          </w:tcPr>
          <w:p w14:paraId="20B4F7FC" w14:textId="77777777" w:rsidR="00000B84" w:rsidRDefault="00000000">
            <w:pPr>
              <w:pStyle w:val="TableText"/>
            </w:pPr>
            <w:r>
              <w:t>Ricardina Ricardo Bonifacio</w:t>
            </w:r>
          </w:p>
        </w:tc>
      </w:tr>
      <w:tr w:rsidR="00000B84" w14:paraId="18DB6CAF" w14:textId="77777777">
        <w:trPr>
          <w:cantSplit/>
        </w:trPr>
        <w:tc>
          <w:tcPr>
            <w:tcW w:w="1406" w:type="dxa"/>
            <w:shd w:val="clear" w:color="auto" w:fill="FFFFFF"/>
          </w:tcPr>
          <w:p w14:paraId="103DCB26" w14:textId="77777777" w:rsidR="00000B84" w:rsidRDefault="00000000">
            <w:pPr>
              <w:pStyle w:val="TableText"/>
            </w:pPr>
            <w:r>
              <w:t>4731 / 4732</w:t>
            </w:r>
          </w:p>
        </w:tc>
        <w:tc>
          <w:tcPr>
            <w:tcW w:w="4630" w:type="dxa"/>
            <w:shd w:val="clear" w:color="auto" w:fill="FFFFFF"/>
          </w:tcPr>
          <w:p w14:paraId="2DA73956" w14:textId="77777777" w:rsidR="00000B84" w:rsidRDefault="00000000">
            <w:pPr>
              <w:pStyle w:val="TableText"/>
            </w:pPr>
            <w:r>
              <w:t>Rogéria Amizade Privinho Wapanga</w:t>
            </w:r>
          </w:p>
        </w:tc>
        <w:tc>
          <w:tcPr>
            <w:tcW w:w="4110" w:type="dxa"/>
            <w:shd w:val="clear" w:color="auto" w:fill="FFFFFF"/>
          </w:tcPr>
          <w:p w14:paraId="034F6B7E" w14:textId="77777777" w:rsidR="00000B84" w:rsidRDefault="00000000">
            <w:pPr>
              <w:pStyle w:val="TableText"/>
            </w:pPr>
            <w:r>
              <w:t>Rogéria Amizade Wapanga</w:t>
            </w:r>
          </w:p>
        </w:tc>
      </w:tr>
      <w:tr w:rsidR="00000B84" w14:paraId="003FFB1E" w14:textId="77777777">
        <w:trPr>
          <w:cantSplit/>
        </w:trPr>
        <w:tc>
          <w:tcPr>
            <w:tcW w:w="1406" w:type="dxa"/>
            <w:shd w:val="clear" w:color="auto" w:fill="F0F5F2"/>
          </w:tcPr>
          <w:p w14:paraId="34E539FD" w14:textId="77777777" w:rsidR="00000B84" w:rsidRDefault="00000000">
            <w:pPr>
              <w:pStyle w:val="TableText"/>
            </w:pPr>
            <w:r>
              <w:t>4736 / 4737</w:t>
            </w:r>
          </w:p>
        </w:tc>
        <w:tc>
          <w:tcPr>
            <w:tcW w:w="4630" w:type="dxa"/>
            <w:shd w:val="clear" w:color="auto" w:fill="F0F5F2"/>
          </w:tcPr>
          <w:p w14:paraId="58EE632B" w14:textId="77777777" w:rsidR="00000B84" w:rsidRDefault="00000000">
            <w:pPr>
              <w:pStyle w:val="TableText"/>
            </w:pPr>
            <w:r>
              <w:t>Ronica De Obena Domingas Zoua</w:t>
            </w:r>
          </w:p>
        </w:tc>
        <w:tc>
          <w:tcPr>
            <w:tcW w:w="4110" w:type="dxa"/>
            <w:shd w:val="clear" w:color="auto" w:fill="F0F5F2"/>
          </w:tcPr>
          <w:p w14:paraId="4C5F54AB" w14:textId="77777777" w:rsidR="00000B84" w:rsidRDefault="00000000">
            <w:pPr>
              <w:pStyle w:val="TableText"/>
            </w:pPr>
            <w:r>
              <w:t>Ronica De Obena Zoua</w:t>
            </w:r>
          </w:p>
        </w:tc>
      </w:tr>
      <w:tr w:rsidR="00000B84" w14:paraId="63C88DAE" w14:textId="77777777">
        <w:trPr>
          <w:cantSplit/>
        </w:trPr>
        <w:tc>
          <w:tcPr>
            <w:tcW w:w="1406" w:type="dxa"/>
            <w:shd w:val="clear" w:color="auto" w:fill="FFFFFF"/>
          </w:tcPr>
          <w:p w14:paraId="31915CF4" w14:textId="77777777" w:rsidR="00000B84" w:rsidRDefault="00000000">
            <w:pPr>
              <w:pStyle w:val="TableText"/>
            </w:pPr>
            <w:r>
              <w:t>4778 / 4779</w:t>
            </w:r>
          </w:p>
        </w:tc>
        <w:tc>
          <w:tcPr>
            <w:tcW w:w="4630" w:type="dxa"/>
            <w:shd w:val="clear" w:color="auto" w:fill="FFFFFF"/>
          </w:tcPr>
          <w:p w14:paraId="30A7D92E" w14:textId="77777777" w:rsidR="00000B84" w:rsidRDefault="00000000">
            <w:pPr>
              <w:pStyle w:val="TableText"/>
            </w:pPr>
            <w:r>
              <w:t>Rosa Luís Mek Rosa Luís Mek Ranjeiro</w:t>
            </w:r>
          </w:p>
        </w:tc>
        <w:tc>
          <w:tcPr>
            <w:tcW w:w="4110" w:type="dxa"/>
            <w:shd w:val="clear" w:color="auto" w:fill="FFFFFF"/>
          </w:tcPr>
          <w:p w14:paraId="32438816" w14:textId="77777777" w:rsidR="00000B84" w:rsidRDefault="00000000">
            <w:pPr>
              <w:pStyle w:val="TableText"/>
            </w:pPr>
            <w:r>
              <w:t>Rosa Luís Ranjeiro</w:t>
            </w:r>
          </w:p>
        </w:tc>
      </w:tr>
      <w:tr w:rsidR="00000B84" w14:paraId="57FF1DDA" w14:textId="77777777">
        <w:trPr>
          <w:cantSplit/>
        </w:trPr>
        <w:tc>
          <w:tcPr>
            <w:tcW w:w="1406" w:type="dxa"/>
            <w:shd w:val="clear" w:color="auto" w:fill="F0F5F2"/>
          </w:tcPr>
          <w:p w14:paraId="1FF03650" w14:textId="77777777" w:rsidR="00000B84" w:rsidRDefault="00000000">
            <w:pPr>
              <w:pStyle w:val="TableText"/>
            </w:pPr>
            <w:r>
              <w:t>4796 / 4797</w:t>
            </w:r>
          </w:p>
        </w:tc>
        <w:tc>
          <w:tcPr>
            <w:tcW w:w="4630" w:type="dxa"/>
            <w:shd w:val="clear" w:color="auto" w:fill="F0F5F2"/>
          </w:tcPr>
          <w:p w14:paraId="5D605654" w14:textId="77777777" w:rsidR="00000B84" w:rsidRDefault="00000000">
            <w:pPr>
              <w:pStyle w:val="TableText"/>
            </w:pPr>
            <w:r>
              <w:t>Rosália Jaime Henriques Machungo</w:t>
            </w:r>
          </w:p>
        </w:tc>
        <w:tc>
          <w:tcPr>
            <w:tcW w:w="4110" w:type="dxa"/>
            <w:shd w:val="clear" w:color="auto" w:fill="F0F5F2"/>
          </w:tcPr>
          <w:p w14:paraId="53DCC85B" w14:textId="77777777" w:rsidR="00000B84" w:rsidRDefault="00000000">
            <w:pPr>
              <w:pStyle w:val="TableText"/>
            </w:pPr>
            <w:r>
              <w:t>Rosália Jaime Machungo</w:t>
            </w:r>
          </w:p>
        </w:tc>
      </w:tr>
      <w:tr w:rsidR="00000B84" w14:paraId="502DC3A8" w14:textId="77777777">
        <w:trPr>
          <w:cantSplit/>
        </w:trPr>
        <w:tc>
          <w:tcPr>
            <w:tcW w:w="1406" w:type="dxa"/>
            <w:shd w:val="clear" w:color="auto" w:fill="FFFFFF"/>
          </w:tcPr>
          <w:p w14:paraId="71292961" w14:textId="77777777" w:rsidR="00000B84" w:rsidRDefault="00000000">
            <w:pPr>
              <w:pStyle w:val="TableText"/>
            </w:pPr>
            <w:r>
              <w:t>4797 / 4798</w:t>
            </w:r>
          </w:p>
        </w:tc>
        <w:tc>
          <w:tcPr>
            <w:tcW w:w="4630" w:type="dxa"/>
            <w:shd w:val="clear" w:color="auto" w:fill="FFFFFF"/>
          </w:tcPr>
          <w:p w14:paraId="532571BD" w14:textId="77777777" w:rsidR="00000B84" w:rsidRDefault="00000000">
            <w:pPr>
              <w:pStyle w:val="TableText"/>
            </w:pPr>
            <w:r>
              <w:t>Rosália Virgílio Francisco Jesus Maria</w:t>
            </w:r>
          </w:p>
        </w:tc>
        <w:tc>
          <w:tcPr>
            <w:tcW w:w="4110" w:type="dxa"/>
            <w:shd w:val="clear" w:color="auto" w:fill="FFFFFF"/>
          </w:tcPr>
          <w:p w14:paraId="5E89311B" w14:textId="77777777" w:rsidR="00000B84" w:rsidRDefault="00000000">
            <w:pPr>
              <w:pStyle w:val="TableText"/>
            </w:pPr>
            <w:r>
              <w:t>Rosália Virgílio Maria</w:t>
            </w:r>
          </w:p>
        </w:tc>
      </w:tr>
      <w:tr w:rsidR="00000B84" w14:paraId="10E2EAFD" w14:textId="77777777">
        <w:trPr>
          <w:cantSplit/>
        </w:trPr>
        <w:tc>
          <w:tcPr>
            <w:tcW w:w="1406" w:type="dxa"/>
            <w:shd w:val="clear" w:color="auto" w:fill="F0F5F2"/>
          </w:tcPr>
          <w:p w14:paraId="06B7DEA0" w14:textId="77777777" w:rsidR="00000B84" w:rsidRDefault="00000000">
            <w:pPr>
              <w:pStyle w:val="TableText"/>
            </w:pPr>
            <w:r>
              <w:t>4798 / 4799</w:t>
            </w:r>
          </w:p>
        </w:tc>
        <w:tc>
          <w:tcPr>
            <w:tcW w:w="4630" w:type="dxa"/>
            <w:shd w:val="clear" w:color="auto" w:fill="F0F5F2"/>
          </w:tcPr>
          <w:p w14:paraId="56E44464" w14:textId="77777777" w:rsidR="00000B84" w:rsidRDefault="00000000">
            <w:pPr>
              <w:pStyle w:val="TableText"/>
            </w:pPr>
            <w:r>
              <w:t>Rosalina Antonio Cassamo Cassamo</w:t>
            </w:r>
          </w:p>
        </w:tc>
        <w:tc>
          <w:tcPr>
            <w:tcW w:w="4110" w:type="dxa"/>
            <w:shd w:val="clear" w:color="auto" w:fill="F0F5F2"/>
          </w:tcPr>
          <w:p w14:paraId="0E2086E0" w14:textId="77777777" w:rsidR="00000B84" w:rsidRDefault="00000000">
            <w:pPr>
              <w:pStyle w:val="TableText"/>
            </w:pPr>
            <w:r>
              <w:t>Rosalina Antonio Cassamo</w:t>
            </w:r>
          </w:p>
        </w:tc>
      </w:tr>
      <w:tr w:rsidR="00000B84" w14:paraId="3999F2EE" w14:textId="77777777">
        <w:trPr>
          <w:cantSplit/>
        </w:trPr>
        <w:tc>
          <w:tcPr>
            <w:tcW w:w="1406" w:type="dxa"/>
            <w:shd w:val="clear" w:color="auto" w:fill="FFFFFF"/>
          </w:tcPr>
          <w:p w14:paraId="6C5D9472" w14:textId="77777777" w:rsidR="00000B84" w:rsidRDefault="00000000">
            <w:pPr>
              <w:pStyle w:val="TableText"/>
            </w:pPr>
            <w:r>
              <w:t>4811 / 4812</w:t>
            </w:r>
          </w:p>
        </w:tc>
        <w:tc>
          <w:tcPr>
            <w:tcW w:w="4630" w:type="dxa"/>
            <w:shd w:val="clear" w:color="auto" w:fill="FFFFFF"/>
          </w:tcPr>
          <w:p w14:paraId="5D14BD84" w14:textId="77777777" w:rsidR="00000B84" w:rsidRDefault="00000000">
            <w:pPr>
              <w:pStyle w:val="TableText"/>
            </w:pPr>
            <w:r>
              <w:t>Rosária Marinho Jaime Cavadima</w:t>
            </w:r>
          </w:p>
        </w:tc>
        <w:tc>
          <w:tcPr>
            <w:tcW w:w="4110" w:type="dxa"/>
            <w:shd w:val="clear" w:color="auto" w:fill="FFFFFF"/>
          </w:tcPr>
          <w:p w14:paraId="7FB76490" w14:textId="77777777" w:rsidR="00000B84" w:rsidRDefault="00000000">
            <w:pPr>
              <w:pStyle w:val="TableText"/>
            </w:pPr>
            <w:r>
              <w:t>Rosária Marinho Cavadima</w:t>
            </w:r>
          </w:p>
        </w:tc>
      </w:tr>
      <w:tr w:rsidR="00000B84" w14:paraId="65F5CF28" w14:textId="77777777">
        <w:trPr>
          <w:cantSplit/>
        </w:trPr>
        <w:tc>
          <w:tcPr>
            <w:tcW w:w="1406" w:type="dxa"/>
            <w:shd w:val="clear" w:color="auto" w:fill="F0F5F2"/>
          </w:tcPr>
          <w:p w14:paraId="62096FCC" w14:textId="77777777" w:rsidR="00000B84" w:rsidRDefault="00000000">
            <w:pPr>
              <w:pStyle w:val="TableText"/>
            </w:pPr>
            <w:r>
              <w:t>4832 / 4833</w:t>
            </w:r>
          </w:p>
        </w:tc>
        <w:tc>
          <w:tcPr>
            <w:tcW w:w="4630" w:type="dxa"/>
            <w:shd w:val="clear" w:color="auto" w:fill="F0F5F2"/>
          </w:tcPr>
          <w:p w14:paraId="1F12CF0F" w14:textId="77777777" w:rsidR="00000B84" w:rsidRDefault="00000000">
            <w:pPr>
              <w:pStyle w:val="TableText"/>
            </w:pPr>
            <w:r>
              <w:t>Rosmi Magido Abdul Ali Magido</w:t>
            </w:r>
          </w:p>
        </w:tc>
        <w:tc>
          <w:tcPr>
            <w:tcW w:w="4110" w:type="dxa"/>
            <w:shd w:val="clear" w:color="auto" w:fill="F0F5F2"/>
          </w:tcPr>
          <w:p w14:paraId="2F9E4625" w14:textId="77777777" w:rsidR="00000B84" w:rsidRDefault="00000000">
            <w:pPr>
              <w:pStyle w:val="TableText"/>
            </w:pPr>
            <w:r>
              <w:t>Rosmi Magido Magido</w:t>
            </w:r>
          </w:p>
        </w:tc>
      </w:tr>
      <w:tr w:rsidR="00000B84" w14:paraId="26797F30" w14:textId="77777777">
        <w:trPr>
          <w:cantSplit/>
        </w:trPr>
        <w:tc>
          <w:tcPr>
            <w:tcW w:w="1406" w:type="dxa"/>
            <w:shd w:val="clear" w:color="auto" w:fill="FFFFFF"/>
          </w:tcPr>
          <w:p w14:paraId="221929F1" w14:textId="77777777" w:rsidR="00000B84" w:rsidRDefault="00000000">
            <w:pPr>
              <w:pStyle w:val="TableText"/>
            </w:pPr>
            <w:r>
              <w:t>4835 / 4836</w:t>
            </w:r>
          </w:p>
        </w:tc>
        <w:tc>
          <w:tcPr>
            <w:tcW w:w="4630" w:type="dxa"/>
            <w:shd w:val="clear" w:color="auto" w:fill="FFFFFF"/>
          </w:tcPr>
          <w:p w14:paraId="3A6AD86B" w14:textId="77777777" w:rsidR="00000B84" w:rsidRDefault="00000000">
            <w:pPr>
              <w:pStyle w:val="TableText"/>
            </w:pPr>
            <w:r>
              <w:t>Rossana José Rossana José Ângelo Pequenino</w:t>
            </w:r>
          </w:p>
        </w:tc>
        <w:tc>
          <w:tcPr>
            <w:tcW w:w="4110" w:type="dxa"/>
            <w:shd w:val="clear" w:color="auto" w:fill="FFFFFF"/>
          </w:tcPr>
          <w:p w14:paraId="2FFD60DB" w14:textId="77777777" w:rsidR="00000B84" w:rsidRDefault="00000000">
            <w:pPr>
              <w:pStyle w:val="TableText"/>
            </w:pPr>
            <w:r>
              <w:t>Rossana José Pequenino</w:t>
            </w:r>
          </w:p>
        </w:tc>
      </w:tr>
      <w:tr w:rsidR="00000B84" w14:paraId="67FC05D3" w14:textId="77777777">
        <w:trPr>
          <w:cantSplit/>
        </w:trPr>
        <w:tc>
          <w:tcPr>
            <w:tcW w:w="1406" w:type="dxa"/>
            <w:shd w:val="clear" w:color="auto" w:fill="F0F5F2"/>
          </w:tcPr>
          <w:p w14:paraId="1E110ECF" w14:textId="77777777" w:rsidR="00000B84" w:rsidRDefault="00000000">
            <w:pPr>
              <w:pStyle w:val="TableText"/>
            </w:pPr>
            <w:r>
              <w:t>4874 / 4875</w:t>
            </w:r>
          </w:p>
        </w:tc>
        <w:tc>
          <w:tcPr>
            <w:tcW w:w="4630" w:type="dxa"/>
            <w:shd w:val="clear" w:color="auto" w:fill="F0F5F2"/>
          </w:tcPr>
          <w:p w14:paraId="0F71E1C9" w14:textId="77777777" w:rsidR="00000B84" w:rsidRDefault="00000000">
            <w:pPr>
              <w:pStyle w:val="TableText"/>
            </w:pPr>
            <w:r>
              <w:t>Ruty Ceres Fernando Manuel Ceres</w:t>
            </w:r>
          </w:p>
        </w:tc>
        <w:tc>
          <w:tcPr>
            <w:tcW w:w="4110" w:type="dxa"/>
            <w:shd w:val="clear" w:color="auto" w:fill="F0F5F2"/>
          </w:tcPr>
          <w:p w14:paraId="1EEF938B" w14:textId="77777777" w:rsidR="00000B84" w:rsidRDefault="00000000">
            <w:pPr>
              <w:pStyle w:val="TableText"/>
            </w:pPr>
            <w:r>
              <w:t>Ruty Ceres Ceres</w:t>
            </w:r>
          </w:p>
        </w:tc>
      </w:tr>
      <w:tr w:rsidR="00000B84" w14:paraId="7B692E86" w14:textId="77777777">
        <w:trPr>
          <w:cantSplit/>
        </w:trPr>
        <w:tc>
          <w:tcPr>
            <w:tcW w:w="1406" w:type="dxa"/>
            <w:shd w:val="clear" w:color="auto" w:fill="FFFFFF"/>
          </w:tcPr>
          <w:p w14:paraId="4A7850AF" w14:textId="77777777" w:rsidR="00000B84" w:rsidRDefault="00000000">
            <w:pPr>
              <w:pStyle w:val="TableText"/>
            </w:pPr>
            <w:r>
              <w:t>4882 / 4883</w:t>
            </w:r>
          </w:p>
        </w:tc>
        <w:tc>
          <w:tcPr>
            <w:tcW w:w="4630" w:type="dxa"/>
            <w:shd w:val="clear" w:color="auto" w:fill="FFFFFF"/>
          </w:tcPr>
          <w:p w14:paraId="04BC2C09" w14:textId="77777777" w:rsidR="00000B84" w:rsidRDefault="00000000">
            <w:pPr>
              <w:pStyle w:val="TableText"/>
            </w:pPr>
            <w:r>
              <w:t>Sadaliá Jolito Augostinho Monteiro</w:t>
            </w:r>
          </w:p>
        </w:tc>
        <w:tc>
          <w:tcPr>
            <w:tcW w:w="4110" w:type="dxa"/>
            <w:shd w:val="clear" w:color="auto" w:fill="FFFFFF"/>
          </w:tcPr>
          <w:p w14:paraId="41F1FC4F" w14:textId="77777777" w:rsidR="00000B84" w:rsidRDefault="00000000">
            <w:pPr>
              <w:pStyle w:val="TableText"/>
            </w:pPr>
            <w:r>
              <w:t>Sadaliá Jolito Monteiro</w:t>
            </w:r>
          </w:p>
        </w:tc>
      </w:tr>
      <w:tr w:rsidR="00000B84" w14:paraId="15A35941" w14:textId="77777777">
        <w:trPr>
          <w:cantSplit/>
        </w:trPr>
        <w:tc>
          <w:tcPr>
            <w:tcW w:w="1406" w:type="dxa"/>
            <w:shd w:val="clear" w:color="auto" w:fill="F0F5F2"/>
          </w:tcPr>
          <w:p w14:paraId="0D2AC3FE" w14:textId="77777777" w:rsidR="00000B84" w:rsidRDefault="00000000">
            <w:pPr>
              <w:pStyle w:val="TableText"/>
            </w:pPr>
            <w:r>
              <w:t>4910 / 4911</w:t>
            </w:r>
          </w:p>
        </w:tc>
        <w:tc>
          <w:tcPr>
            <w:tcW w:w="4630" w:type="dxa"/>
            <w:shd w:val="clear" w:color="auto" w:fill="F0F5F2"/>
          </w:tcPr>
          <w:p w14:paraId="3CAD9DBF" w14:textId="77777777" w:rsidR="00000B84" w:rsidRDefault="00000000">
            <w:pPr>
              <w:pStyle w:val="TableText"/>
            </w:pPr>
            <w:r>
              <w:t>Saireny Germano Jorge Fernandes</w:t>
            </w:r>
          </w:p>
        </w:tc>
        <w:tc>
          <w:tcPr>
            <w:tcW w:w="4110" w:type="dxa"/>
            <w:shd w:val="clear" w:color="auto" w:fill="F0F5F2"/>
          </w:tcPr>
          <w:p w14:paraId="6B89843F" w14:textId="77777777" w:rsidR="00000B84" w:rsidRDefault="00000000">
            <w:pPr>
              <w:pStyle w:val="TableText"/>
            </w:pPr>
            <w:r>
              <w:t>Saireny Germano Fernandes</w:t>
            </w:r>
          </w:p>
        </w:tc>
      </w:tr>
      <w:tr w:rsidR="00000B84" w14:paraId="4ACD7B60" w14:textId="77777777">
        <w:trPr>
          <w:cantSplit/>
        </w:trPr>
        <w:tc>
          <w:tcPr>
            <w:tcW w:w="1406" w:type="dxa"/>
            <w:shd w:val="clear" w:color="auto" w:fill="FFFFFF"/>
          </w:tcPr>
          <w:p w14:paraId="36A3C989" w14:textId="77777777" w:rsidR="00000B84" w:rsidRDefault="00000000">
            <w:pPr>
              <w:pStyle w:val="TableText"/>
            </w:pPr>
            <w:r>
              <w:t>4939 / 4940</w:t>
            </w:r>
          </w:p>
        </w:tc>
        <w:tc>
          <w:tcPr>
            <w:tcW w:w="4630" w:type="dxa"/>
            <w:shd w:val="clear" w:color="auto" w:fill="FFFFFF"/>
          </w:tcPr>
          <w:p w14:paraId="44776C14" w14:textId="77777777" w:rsidR="00000B84" w:rsidRDefault="00000000">
            <w:pPr>
              <w:pStyle w:val="TableText"/>
            </w:pPr>
            <w:r>
              <w:t>Samira Tozito Jemusse Magno Rúpia</w:t>
            </w:r>
          </w:p>
        </w:tc>
        <w:tc>
          <w:tcPr>
            <w:tcW w:w="4110" w:type="dxa"/>
            <w:shd w:val="clear" w:color="auto" w:fill="FFFFFF"/>
          </w:tcPr>
          <w:p w14:paraId="347A16E7" w14:textId="77777777" w:rsidR="00000B84" w:rsidRDefault="00000000">
            <w:pPr>
              <w:pStyle w:val="TableText"/>
            </w:pPr>
            <w:r>
              <w:t>Samira Tozito Rúpia</w:t>
            </w:r>
          </w:p>
        </w:tc>
      </w:tr>
      <w:tr w:rsidR="00000B84" w14:paraId="16D198C2" w14:textId="77777777">
        <w:trPr>
          <w:cantSplit/>
        </w:trPr>
        <w:tc>
          <w:tcPr>
            <w:tcW w:w="1406" w:type="dxa"/>
            <w:shd w:val="clear" w:color="auto" w:fill="F0F5F2"/>
          </w:tcPr>
          <w:p w14:paraId="4802FB73" w14:textId="77777777" w:rsidR="00000B84" w:rsidRDefault="00000000">
            <w:pPr>
              <w:pStyle w:val="TableText"/>
            </w:pPr>
            <w:r>
              <w:t>4952 / 4953</w:t>
            </w:r>
          </w:p>
        </w:tc>
        <w:tc>
          <w:tcPr>
            <w:tcW w:w="4630" w:type="dxa"/>
            <w:shd w:val="clear" w:color="auto" w:fill="F0F5F2"/>
          </w:tcPr>
          <w:p w14:paraId="357541FF" w14:textId="77777777" w:rsidR="00000B84" w:rsidRDefault="00000000">
            <w:pPr>
              <w:pStyle w:val="TableText"/>
            </w:pPr>
            <w:r>
              <w:t>Sandra Chauque Alberto Suadique</w:t>
            </w:r>
          </w:p>
        </w:tc>
        <w:tc>
          <w:tcPr>
            <w:tcW w:w="4110" w:type="dxa"/>
            <w:shd w:val="clear" w:color="auto" w:fill="F0F5F2"/>
          </w:tcPr>
          <w:p w14:paraId="6E719798" w14:textId="77777777" w:rsidR="00000B84" w:rsidRDefault="00000000">
            <w:pPr>
              <w:pStyle w:val="TableText"/>
            </w:pPr>
            <w:r>
              <w:t>Sandra Chauque Suadique</w:t>
            </w:r>
          </w:p>
        </w:tc>
      </w:tr>
      <w:tr w:rsidR="00000B84" w14:paraId="6CDF8DAD" w14:textId="77777777">
        <w:trPr>
          <w:cantSplit/>
        </w:trPr>
        <w:tc>
          <w:tcPr>
            <w:tcW w:w="1406" w:type="dxa"/>
            <w:shd w:val="clear" w:color="auto" w:fill="FFFFFF"/>
          </w:tcPr>
          <w:p w14:paraId="01DE0BBE" w14:textId="77777777" w:rsidR="00000B84" w:rsidRDefault="00000000">
            <w:pPr>
              <w:pStyle w:val="TableText"/>
            </w:pPr>
            <w:r>
              <w:t>4976 / 4977</w:t>
            </w:r>
          </w:p>
        </w:tc>
        <w:tc>
          <w:tcPr>
            <w:tcW w:w="4630" w:type="dxa"/>
            <w:shd w:val="clear" w:color="auto" w:fill="FFFFFF"/>
          </w:tcPr>
          <w:p w14:paraId="3E753384" w14:textId="77777777" w:rsidR="00000B84" w:rsidRDefault="00000000">
            <w:pPr>
              <w:pStyle w:val="TableText"/>
            </w:pPr>
            <w:r>
              <w:t>Sanginete Antônio Sanginete Antônio Sozinho</w:t>
            </w:r>
          </w:p>
        </w:tc>
        <w:tc>
          <w:tcPr>
            <w:tcW w:w="4110" w:type="dxa"/>
            <w:shd w:val="clear" w:color="auto" w:fill="FFFFFF"/>
          </w:tcPr>
          <w:p w14:paraId="31463156" w14:textId="77777777" w:rsidR="00000B84" w:rsidRDefault="00000000">
            <w:pPr>
              <w:pStyle w:val="TableText"/>
            </w:pPr>
            <w:r>
              <w:t>Sanginete Antônio Sozinho</w:t>
            </w:r>
          </w:p>
        </w:tc>
      </w:tr>
      <w:tr w:rsidR="00000B84" w14:paraId="5337B27C" w14:textId="77777777">
        <w:trPr>
          <w:cantSplit/>
        </w:trPr>
        <w:tc>
          <w:tcPr>
            <w:tcW w:w="1406" w:type="dxa"/>
            <w:shd w:val="clear" w:color="auto" w:fill="F0F5F2"/>
          </w:tcPr>
          <w:p w14:paraId="574B1318" w14:textId="77777777" w:rsidR="00000B84" w:rsidRDefault="00000000">
            <w:pPr>
              <w:pStyle w:val="TableText"/>
            </w:pPr>
            <w:r>
              <w:t>4980 / 4981</w:t>
            </w:r>
          </w:p>
        </w:tc>
        <w:tc>
          <w:tcPr>
            <w:tcW w:w="4630" w:type="dxa"/>
            <w:shd w:val="clear" w:color="auto" w:fill="F0F5F2"/>
          </w:tcPr>
          <w:p w14:paraId="76285343" w14:textId="77777777" w:rsidR="00000B84" w:rsidRDefault="00000000">
            <w:pPr>
              <w:pStyle w:val="TableText"/>
            </w:pPr>
            <w:r>
              <w:t>Saniza Leonardo Saniza Leonardo Caetano Pereira</w:t>
            </w:r>
          </w:p>
        </w:tc>
        <w:tc>
          <w:tcPr>
            <w:tcW w:w="4110" w:type="dxa"/>
            <w:shd w:val="clear" w:color="auto" w:fill="F0F5F2"/>
          </w:tcPr>
          <w:p w14:paraId="040F1F7D" w14:textId="77777777" w:rsidR="00000B84" w:rsidRDefault="00000000">
            <w:pPr>
              <w:pStyle w:val="TableText"/>
            </w:pPr>
            <w:r>
              <w:t>Saniza Leonardo Pereira</w:t>
            </w:r>
          </w:p>
        </w:tc>
      </w:tr>
      <w:tr w:rsidR="00000B84" w14:paraId="244598FA" w14:textId="77777777">
        <w:trPr>
          <w:cantSplit/>
        </w:trPr>
        <w:tc>
          <w:tcPr>
            <w:tcW w:w="1406" w:type="dxa"/>
            <w:shd w:val="clear" w:color="auto" w:fill="FFFFFF"/>
          </w:tcPr>
          <w:p w14:paraId="1AC7221B" w14:textId="77777777" w:rsidR="00000B84" w:rsidRDefault="00000000">
            <w:pPr>
              <w:pStyle w:val="TableText"/>
            </w:pPr>
            <w:r>
              <w:t>4984 / 4985</w:t>
            </w:r>
          </w:p>
        </w:tc>
        <w:tc>
          <w:tcPr>
            <w:tcW w:w="4630" w:type="dxa"/>
            <w:shd w:val="clear" w:color="auto" w:fill="FFFFFF"/>
          </w:tcPr>
          <w:p w14:paraId="64741E3A" w14:textId="77777777" w:rsidR="00000B84" w:rsidRDefault="00000000">
            <w:pPr>
              <w:pStyle w:val="TableText"/>
            </w:pPr>
            <w:r>
              <w:t>Saquina Reginaldo Tafula Mazive</w:t>
            </w:r>
          </w:p>
        </w:tc>
        <w:tc>
          <w:tcPr>
            <w:tcW w:w="4110" w:type="dxa"/>
            <w:shd w:val="clear" w:color="auto" w:fill="FFFFFF"/>
          </w:tcPr>
          <w:p w14:paraId="55B88EA8" w14:textId="77777777" w:rsidR="00000B84" w:rsidRDefault="00000000">
            <w:pPr>
              <w:pStyle w:val="TableText"/>
            </w:pPr>
            <w:r>
              <w:t>Saquina Reginaldo Mazive</w:t>
            </w:r>
          </w:p>
        </w:tc>
      </w:tr>
      <w:tr w:rsidR="00000B84" w14:paraId="59FB5A91" w14:textId="77777777">
        <w:trPr>
          <w:cantSplit/>
        </w:trPr>
        <w:tc>
          <w:tcPr>
            <w:tcW w:w="1406" w:type="dxa"/>
            <w:shd w:val="clear" w:color="auto" w:fill="F0F5F2"/>
          </w:tcPr>
          <w:p w14:paraId="1D0A6F69" w14:textId="77777777" w:rsidR="00000B84" w:rsidRDefault="00000000">
            <w:pPr>
              <w:pStyle w:val="TableText"/>
            </w:pPr>
            <w:r>
              <w:t>5030 / 5031</w:t>
            </w:r>
          </w:p>
        </w:tc>
        <w:tc>
          <w:tcPr>
            <w:tcW w:w="4630" w:type="dxa"/>
            <w:shd w:val="clear" w:color="auto" w:fill="F0F5F2"/>
          </w:tcPr>
          <w:p w14:paraId="3460D8A6" w14:textId="77777777" w:rsidR="00000B84" w:rsidRDefault="00000000">
            <w:pPr>
              <w:pStyle w:val="TableText"/>
            </w:pPr>
            <w:r>
              <w:t>Sara Viera Engenheiro Americo Americo</w:t>
            </w:r>
          </w:p>
        </w:tc>
        <w:tc>
          <w:tcPr>
            <w:tcW w:w="4110" w:type="dxa"/>
            <w:shd w:val="clear" w:color="auto" w:fill="F0F5F2"/>
          </w:tcPr>
          <w:p w14:paraId="0264396A" w14:textId="77777777" w:rsidR="00000B84" w:rsidRDefault="00000000">
            <w:pPr>
              <w:pStyle w:val="TableText"/>
            </w:pPr>
            <w:r>
              <w:t>Sara Viera Americo</w:t>
            </w:r>
          </w:p>
        </w:tc>
      </w:tr>
      <w:tr w:rsidR="00000B84" w14:paraId="5047E3B1" w14:textId="77777777">
        <w:trPr>
          <w:cantSplit/>
        </w:trPr>
        <w:tc>
          <w:tcPr>
            <w:tcW w:w="1406" w:type="dxa"/>
            <w:shd w:val="clear" w:color="auto" w:fill="FFFFFF"/>
          </w:tcPr>
          <w:p w14:paraId="1ACE5C53" w14:textId="77777777" w:rsidR="00000B84" w:rsidRDefault="00000000">
            <w:pPr>
              <w:pStyle w:val="TableText"/>
            </w:pPr>
            <w:r>
              <w:t>5051 / 5052</w:t>
            </w:r>
          </w:p>
        </w:tc>
        <w:tc>
          <w:tcPr>
            <w:tcW w:w="4630" w:type="dxa"/>
            <w:shd w:val="clear" w:color="auto" w:fill="FFFFFF"/>
          </w:tcPr>
          <w:p w14:paraId="79B898FE" w14:textId="77777777" w:rsidR="00000B84" w:rsidRDefault="00000000">
            <w:pPr>
              <w:pStyle w:val="TableText"/>
            </w:pPr>
            <w:r>
              <w:t>Seana Alexandre Francisco Framenga</w:t>
            </w:r>
          </w:p>
        </w:tc>
        <w:tc>
          <w:tcPr>
            <w:tcW w:w="4110" w:type="dxa"/>
            <w:shd w:val="clear" w:color="auto" w:fill="FFFFFF"/>
          </w:tcPr>
          <w:p w14:paraId="39D234FF" w14:textId="77777777" w:rsidR="00000B84" w:rsidRDefault="00000000">
            <w:pPr>
              <w:pStyle w:val="TableText"/>
            </w:pPr>
            <w:r>
              <w:t>Seana Alexandre Framenga</w:t>
            </w:r>
          </w:p>
        </w:tc>
      </w:tr>
      <w:tr w:rsidR="00000B84" w14:paraId="0DF66985" w14:textId="77777777">
        <w:trPr>
          <w:cantSplit/>
        </w:trPr>
        <w:tc>
          <w:tcPr>
            <w:tcW w:w="1406" w:type="dxa"/>
            <w:shd w:val="clear" w:color="auto" w:fill="F0F5F2"/>
          </w:tcPr>
          <w:p w14:paraId="70F6DAF5" w14:textId="77777777" w:rsidR="00000B84" w:rsidRDefault="00000000">
            <w:pPr>
              <w:pStyle w:val="TableText"/>
            </w:pPr>
            <w:r>
              <w:t>5052 / 5053</w:t>
            </w:r>
          </w:p>
        </w:tc>
        <w:tc>
          <w:tcPr>
            <w:tcW w:w="4630" w:type="dxa"/>
            <w:shd w:val="clear" w:color="auto" w:fill="F0F5F2"/>
          </w:tcPr>
          <w:p w14:paraId="493AEB27" w14:textId="77777777" w:rsidR="00000B84" w:rsidRDefault="00000000">
            <w:pPr>
              <w:pStyle w:val="TableText"/>
            </w:pPr>
            <w:r>
              <w:t>Sebastiana Castiano Chame Faque Samajo</w:t>
            </w:r>
          </w:p>
        </w:tc>
        <w:tc>
          <w:tcPr>
            <w:tcW w:w="4110" w:type="dxa"/>
            <w:shd w:val="clear" w:color="auto" w:fill="F0F5F2"/>
          </w:tcPr>
          <w:p w14:paraId="745C24A3" w14:textId="77777777" w:rsidR="00000B84" w:rsidRDefault="00000000">
            <w:pPr>
              <w:pStyle w:val="TableText"/>
            </w:pPr>
            <w:r>
              <w:t>Sebastiana Castiano Samajo</w:t>
            </w:r>
          </w:p>
        </w:tc>
      </w:tr>
      <w:tr w:rsidR="00000B84" w14:paraId="5D19A558" w14:textId="77777777">
        <w:trPr>
          <w:cantSplit/>
        </w:trPr>
        <w:tc>
          <w:tcPr>
            <w:tcW w:w="1406" w:type="dxa"/>
            <w:shd w:val="clear" w:color="auto" w:fill="FFFFFF"/>
          </w:tcPr>
          <w:p w14:paraId="413AC0CC" w14:textId="77777777" w:rsidR="00000B84" w:rsidRDefault="00000000">
            <w:pPr>
              <w:pStyle w:val="TableText"/>
            </w:pPr>
            <w:r>
              <w:t>5055 / 5056</w:t>
            </w:r>
          </w:p>
        </w:tc>
        <w:tc>
          <w:tcPr>
            <w:tcW w:w="4630" w:type="dxa"/>
            <w:shd w:val="clear" w:color="auto" w:fill="FFFFFF"/>
          </w:tcPr>
          <w:p w14:paraId="060335C5" w14:textId="77777777" w:rsidR="00000B84" w:rsidRDefault="00000000">
            <w:pPr>
              <w:pStyle w:val="TableText"/>
            </w:pPr>
            <w:r>
              <w:t>Sedoca De Lagres Bonifácio Tanueiro</w:t>
            </w:r>
          </w:p>
        </w:tc>
        <w:tc>
          <w:tcPr>
            <w:tcW w:w="4110" w:type="dxa"/>
            <w:shd w:val="clear" w:color="auto" w:fill="FFFFFF"/>
          </w:tcPr>
          <w:p w14:paraId="44326A02" w14:textId="77777777" w:rsidR="00000B84" w:rsidRDefault="00000000">
            <w:pPr>
              <w:pStyle w:val="TableText"/>
            </w:pPr>
            <w:r>
              <w:t>Sedoca De Lagres Tanueiro</w:t>
            </w:r>
          </w:p>
        </w:tc>
      </w:tr>
      <w:tr w:rsidR="00000B84" w14:paraId="4AB51749" w14:textId="77777777">
        <w:trPr>
          <w:cantSplit/>
        </w:trPr>
        <w:tc>
          <w:tcPr>
            <w:tcW w:w="1406" w:type="dxa"/>
            <w:shd w:val="clear" w:color="auto" w:fill="F0F5F2"/>
          </w:tcPr>
          <w:p w14:paraId="3BE8F9E9" w14:textId="77777777" w:rsidR="00000B84" w:rsidRDefault="00000000">
            <w:pPr>
              <w:pStyle w:val="TableText"/>
            </w:pPr>
            <w:r>
              <w:lastRenderedPageBreak/>
              <w:t>5056 / 5057</w:t>
            </w:r>
          </w:p>
        </w:tc>
        <w:tc>
          <w:tcPr>
            <w:tcW w:w="4630" w:type="dxa"/>
            <w:shd w:val="clear" w:color="auto" w:fill="F0F5F2"/>
          </w:tcPr>
          <w:p w14:paraId="73C82A6C" w14:textId="77777777" w:rsidR="00000B84" w:rsidRDefault="00000000">
            <w:pPr>
              <w:pStyle w:val="TableText"/>
            </w:pPr>
            <w:r>
              <w:t>Selcia Benedito Iguimane Supuleta</w:t>
            </w:r>
          </w:p>
        </w:tc>
        <w:tc>
          <w:tcPr>
            <w:tcW w:w="4110" w:type="dxa"/>
            <w:shd w:val="clear" w:color="auto" w:fill="F0F5F2"/>
          </w:tcPr>
          <w:p w14:paraId="611055B6" w14:textId="77777777" w:rsidR="00000B84" w:rsidRDefault="00000000">
            <w:pPr>
              <w:pStyle w:val="TableText"/>
            </w:pPr>
            <w:r>
              <w:t>Selcia Benedito Supuleta</w:t>
            </w:r>
          </w:p>
        </w:tc>
      </w:tr>
      <w:tr w:rsidR="00000B84" w14:paraId="39D75DD4" w14:textId="77777777">
        <w:trPr>
          <w:cantSplit/>
        </w:trPr>
        <w:tc>
          <w:tcPr>
            <w:tcW w:w="1406" w:type="dxa"/>
            <w:shd w:val="clear" w:color="auto" w:fill="FFFFFF"/>
          </w:tcPr>
          <w:p w14:paraId="204B2224" w14:textId="77777777" w:rsidR="00000B84" w:rsidRDefault="00000000">
            <w:pPr>
              <w:pStyle w:val="TableText"/>
            </w:pPr>
            <w:r>
              <w:t>5061 / 5062</w:t>
            </w:r>
          </w:p>
        </w:tc>
        <w:tc>
          <w:tcPr>
            <w:tcW w:w="4630" w:type="dxa"/>
            <w:shd w:val="clear" w:color="auto" w:fill="FFFFFF"/>
          </w:tcPr>
          <w:p w14:paraId="7D6971A7" w14:textId="77777777" w:rsidR="00000B84" w:rsidRDefault="00000000">
            <w:pPr>
              <w:pStyle w:val="TableText"/>
            </w:pPr>
            <w:r>
              <w:t>Serafina Serafim Edmundo Amade</w:t>
            </w:r>
          </w:p>
        </w:tc>
        <w:tc>
          <w:tcPr>
            <w:tcW w:w="4110" w:type="dxa"/>
            <w:shd w:val="clear" w:color="auto" w:fill="FFFFFF"/>
          </w:tcPr>
          <w:p w14:paraId="513A04CF" w14:textId="77777777" w:rsidR="00000B84" w:rsidRDefault="00000000">
            <w:pPr>
              <w:pStyle w:val="TableText"/>
            </w:pPr>
            <w:r>
              <w:t>Serafina Serafim Amade</w:t>
            </w:r>
          </w:p>
        </w:tc>
      </w:tr>
      <w:tr w:rsidR="00000B84" w14:paraId="0C414500" w14:textId="77777777">
        <w:trPr>
          <w:cantSplit/>
        </w:trPr>
        <w:tc>
          <w:tcPr>
            <w:tcW w:w="1406" w:type="dxa"/>
            <w:shd w:val="clear" w:color="auto" w:fill="F0F5F2"/>
          </w:tcPr>
          <w:p w14:paraId="163765AF" w14:textId="77777777" w:rsidR="00000B84" w:rsidRDefault="00000000">
            <w:pPr>
              <w:pStyle w:val="TableText"/>
            </w:pPr>
            <w:r>
              <w:t>5063 / 5064</w:t>
            </w:r>
          </w:p>
        </w:tc>
        <w:tc>
          <w:tcPr>
            <w:tcW w:w="4630" w:type="dxa"/>
            <w:shd w:val="clear" w:color="auto" w:fill="F0F5F2"/>
          </w:tcPr>
          <w:p w14:paraId="6644B1FB" w14:textId="77777777" w:rsidR="00000B84" w:rsidRDefault="00000000">
            <w:pPr>
              <w:pStyle w:val="TableText"/>
            </w:pPr>
            <w:r>
              <w:t>Shaquila Lucas Vicente Andaque Lucas</w:t>
            </w:r>
          </w:p>
        </w:tc>
        <w:tc>
          <w:tcPr>
            <w:tcW w:w="4110" w:type="dxa"/>
            <w:shd w:val="clear" w:color="auto" w:fill="F0F5F2"/>
          </w:tcPr>
          <w:p w14:paraId="746CC7FE" w14:textId="77777777" w:rsidR="00000B84" w:rsidRDefault="00000000">
            <w:pPr>
              <w:pStyle w:val="TableText"/>
            </w:pPr>
            <w:r>
              <w:t>Shaquila Lucas Lucas</w:t>
            </w:r>
          </w:p>
        </w:tc>
      </w:tr>
      <w:tr w:rsidR="00000B84" w14:paraId="488E00CE" w14:textId="77777777">
        <w:trPr>
          <w:cantSplit/>
        </w:trPr>
        <w:tc>
          <w:tcPr>
            <w:tcW w:w="1406" w:type="dxa"/>
            <w:shd w:val="clear" w:color="auto" w:fill="FFFFFF"/>
          </w:tcPr>
          <w:p w14:paraId="3F00CFDD" w14:textId="77777777" w:rsidR="00000B84" w:rsidRDefault="00000000">
            <w:pPr>
              <w:pStyle w:val="TableText"/>
            </w:pPr>
            <w:r>
              <w:t>5064 / 5065</w:t>
            </w:r>
          </w:p>
        </w:tc>
        <w:tc>
          <w:tcPr>
            <w:tcW w:w="4630" w:type="dxa"/>
            <w:shd w:val="clear" w:color="auto" w:fill="FFFFFF"/>
          </w:tcPr>
          <w:p w14:paraId="1D333A56" w14:textId="77777777" w:rsidR="00000B84" w:rsidRDefault="00000000">
            <w:pPr>
              <w:pStyle w:val="TableText"/>
            </w:pPr>
            <w:r>
              <w:t>Sharlene Hadmara Machado Da Costa</w:t>
            </w:r>
          </w:p>
        </w:tc>
        <w:tc>
          <w:tcPr>
            <w:tcW w:w="4110" w:type="dxa"/>
            <w:shd w:val="clear" w:color="auto" w:fill="FFFFFF"/>
          </w:tcPr>
          <w:p w14:paraId="5151C20B" w14:textId="77777777" w:rsidR="00000B84" w:rsidRDefault="00000000">
            <w:pPr>
              <w:pStyle w:val="TableText"/>
            </w:pPr>
            <w:r>
              <w:t>Sharlene Hadmara Da Costa</w:t>
            </w:r>
          </w:p>
        </w:tc>
      </w:tr>
      <w:tr w:rsidR="00000B84" w14:paraId="19F09DBA" w14:textId="77777777">
        <w:trPr>
          <w:cantSplit/>
        </w:trPr>
        <w:tc>
          <w:tcPr>
            <w:tcW w:w="1406" w:type="dxa"/>
            <w:shd w:val="clear" w:color="auto" w:fill="F0F5F2"/>
          </w:tcPr>
          <w:p w14:paraId="0AC1AC64" w14:textId="77777777" w:rsidR="00000B84" w:rsidRDefault="00000000">
            <w:pPr>
              <w:pStyle w:val="TableText"/>
            </w:pPr>
            <w:r>
              <w:t>5072 / 5073</w:t>
            </w:r>
          </w:p>
        </w:tc>
        <w:tc>
          <w:tcPr>
            <w:tcW w:w="4630" w:type="dxa"/>
            <w:shd w:val="clear" w:color="auto" w:fill="F0F5F2"/>
          </w:tcPr>
          <w:p w14:paraId="42FF2BBB" w14:textId="77777777" w:rsidR="00000B84" w:rsidRDefault="00000000">
            <w:pPr>
              <w:pStyle w:val="TableText"/>
            </w:pPr>
            <w:r>
              <w:t>Sheinila Joaquim Caetano Campira</w:t>
            </w:r>
          </w:p>
        </w:tc>
        <w:tc>
          <w:tcPr>
            <w:tcW w:w="4110" w:type="dxa"/>
            <w:shd w:val="clear" w:color="auto" w:fill="F0F5F2"/>
          </w:tcPr>
          <w:p w14:paraId="523D6FA3" w14:textId="77777777" w:rsidR="00000B84" w:rsidRDefault="00000000">
            <w:pPr>
              <w:pStyle w:val="TableText"/>
            </w:pPr>
            <w:r>
              <w:t>Sheinila Joaquim Campira</w:t>
            </w:r>
          </w:p>
        </w:tc>
      </w:tr>
      <w:tr w:rsidR="00000B84" w14:paraId="7946EF35" w14:textId="77777777">
        <w:trPr>
          <w:cantSplit/>
        </w:trPr>
        <w:tc>
          <w:tcPr>
            <w:tcW w:w="1406" w:type="dxa"/>
            <w:shd w:val="clear" w:color="auto" w:fill="FFFFFF"/>
          </w:tcPr>
          <w:p w14:paraId="3EDFB66C" w14:textId="77777777" w:rsidR="00000B84" w:rsidRDefault="00000000">
            <w:pPr>
              <w:pStyle w:val="TableText"/>
            </w:pPr>
            <w:r>
              <w:t>5073 / 5074</w:t>
            </w:r>
          </w:p>
        </w:tc>
        <w:tc>
          <w:tcPr>
            <w:tcW w:w="4630" w:type="dxa"/>
            <w:shd w:val="clear" w:color="auto" w:fill="FFFFFF"/>
          </w:tcPr>
          <w:p w14:paraId="27661C83" w14:textId="77777777" w:rsidR="00000B84" w:rsidRDefault="00000000">
            <w:pPr>
              <w:pStyle w:val="TableText"/>
            </w:pPr>
            <w:r>
              <w:t>Sheiza Natacha Emílio Alfândega</w:t>
            </w:r>
          </w:p>
        </w:tc>
        <w:tc>
          <w:tcPr>
            <w:tcW w:w="4110" w:type="dxa"/>
            <w:shd w:val="clear" w:color="auto" w:fill="FFFFFF"/>
          </w:tcPr>
          <w:p w14:paraId="136087D0" w14:textId="77777777" w:rsidR="00000B84" w:rsidRDefault="00000000">
            <w:pPr>
              <w:pStyle w:val="TableText"/>
            </w:pPr>
            <w:r>
              <w:t>Sheiza Natacha Alfândega</w:t>
            </w:r>
          </w:p>
        </w:tc>
      </w:tr>
      <w:tr w:rsidR="00000B84" w14:paraId="1943DD5E" w14:textId="77777777">
        <w:trPr>
          <w:cantSplit/>
        </w:trPr>
        <w:tc>
          <w:tcPr>
            <w:tcW w:w="1406" w:type="dxa"/>
            <w:shd w:val="clear" w:color="auto" w:fill="F0F5F2"/>
          </w:tcPr>
          <w:p w14:paraId="3153AA62" w14:textId="77777777" w:rsidR="00000B84" w:rsidRDefault="00000000">
            <w:pPr>
              <w:pStyle w:val="TableText"/>
            </w:pPr>
            <w:r>
              <w:t>5075 / 5076</w:t>
            </w:r>
          </w:p>
        </w:tc>
        <w:tc>
          <w:tcPr>
            <w:tcW w:w="4630" w:type="dxa"/>
            <w:shd w:val="clear" w:color="auto" w:fill="F0F5F2"/>
          </w:tcPr>
          <w:p w14:paraId="71BC3B41" w14:textId="77777777" w:rsidR="00000B84" w:rsidRDefault="00000000">
            <w:pPr>
              <w:pStyle w:val="TableText"/>
            </w:pPr>
            <w:r>
              <w:t>Shelicia Luís Alberto Alcene Chiposse</w:t>
            </w:r>
          </w:p>
        </w:tc>
        <w:tc>
          <w:tcPr>
            <w:tcW w:w="4110" w:type="dxa"/>
            <w:shd w:val="clear" w:color="auto" w:fill="F0F5F2"/>
          </w:tcPr>
          <w:p w14:paraId="5D3A1BA8" w14:textId="77777777" w:rsidR="00000B84" w:rsidRDefault="00000000">
            <w:pPr>
              <w:pStyle w:val="TableText"/>
            </w:pPr>
            <w:r>
              <w:t>Shelicia Luís Chiposse</w:t>
            </w:r>
          </w:p>
        </w:tc>
      </w:tr>
      <w:tr w:rsidR="00000B84" w14:paraId="35F6C3A8" w14:textId="77777777">
        <w:trPr>
          <w:cantSplit/>
        </w:trPr>
        <w:tc>
          <w:tcPr>
            <w:tcW w:w="1406" w:type="dxa"/>
            <w:shd w:val="clear" w:color="auto" w:fill="FFFFFF"/>
          </w:tcPr>
          <w:p w14:paraId="5B9010C0" w14:textId="77777777" w:rsidR="00000B84" w:rsidRDefault="00000000">
            <w:pPr>
              <w:pStyle w:val="TableText"/>
            </w:pPr>
            <w:r>
              <w:t>5077 / 5078</w:t>
            </w:r>
          </w:p>
        </w:tc>
        <w:tc>
          <w:tcPr>
            <w:tcW w:w="4630" w:type="dxa"/>
            <w:shd w:val="clear" w:color="auto" w:fill="FFFFFF"/>
          </w:tcPr>
          <w:p w14:paraId="40DF7908" w14:textId="77777777" w:rsidR="00000B84" w:rsidRDefault="00000000">
            <w:pPr>
              <w:pStyle w:val="TableText"/>
            </w:pPr>
            <w:r>
              <w:t>Sheyla Francisco Basílio Malumbila</w:t>
            </w:r>
          </w:p>
        </w:tc>
        <w:tc>
          <w:tcPr>
            <w:tcW w:w="4110" w:type="dxa"/>
            <w:shd w:val="clear" w:color="auto" w:fill="FFFFFF"/>
          </w:tcPr>
          <w:p w14:paraId="5832F53B" w14:textId="77777777" w:rsidR="00000B84" w:rsidRDefault="00000000">
            <w:pPr>
              <w:pStyle w:val="TableText"/>
            </w:pPr>
            <w:r>
              <w:t>Sheyla Francisco Malumbila</w:t>
            </w:r>
          </w:p>
        </w:tc>
      </w:tr>
      <w:tr w:rsidR="00000B84" w14:paraId="6DF93173" w14:textId="77777777">
        <w:trPr>
          <w:cantSplit/>
        </w:trPr>
        <w:tc>
          <w:tcPr>
            <w:tcW w:w="1406" w:type="dxa"/>
            <w:shd w:val="clear" w:color="auto" w:fill="F0F5F2"/>
          </w:tcPr>
          <w:p w14:paraId="56BCDB19" w14:textId="77777777" w:rsidR="00000B84" w:rsidRDefault="00000000">
            <w:pPr>
              <w:pStyle w:val="TableText"/>
            </w:pPr>
            <w:r>
              <w:t>5111 / 5112</w:t>
            </w:r>
          </w:p>
        </w:tc>
        <w:tc>
          <w:tcPr>
            <w:tcW w:w="4630" w:type="dxa"/>
            <w:shd w:val="clear" w:color="auto" w:fill="F0F5F2"/>
          </w:tcPr>
          <w:p w14:paraId="262E2A78" w14:textId="77777777" w:rsidR="00000B84" w:rsidRDefault="00000000">
            <w:pPr>
              <w:pStyle w:val="TableText"/>
            </w:pPr>
            <w:r>
              <w:t>Silvia Claudino Alfredo Máquina</w:t>
            </w:r>
          </w:p>
        </w:tc>
        <w:tc>
          <w:tcPr>
            <w:tcW w:w="4110" w:type="dxa"/>
            <w:shd w:val="clear" w:color="auto" w:fill="F0F5F2"/>
          </w:tcPr>
          <w:p w14:paraId="54201602" w14:textId="77777777" w:rsidR="00000B84" w:rsidRDefault="00000000">
            <w:pPr>
              <w:pStyle w:val="TableText"/>
            </w:pPr>
            <w:r>
              <w:t>Silvia Claudino Máquina</w:t>
            </w:r>
          </w:p>
        </w:tc>
      </w:tr>
      <w:tr w:rsidR="00000B84" w14:paraId="69AF0753" w14:textId="77777777">
        <w:trPr>
          <w:cantSplit/>
        </w:trPr>
        <w:tc>
          <w:tcPr>
            <w:tcW w:w="1406" w:type="dxa"/>
            <w:shd w:val="clear" w:color="auto" w:fill="FFFFFF"/>
          </w:tcPr>
          <w:p w14:paraId="0BEB0A1B" w14:textId="77777777" w:rsidR="00000B84" w:rsidRDefault="00000000">
            <w:pPr>
              <w:pStyle w:val="TableText"/>
            </w:pPr>
            <w:r>
              <w:t>5132 / 5133</w:t>
            </w:r>
          </w:p>
        </w:tc>
        <w:tc>
          <w:tcPr>
            <w:tcW w:w="4630" w:type="dxa"/>
            <w:shd w:val="clear" w:color="auto" w:fill="FFFFFF"/>
          </w:tcPr>
          <w:p w14:paraId="52EF7511" w14:textId="77777777" w:rsidR="00000B84" w:rsidRDefault="00000000">
            <w:pPr>
              <w:pStyle w:val="TableText"/>
            </w:pPr>
            <w:r>
              <w:t>Simitha Ozorio Simitha Ozorio José</w:t>
            </w:r>
          </w:p>
        </w:tc>
        <w:tc>
          <w:tcPr>
            <w:tcW w:w="4110" w:type="dxa"/>
            <w:shd w:val="clear" w:color="auto" w:fill="FFFFFF"/>
          </w:tcPr>
          <w:p w14:paraId="476ADD0D" w14:textId="77777777" w:rsidR="00000B84" w:rsidRDefault="00000000">
            <w:pPr>
              <w:pStyle w:val="TableText"/>
            </w:pPr>
            <w:r>
              <w:t>Simitha Ozorio José</w:t>
            </w:r>
          </w:p>
        </w:tc>
      </w:tr>
      <w:tr w:rsidR="00000B84" w14:paraId="6894E105" w14:textId="77777777">
        <w:trPr>
          <w:cantSplit/>
        </w:trPr>
        <w:tc>
          <w:tcPr>
            <w:tcW w:w="1406" w:type="dxa"/>
            <w:shd w:val="clear" w:color="auto" w:fill="F0F5F2"/>
          </w:tcPr>
          <w:p w14:paraId="7AB8DF8E" w14:textId="77777777" w:rsidR="00000B84" w:rsidRDefault="00000000">
            <w:pPr>
              <w:pStyle w:val="TableText"/>
            </w:pPr>
            <w:r>
              <w:t>5133 / 5134</w:t>
            </w:r>
          </w:p>
        </w:tc>
        <w:tc>
          <w:tcPr>
            <w:tcW w:w="4630" w:type="dxa"/>
            <w:shd w:val="clear" w:color="auto" w:fill="F0F5F2"/>
          </w:tcPr>
          <w:p w14:paraId="216533B6" w14:textId="77777777" w:rsidR="00000B84" w:rsidRDefault="00000000">
            <w:pPr>
              <w:pStyle w:val="TableText"/>
            </w:pPr>
            <w:r>
              <w:t>Sinceridade Alberto Setumane Wandal</w:t>
            </w:r>
          </w:p>
        </w:tc>
        <w:tc>
          <w:tcPr>
            <w:tcW w:w="4110" w:type="dxa"/>
            <w:shd w:val="clear" w:color="auto" w:fill="F0F5F2"/>
          </w:tcPr>
          <w:p w14:paraId="427DA0F6" w14:textId="77777777" w:rsidR="00000B84" w:rsidRDefault="00000000">
            <w:pPr>
              <w:pStyle w:val="TableText"/>
            </w:pPr>
            <w:r>
              <w:t>Sinceridade Alberto Wandal</w:t>
            </w:r>
          </w:p>
        </w:tc>
      </w:tr>
      <w:tr w:rsidR="00000B84" w14:paraId="41DC894E" w14:textId="77777777">
        <w:trPr>
          <w:cantSplit/>
        </w:trPr>
        <w:tc>
          <w:tcPr>
            <w:tcW w:w="1406" w:type="dxa"/>
            <w:shd w:val="clear" w:color="auto" w:fill="FFFFFF"/>
          </w:tcPr>
          <w:p w14:paraId="32896CFC" w14:textId="77777777" w:rsidR="00000B84" w:rsidRDefault="00000000">
            <w:pPr>
              <w:pStyle w:val="TableText"/>
            </w:pPr>
            <w:r>
              <w:t>5161 / 5162</w:t>
            </w:r>
          </w:p>
        </w:tc>
        <w:tc>
          <w:tcPr>
            <w:tcW w:w="4630" w:type="dxa"/>
            <w:shd w:val="clear" w:color="auto" w:fill="FFFFFF"/>
          </w:tcPr>
          <w:p w14:paraId="5D26D62A" w14:textId="77777777" w:rsidR="00000B84" w:rsidRDefault="00000000">
            <w:pPr>
              <w:pStyle w:val="TableText"/>
            </w:pPr>
            <w:r>
              <w:t>Solene Da Sandra Ermeliano Lourenço</w:t>
            </w:r>
          </w:p>
        </w:tc>
        <w:tc>
          <w:tcPr>
            <w:tcW w:w="4110" w:type="dxa"/>
            <w:shd w:val="clear" w:color="auto" w:fill="FFFFFF"/>
          </w:tcPr>
          <w:p w14:paraId="35F2E233" w14:textId="77777777" w:rsidR="00000B84" w:rsidRDefault="00000000">
            <w:pPr>
              <w:pStyle w:val="TableText"/>
            </w:pPr>
            <w:r>
              <w:t>Solene Da Sandra Lourenço</w:t>
            </w:r>
          </w:p>
        </w:tc>
      </w:tr>
      <w:tr w:rsidR="00000B84" w14:paraId="7D316C45" w14:textId="77777777">
        <w:trPr>
          <w:cantSplit/>
        </w:trPr>
        <w:tc>
          <w:tcPr>
            <w:tcW w:w="1406" w:type="dxa"/>
            <w:shd w:val="clear" w:color="auto" w:fill="F0F5F2"/>
          </w:tcPr>
          <w:p w14:paraId="448C59D1" w14:textId="77777777" w:rsidR="00000B84" w:rsidRDefault="00000000">
            <w:pPr>
              <w:pStyle w:val="TableText"/>
            </w:pPr>
            <w:r>
              <w:t>5175 / 5176</w:t>
            </w:r>
          </w:p>
        </w:tc>
        <w:tc>
          <w:tcPr>
            <w:tcW w:w="4630" w:type="dxa"/>
            <w:shd w:val="clear" w:color="auto" w:fill="F0F5F2"/>
          </w:tcPr>
          <w:p w14:paraId="575E70A7" w14:textId="77777777" w:rsidR="00000B84" w:rsidRDefault="00000000">
            <w:pPr>
              <w:pStyle w:val="TableText"/>
            </w:pPr>
            <w:r>
              <w:t>Sónia Daniel Francisco Marquesa</w:t>
            </w:r>
          </w:p>
        </w:tc>
        <w:tc>
          <w:tcPr>
            <w:tcW w:w="4110" w:type="dxa"/>
            <w:shd w:val="clear" w:color="auto" w:fill="F0F5F2"/>
          </w:tcPr>
          <w:p w14:paraId="5D14ACAE" w14:textId="77777777" w:rsidR="00000B84" w:rsidRDefault="00000000">
            <w:pPr>
              <w:pStyle w:val="TableText"/>
            </w:pPr>
            <w:r>
              <w:t>Sónia Daniel Marquesa</w:t>
            </w:r>
          </w:p>
        </w:tc>
      </w:tr>
      <w:tr w:rsidR="00000B84" w14:paraId="225CC3F1" w14:textId="77777777">
        <w:trPr>
          <w:cantSplit/>
        </w:trPr>
        <w:tc>
          <w:tcPr>
            <w:tcW w:w="1406" w:type="dxa"/>
            <w:shd w:val="clear" w:color="auto" w:fill="FFFFFF"/>
          </w:tcPr>
          <w:p w14:paraId="6C1383D5" w14:textId="77777777" w:rsidR="00000B84" w:rsidRDefault="00000000">
            <w:pPr>
              <w:pStyle w:val="TableText"/>
            </w:pPr>
            <w:r>
              <w:t>5184 / 5185</w:t>
            </w:r>
          </w:p>
        </w:tc>
        <w:tc>
          <w:tcPr>
            <w:tcW w:w="4630" w:type="dxa"/>
            <w:shd w:val="clear" w:color="auto" w:fill="FFFFFF"/>
          </w:tcPr>
          <w:p w14:paraId="43B56A74" w14:textId="77777777" w:rsidR="00000B84" w:rsidRDefault="00000000">
            <w:pPr>
              <w:pStyle w:val="TableText"/>
            </w:pPr>
            <w:r>
              <w:t>Sônia Horácio Joaquim Horácio Joaquim</w:t>
            </w:r>
          </w:p>
        </w:tc>
        <w:tc>
          <w:tcPr>
            <w:tcW w:w="4110" w:type="dxa"/>
            <w:shd w:val="clear" w:color="auto" w:fill="FFFFFF"/>
          </w:tcPr>
          <w:p w14:paraId="21C1C985" w14:textId="77777777" w:rsidR="00000B84" w:rsidRDefault="00000000">
            <w:pPr>
              <w:pStyle w:val="TableText"/>
            </w:pPr>
            <w:r>
              <w:t>Sônia Horácio Joaquim</w:t>
            </w:r>
          </w:p>
        </w:tc>
      </w:tr>
      <w:tr w:rsidR="00000B84" w14:paraId="4E5B69F8" w14:textId="77777777">
        <w:trPr>
          <w:cantSplit/>
        </w:trPr>
        <w:tc>
          <w:tcPr>
            <w:tcW w:w="1406" w:type="dxa"/>
            <w:shd w:val="clear" w:color="auto" w:fill="F0F5F2"/>
          </w:tcPr>
          <w:p w14:paraId="5BD5B91C" w14:textId="77777777" w:rsidR="00000B84" w:rsidRDefault="00000000">
            <w:pPr>
              <w:pStyle w:val="TableText"/>
            </w:pPr>
            <w:r>
              <w:t>5192 / 5193</w:t>
            </w:r>
          </w:p>
        </w:tc>
        <w:tc>
          <w:tcPr>
            <w:tcW w:w="4630" w:type="dxa"/>
            <w:shd w:val="clear" w:color="auto" w:fill="F0F5F2"/>
          </w:tcPr>
          <w:p w14:paraId="312B48BB" w14:textId="77777777" w:rsidR="00000B84" w:rsidRDefault="00000000">
            <w:pPr>
              <w:pStyle w:val="TableText"/>
            </w:pPr>
            <w:r>
              <w:t>Sonia Mateus Da Silva Noronha</w:t>
            </w:r>
          </w:p>
        </w:tc>
        <w:tc>
          <w:tcPr>
            <w:tcW w:w="4110" w:type="dxa"/>
            <w:shd w:val="clear" w:color="auto" w:fill="F0F5F2"/>
          </w:tcPr>
          <w:p w14:paraId="6491F470" w14:textId="77777777" w:rsidR="00000B84" w:rsidRDefault="00000000">
            <w:pPr>
              <w:pStyle w:val="TableText"/>
            </w:pPr>
            <w:r>
              <w:t>Sonia Mateus Noronha</w:t>
            </w:r>
          </w:p>
        </w:tc>
      </w:tr>
      <w:tr w:rsidR="00000B84" w14:paraId="4DC72172" w14:textId="77777777">
        <w:trPr>
          <w:cantSplit/>
        </w:trPr>
        <w:tc>
          <w:tcPr>
            <w:tcW w:w="1406" w:type="dxa"/>
            <w:shd w:val="clear" w:color="auto" w:fill="FFFFFF"/>
          </w:tcPr>
          <w:p w14:paraId="23FD1D8C" w14:textId="77777777" w:rsidR="00000B84" w:rsidRDefault="00000000">
            <w:pPr>
              <w:pStyle w:val="TableText"/>
            </w:pPr>
            <w:r>
              <w:t>5221 / 5222</w:t>
            </w:r>
          </w:p>
        </w:tc>
        <w:tc>
          <w:tcPr>
            <w:tcW w:w="4630" w:type="dxa"/>
            <w:shd w:val="clear" w:color="auto" w:fill="FFFFFF"/>
          </w:tcPr>
          <w:p w14:paraId="40633E27" w14:textId="77777777" w:rsidR="00000B84" w:rsidRDefault="00000000">
            <w:pPr>
              <w:pStyle w:val="TableText"/>
            </w:pPr>
            <w:r>
              <w:t>Stela Olimpio Stela Olímpio Artur Amiravoamala</w:t>
            </w:r>
          </w:p>
        </w:tc>
        <w:tc>
          <w:tcPr>
            <w:tcW w:w="4110" w:type="dxa"/>
            <w:shd w:val="clear" w:color="auto" w:fill="FFFFFF"/>
          </w:tcPr>
          <w:p w14:paraId="3A544425" w14:textId="77777777" w:rsidR="00000B84" w:rsidRDefault="00000000">
            <w:pPr>
              <w:pStyle w:val="TableText"/>
            </w:pPr>
            <w:r>
              <w:t>Stela Olimpio Amiravoamala</w:t>
            </w:r>
          </w:p>
        </w:tc>
      </w:tr>
      <w:tr w:rsidR="00000B84" w14:paraId="1A8D5D72" w14:textId="77777777">
        <w:trPr>
          <w:cantSplit/>
        </w:trPr>
        <w:tc>
          <w:tcPr>
            <w:tcW w:w="1406" w:type="dxa"/>
            <w:shd w:val="clear" w:color="auto" w:fill="F0F5F2"/>
          </w:tcPr>
          <w:p w14:paraId="6B5B02BB" w14:textId="77777777" w:rsidR="00000B84" w:rsidRDefault="00000000">
            <w:pPr>
              <w:pStyle w:val="TableText"/>
            </w:pPr>
            <w:r>
              <w:t>5227 / 5228</w:t>
            </w:r>
          </w:p>
        </w:tc>
        <w:tc>
          <w:tcPr>
            <w:tcW w:w="4630" w:type="dxa"/>
            <w:shd w:val="clear" w:color="auto" w:fill="F0F5F2"/>
          </w:tcPr>
          <w:p w14:paraId="1D84A47D" w14:textId="77777777" w:rsidR="00000B84" w:rsidRDefault="00000000">
            <w:pPr>
              <w:pStyle w:val="TableText"/>
            </w:pPr>
            <w:r>
              <w:t>Stella Manuel De Minrage Chapepa</w:t>
            </w:r>
          </w:p>
        </w:tc>
        <w:tc>
          <w:tcPr>
            <w:tcW w:w="4110" w:type="dxa"/>
            <w:shd w:val="clear" w:color="auto" w:fill="F0F5F2"/>
          </w:tcPr>
          <w:p w14:paraId="04A72043" w14:textId="77777777" w:rsidR="00000B84" w:rsidRDefault="00000000">
            <w:pPr>
              <w:pStyle w:val="TableText"/>
            </w:pPr>
            <w:r>
              <w:t>Stella Manuel Chapepa</w:t>
            </w:r>
          </w:p>
        </w:tc>
      </w:tr>
      <w:tr w:rsidR="00000B84" w14:paraId="47F8C88E" w14:textId="77777777">
        <w:trPr>
          <w:cantSplit/>
        </w:trPr>
        <w:tc>
          <w:tcPr>
            <w:tcW w:w="1406" w:type="dxa"/>
            <w:shd w:val="clear" w:color="auto" w:fill="FFFFFF"/>
          </w:tcPr>
          <w:p w14:paraId="3C468D3F" w14:textId="77777777" w:rsidR="00000B84" w:rsidRDefault="00000000">
            <w:pPr>
              <w:pStyle w:val="TableText"/>
            </w:pPr>
            <w:r>
              <w:t>5232 / 5233</w:t>
            </w:r>
          </w:p>
        </w:tc>
        <w:tc>
          <w:tcPr>
            <w:tcW w:w="4630" w:type="dxa"/>
            <w:shd w:val="clear" w:color="auto" w:fill="FFFFFF"/>
          </w:tcPr>
          <w:p w14:paraId="79A57184" w14:textId="77777777" w:rsidR="00000B84" w:rsidRDefault="00000000">
            <w:pPr>
              <w:pStyle w:val="TableText"/>
            </w:pPr>
            <w:r>
              <w:t>Suhura Camilo Ramadane Abdala</w:t>
            </w:r>
          </w:p>
        </w:tc>
        <w:tc>
          <w:tcPr>
            <w:tcW w:w="4110" w:type="dxa"/>
            <w:shd w:val="clear" w:color="auto" w:fill="FFFFFF"/>
          </w:tcPr>
          <w:p w14:paraId="5B00C7AB" w14:textId="77777777" w:rsidR="00000B84" w:rsidRDefault="00000000">
            <w:pPr>
              <w:pStyle w:val="TableText"/>
            </w:pPr>
            <w:r>
              <w:t>Suhura Camilo Abdala</w:t>
            </w:r>
          </w:p>
        </w:tc>
      </w:tr>
      <w:tr w:rsidR="00000B84" w14:paraId="6194773E" w14:textId="77777777">
        <w:trPr>
          <w:cantSplit/>
        </w:trPr>
        <w:tc>
          <w:tcPr>
            <w:tcW w:w="1406" w:type="dxa"/>
            <w:shd w:val="clear" w:color="auto" w:fill="F0F5F2"/>
          </w:tcPr>
          <w:p w14:paraId="2E32DCD5" w14:textId="77777777" w:rsidR="00000B84" w:rsidRDefault="00000000">
            <w:pPr>
              <w:pStyle w:val="TableText"/>
            </w:pPr>
            <w:r>
              <w:t>5255 / 5256</w:t>
            </w:r>
          </w:p>
        </w:tc>
        <w:tc>
          <w:tcPr>
            <w:tcW w:w="4630" w:type="dxa"/>
            <w:shd w:val="clear" w:color="auto" w:fill="F0F5F2"/>
          </w:tcPr>
          <w:p w14:paraId="704EAAC5" w14:textId="77777777" w:rsidR="00000B84" w:rsidRDefault="00000000">
            <w:pPr>
              <w:pStyle w:val="TableText"/>
            </w:pPr>
            <w:r>
              <w:t>Suzana Abilio Suzana Abilio Antonio</w:t>
            </w:r>
          </w:p>
        </w:tc>
        <w:tc>
          <w:tcPr>
            <w:tcW w:w="4110" w:type="dxa"/>
            <w:shd w:val="clear" w:color="auto" w:fill="F0F5F2"/>
          </w:tcPr>
          <w:p w14:paraId="14FA4E24" w14:textId="77777777" w:rsidR="00000B84" w:rsidRDefault="00000000">
            <w:pPr>
              <w:pStyle w:val="TableText"/>
            </w:pPr>
            <w:r>
              <w:t>Suzana Abilio Antonio</w:t>
            </w:r>
          </w:p>
        </w:tc>
      </w:tr>
      <w:tr w:rsidR="00000B84" w14:paraId="6C9F496E" w14:textId="77777777">
        <w:trPr>
          <w:cantSplit/>
        </w:trPr>
        <w:tc>
          <w:tcPr>
            <w:tcW w:w="1406" w:type="dxa"/>
            <w:shd w:val="clear" w:color="auto" w:fill="FFFFFF"/>
          </w:tcPr>
          <w:p w14:paraId="17AF8042" w14:textId="77777777" w:rsidR="00000B84" w:rsidRDefault="00000000">
            <w:pPr>
              <w:pStyle w:val="TableText"/>
            </w:pPr>
            <w:r>
              <w:t>5267 / 5268</w:t>
            </w:r>
          </w:p>
        </w:tc>
        <w:tc>
          <w:tcPr>
            <w:tcW w:w="4630" w:type="dxa"/>
            <w:shd w:val="clear" w:color="auto" w:fill="FFFFFF"/>
          </w:tcPr>
          <w:p w14:paraId="42D82BAF" w14:textId="77777777" w:rsidR="00000B84" w:rsidRDefault="00000000">
            <w:pPr>
              <w:pStyle w:val="TableText"/>
            </w:pPr>
            <w:r>
              <w:t>Suzana Issufo Suzana Issufo Abdul Selemane</w:t>
            </w:r>
          </w:p>
        </w:tc>
        <w:tc>
          <w:tcPr>
            <w:tcW w:w="4110" w:type="dxa"/>
            <w:shd w:val="clear" w:color="auto" w:fill="FFFFFF"/>
          </w:tcPr>
          <w:p w14:paraId="7A10ABE4" w14:textId="77777777" w:rsidR="00000B84" w:rsidRDefault="00000000">
            <w:pPr>
              <w:pStyle w:val="TableText"/>
            </w:pPr>
            <w:r>
              <w:t>Suzana Issufo Selemane</w:t>
            </w:r>
          </w:p>
        </w:tc>
      </w:tr>
      <w:tr w:rsidR="00000B84" w14:paraId="26B4F65F" w14:textId="77777777">
        <w:trPr>
          <w:cantSplit/>
        </w:trPr>
        <w:tc>
          <w:tcPr>
            <w:tcW w:w="1406" w:type="dxa"/>
            <w:shd w:val="clear" w:color="auto" w:fill="F0F5F2"/>
          </w:tcPr>
          <w:p w14:paraId="35D0E7B0" w14:textId="77777777" w:rsidR="00000B84" w:rsidRDefault="00000000">
            <w:pPr>
              <w:pStyle w:val="TableText"/>
            </w:pPr>
            <w:r>
              <w:t>5279 / 5280</w:t>
            </w:r>
          </w:p>
        </w:tc>
        <w:tc>
          <w:tcPr>
            <w:tcW w:w="4630" w:type="dxa"/>
            <w:shd w:val="clear" w:color="auto" w:fill="F0F5F2"/>
          </w:tcPr>
          <w:p w14:paraId="2A5525FA" w14:textId="77777777" w:rsidR="00000B84" w:rsidRDefault="00000000">
            <w:pPr>
              <w:pStyle w:val="TableText"/>
            </w:pPr>
            <w:r>
              <w:t>Suzete Alfândega Suzete Alfândega Bernardo</w:t>
            </w:r>
          </w:p>
        </w:tc>
        <w:tc>
          <w:tcPr>
            <w:tcW w:w="4110" w:type="dxa"/>
            <w:shd w:val="clear" w:color="auto" w:fill="F0F5F2"/>
          </w:tcPr>
          <w:p w14:paraId="1F9EB5E6" w14:textId="77777777" w:rsidR="00000B84" w:rsidRDefault="00000000">
            <w:pPr>
              <w:pStyle w:val="TableText"/>
            </w:pPr>
            <w:r>
              <w:t>Suzete Alfândega Bernardo</w:t>
            </w:r>
          </w:p>
        </w:tc>
      </w:tr>
      <w:tr w:rsidR="00000B84" w14:paraId="5CB45227" w14:textId="77777777">
        <w:trPr>
          <w:cantSplit/>
        </w:trPr>
        <w:tc>
          <w:tcPr>
            <w:tcW w:w="1406" w:type="dxa"/>
            <w:shd w:val="clear" w:color="auto" w:fill="FFFFFF"/>
          </w:tcPr>
          <w:p w14:paraId="075C6EBC" w14:textId="77777777" w:rsidR="00000B84" w:rsidRDefault="00000000">
            <w:pPr>
              <w:pStyle w:val="TableText"/>
            </w:pPr>
            <w:r>
              <w:t>5288 / 5289</w:t>
            </w:r>
          </w:p>
        </w:tc>
        <w:tc>
          <w:tcPr>
            <w:tcW w:w="4630" w:type="dxa"/>
            <w:shd w:val="clear" w:color="auto" w:fill="FFFFFF"/>
          </w:tcPr>
          <w:p w14:paraId="0010DC12" w14:textId="77777777" w:rsidR="00000B84" w:rsidRDefault="00000000">
            <w:pPr>
              <w:pStyle w:val="TableText"/>
            </w:pPr>
            <w:r>
              <w:t>Suzete Mário Vicente Mentiroso Malala</w:t>
            </w:r>
          </w:p>
        </w:tc>
        <w:tc>
          <w:tcPr>
            <w:tcW w:w="4110" w:type="dxa"/>
            <w:shd w:val="clear" w:color="auto" w:fill="FFFFFF"/>
          </w:tcPr>
          <w:p w14:paraId="21D753BE" w14:textId="77777777" w:rsidR="00000B84" w:rsidRDefault="00000000">
            <w:pPr>
              <w:pStyle w:val="TableText"/>
            </w:pPr>
            <w:r>
              <w:t>Suzete Mário Malala</w:t>
            </w:r>
          </w:p>
        </w:tc>
      </w:tr>
      <w:tr w:rsidR="00000B84" w14:paraId="6E16DA75" w14:textId="77777777">
        <w:trPr>
          <w:cantSplit/>
        </w:trPr>
        <w:tc>
          <w:tcPr>
            <w:tcW w:w="1406" w:type="dxa"/>
            <w:shd w:val="clear" w:color="auto" w:fill="F0F5F2"/>
          </w:tcPr>
          <w:p w14:paraId="0CC07724" w14:textId="77777777" w:rsidR="00000B84" w:rsidRDefault="00000000">
            <w:pPr>
              <w:pStyle w:val="TableText"/>
            </w:pPr>
            <w:r>
              <w:t>5302 / 5303</w:t>
            </w:r>
          </w:p>
        </w:tc>
        <w:tc>
          <w:tcPr>
            <w:tcW w:w="4630" w:type="dxa"/>
            <w:shd w:val="clear" w:color="auto" w:fill="F0F5F2"/>
          </w:tcPr>
          <w:p w14:paraId="4EA752CE" w14:textId="77777777" w:rsidR="00000B84" w:rsidRDefault="00000000">
            <w:pPr>
              <w:pStyle w:val="TableText"/>
            </w:pPr>
            <w:r>
              <w:t>Tamara Lisandra Machado Da Costa</w:t>
            </w:r>
          </w:p>
        </w:tc>
        <w:tc>
          <w:tcPr>
            <w:tcW w:w="4110" w:type="dxa"/>
            <w:shd w:val="clear" w:color="auto" w:fill="F0F5F2"/>
          </w:tcPr>
          <w:p w14:paraId="0420818E" w14:textId="77777777" w:rsidR="00000B84" w:rsidRDefault="00000000">
            <w:pPr>
              <w:pStyle w:val="TableText"/>
            </w:pPr>
            <w:r>
              <w:t>Tamara Lisandra Da Costa</w:t>
            </w:r>
          </w:p>
        </w:tc>
      </w:tr>
      <w:tr w:rsidR="00000B84" w14:paraId="6C93C34B" w14:textId="77777777">
        <w:trPr>
          <w:cantSplit/>
        </w:trPr>
        <w:tc>
          <w:tcPr>
            <w:tcW w:w="1406" w:type="dxa"/>
            <w:shd w:val="clear" w:color="auto" w:fill="FFFFFF"/>
          </w:tcPr>
          <w:p w14:paraId="7DC7AB58" w14:textId="77777777" w:rsidR="00000B84" w:rsidRDefault="00000000">
            <w:pPr>
              <w:pStyle w:val="TableText"/>
            </w:pPr>
            <w:r>
              <w:t>5322 / 5323</w:t>
            </w:r>
          </w:p>
        </w:tc>
        <w:tc>
          <w:tcPr>
            <w:tcW w:w="4630" w:type="dxa"/>
            <w:shd w:val="clear" w:color="auto" w:fill="FFFFFF"/>
          </w:tcPr>
          <w:p w14:paraId="70053E16" w14:textId="77777777" w:rsidR="00000B84" w:rsidRDefault="00000000">
            <w:pPr>
              <w:pStyle w:val="TableText"/>
            </w:pPr>
            <w:r>
              <w:t>Tânia Luís Bernardo Tânia Luís Bernardo Mendes</w:t>
            </w:r>
          </w:p>
        </w:tc>
        <w:tc>
          <w:tcPr>
            <w:tcW w:w="4110" w:type="dxa"/>
            <w:shd w:val="clear" w:color="auto" w:fill="FFFFFF"/>
          </w:tcPr>
          <w:p w14:paraId="142BBA38" w14:textId="77777777" w:rsidR="00000B84" w:rsidRDefault="00000000">
            <w:pPr>
              <w:pStyle w:val="TableText"/>
            </w:pPr>
            <w:r>
              <w:t>Tânia Luís Mendes</w:t>
            </w:r>
          </w:p>
        </w:tc>
      </w:tr>
      <w:tr w:rsidR="00000B84" w14:paraId="2BA32E41" w14:textId="77777777">
        <w:trPr>
          <w:cantSplit/>
        </w:trPr>
        <w:tc>
          <w:tcPr>
            <w:tcW w:w="1406" w:type="dxa"/>
            <w:shd w:val="clear" w:color="auto" w:fill="F0F5F2"/>
          </w:tcPr>
          <w:p w14:paraId="7BB802FD" w14:textId="77777777" w:rsidR="00000B84" w:rsidRDefault="00000000">
            <w:pPr>
              <w:pStyle w:val="TableText"/>
            </w:pPr>
            <w:r>
              <w:t>5327 / 5328</w:t>
            </w:r>
          </w:p>
        </w:tc>
        <w:tc>
          <w:tcPr>
            <w:tcW w:w="4630" w:type="dxa"/>
            <w:shd w:val="clear" w:color="auto" w:fill="F0F5F2"/>
          </w:tcPr>
          <w:p w14:paraId="5D578FBB" w14:textId="77777777" w:rsidR="00000B84" w:rsidRDefault="00000000">
            <w:pPr>
              <w:pStyle w:val="TableText"/>
            </w:pPr>
            <w:r>
              <w:t>Tânia Sangulane Saguate Chigonde</w:t>
            </w:r>
          </w:p>
        </w:tc>
        <w:tc>
          <w:tcPr>
            <w:tcW w:w="4110" w:type="dxa"/>
            <w:shd w:val="clear" w:color="auto" w:fill="F0F5F2"/>
          </w:tcPr>
          <w:p w14:paraId="0331E176" w14:textId="77777777" w:rsidR="00000B84" w:rsidRDefault="00000000">
            <w:pPr>
              <w:pStyle w:val="TableText"/>
            </w:pPr>
            <w:r>
              <w:t>Tânia Sangulane Chigonde</w:t>
            </w:r>
          </w:p>
        </w:tc>
      </w:tr>
      <w:tr w:rsidR="00000B84" w14:paraId="1E95B468" w14:textId="77777777">
        <w:trPr>
          <w:cantSplit/>
        </w:trPr>
        <w:tc>
          <w:tcPr>
            <w:tcW w:w="1406" w:type="dxa"/>
            <w:shd w:val="clear" w:color="auto" w:fill="FFFFFF"/>
          </w:tcPr>
          <w:p w14:paraId="2E324AE9" w14:textId="77777777" w:rsidR="00000B84" w:rsidRDefault="00000000">
            <w:pPr>
              <w:pStyle w:val="TableText"/>
            </w:pPr>
            <w:r>
              <w:t>5336 / 5337</w:t>
            </w:r>
          </w:p>
        </w:tc>
        <w:tc>
          <w:tcPr>
            <w:tcW w:w="4630" w:type="dxa"/>
            <w:shd w:val="clear" w:color="auto" w:fill="FFFFFF"/>
          </w:tcPr>
          <w:p w14:paraId="5A708836" w14:textId="77777777" w:rsidR="00000B84" w:rsidRDefault="00000000">
            <w:pPr>
              <w:pStyle w:val="TableText"/>
            </w:pPr>
            <w:r>
              <w:t>Tapsin Da Cecília Fernando Domingo</w:t>
            </w:r>
          </w:p>
        </w:tc>
        <w:tc>
          <w:tcPr>
            <w:tcW w:w="4110" w:type="dxa"/>
            <w:shd w:val="clear" w:color="auto" w:fill="FFFFFF"/>
          </w:tcPr>
          <w:p w14:paraId="2A2668F8" w14:textId="77777777" w:rsidR="00000B84" w:rsidRDefault="00000000">
            <w:pPr>
              <w:pStyle w:val="TableText"/>
            </w:pPr>
            <w:r>
              <w:t>Tapsin Da Cecília Domingo</w:t>
            </w:r>
          </w:p>
        </w:tc>
      </w:tr>
      <w:tr w:rsidR="00000B84" w14:paraId="19C7ABD4" w14:textId="77777777">
        <w:trPr>
          <w:cantSplit/>
        </w:trPr>
        <w:tc>
          <w:tcPr>
            <w:tcW w:w="1406" w:type="dxa"/>
            <w:shd w:val="clear" w:color="auto" w:fill="F0F5F2"/>
          </w:tcPr>
          <w:p w14:paraId="7036CA1A" w14:textId="77777777" w:rsidR="00000B84" w:rsidRDefault="00000000">
            <w:pPr>
              <w:pStyle w:val="TableText"/>
            </w:pPr>
            <w:r>
              <w:t>5353 / 5354</w:t>
            </w:r>
          </w:p>
        </w:tc>
        <w:tc>
          <w:tcPr>
            <w:tcW w:w="4630" w:type="dxa"/>
            <w:shd w:val="clear" w:color="auto" w:fill="F0F5F2"/>
          </w:tcPr>
          <w:p w14:paraId="00F43CDD" w14:textId="77777777" w:rsidR="00000B84" w:rsidRDefault="00000000">
            <w:pPr>
              <w:pStyle w:val="TableText"/>
            </w:pPr>
            <w:r>
              <w:t>Tatiana Jotamo Patricio Sassamanja</w:t>
            </w:r>
          </w:p>
        </w:tc>
        <w:tc>
          <w:tcPr>
            <w:tcW w:w="4110" w:type="dxa"/>
            <w:shd w:val="clear" w:color="auto" w:fill="F0F5F2"/>
          </w:tcPr>
          <w:p w14:paraId="34CF8FAD" w14:textId="77777777" w:rsidR="00000B84" w:rsidRDefault="00000000">
            <w:pPr>
              <w:pStyle w:val="TableText"/>
            </w:pPr>
            <w:r>
              <w:t>Tatiana Jotamo Sassamanja</w:t>
            </w:r>
          </w:p>
        </w:tc>
      </w:tr>
      <w:tr w:rsidR="00000B84" w14:paraId="061F2B49" w14:textId="77777777">
        <w:trPr>
          <w:cantSplit/>
        </w:trPr>
        <w:tc>
          <w:tcPr>
            <w:tcW w:w="1406" w:type="dxa"/>
            <w:shd w:val="clear" w:color="auto" w:fill="FFFFFF"/>
          </w:tcPr>
          <w:p w14:paraId="1C17AA0A" w14:textId="77777777" w:rsidR="00000B84" w:rsidRDefault="00000000">
            <w:pPr>
              <w:pStyle w:val="TableText"/>
            </w:pPr>
            <w:r>
              <w:t>5376 / 5377</w:t>
            </w:r>
          </w:p>
        </w:tc>
        <w:tc>
          <w:tcPr>
            <w:tcW w:w="4630" w:type="dxa"/>
            <w:shd w:val="clear" w:color="auto" w:fill="FFFFFF"/>
          </w:tcPr>
          <w:p w14:paraId="52E2FE70" w14:textId="77777777" w:rsidR="00000B84" w:rsidRDefault="00000000">
            <w:pPr>
              <w:pStyle w:val="TableText"/>
            </w:pPr>
            <w:r>
              <w:t>Telma Cândido Telma Cândido Morais</w:t>
            </w:r>
          </w:p>
        </w:tc>
        <w:tc>
          <w:tcPr>
            <w:tcW w:w="4110" w:type="dxa"/>
            <w:shd w:val="clear" w:color="auto" w:fill="FFFFFF"/>
          </w:tcPr>
          <w:p w14:paraId="6947E4BE" w14:textId="77777777" w:rsidR="00000B84" w:rsidRDefault="00000000">
            <w:pPr>
              <w:pStyle w:val="TableText"/>
            </w:pPr>
            <w:r>
              <w:t>Telma Cândido Morais</w:t>
            </w:r>
          </w:p>
        </w:tc>
      </w:tr>
      <w:tr w:rsidR="00000B84" w14:paraId="319796E5" w14:textId="77777777">
        <w:trPr>
          <w:cantSplit/>
        </w:trPr>
        <w:tc>
          <w:tcPr>
            <w:tcW w:w="1406" w:type="dxa"/>
            <w:shd w:val="clear" w:color="auto" w:fill="F0F5F2"/>
          </w:tcPr>
          <w:p w14:paraId="74CC5653" w14:textId="77777777" w:rsidR="00000B84" w:rsidRDefault="00000000">
            <w:pPr>
              <w:pStyle w:val="TableText"/>
            </w:pPr>
            <w:r>
              <w:t>5397 / 5398</w:t>
            </w:r>
          </w:p>
        </w:tc>
        <w:tc>
          <w:tcPr>
            <w:tcW w:w="4630" w:type="dxa"/>
            <w:shd w:val="clear" w:color="auto" w:fill="F0F5F2"/>
          </w:tcPr>
          <w:p w14:paraId="5E18A0F1" w14:textId="77777777" w:rsidR="00000B84" w:rsidRDefault="00000000">
            <w:pPr>
              <w:pStyle w:val="TableText"/>
            </w:pPr>
            <w:r>
              <w:t>Teodora Teodora Felizardo Roque Da Silva</w:t>
            </w:r>
          </w:p>
        </w:tc>
        <w:tc>
          <w:tcPr>
            <w:tcW w:w="4110" w:type="dxa"/>
            <w:shd w:val="clear" w:color="auto" w:fill="F0F5F2"/>
          </w:tcPr>
          <w:p w14:paraId="71E321E1" w14:textId="77777777" w:rsidR="00000B84" w:rsidRDefault="00000000">
            <w:pPr>
              <w:pStyle w:val="TableText"/>
            </w:pPr>
            <w:r>
              <w:t>Teodora Teodora Da Silva</w:t>
            </w:r>
          </w:p>
        </w:tc>
      </w:tr>
      <w:tr w:rsidR="00000B84" w14:paraId="7A4343E3" w14:textId="77777777">
        <w:trPr>
          <w:cantSplit/>
        </w:trPr>
        <w:tc>
          <w:tcPr>
            <w:tcW w:w="1406" w:type="dxa"/>
            <w:shd w:val="clear" w:color="auto" w:fill="FFFFFF"/>
          </w:tcPr>
          <w:p w14:paraId="1F84A73C" w14:textId="77777777" w:rsidR="00000B84" w:rsidRDefault="00000000">
            <w:pPr>
              <w:pStyle w:val="TableText"/>
            </w:pPr>
            <w:r>
              <w:t>5415 / 5416</w:t>
            </w:r>
          </w:p>
        </w:tc>
        <w:tc>
          <w:tcPr>
            <w:tcW w:w="4630" w:type="dxa"/>
            <w:shd w:val="clear" w:color="auto" w:fill="FFFFFF"/>
          </w:tcPr>
          <w:p w14:paraId="3F106CAF" w14:textId="77777777" w:rsidR="00000B84" w:rsidRDefault="00000000">
            <w:pPr>
              <w:pStyle w:val="TableText"/>
            </w:pPr>
            <w:r>
              <w:t>Teresa Bernardo Média Bernardo Média</w:t>
            </w:r>
          </w:p>
        </w:tc>
        <w:tc>
          <w:tcPr>
            <w:tcW w:w="4110" w:type="dxa"/>
            <w:shd w:val="clear" w:color="auto" w:fill="FFFFFF"/>
          </w:tcPr>
          <w:p w14:paraId="74263EC7" w14:textId="77777777" w:rsidR="00000B84" w:rsidRDefault="00000000">
            <w:pPr>
              <w:pStyle w:val="TableText"/>
            </w:pPr>
            <w:r>
              <w:t>Teresa Bernardo Média</w:t>
            </w:r>
          </w:p>
        </w:tc>
      </w:tr>
      <w:tr w:rsidR="00000B84" w14:paraId="10C9C24E" w14:textId="77777777">
        <w:trPr>
          <w:cantSplit/>
        </w:trPr>
        <w:tc>
          <w:tcPr>
            <w:tcW w:w="1406" w:type="dxa"/>
            <w:shd w:val="clear" w:color="auto" w:fill="F0F5F2"/>
          </w:tcPr>
          <w:p w14:paraId="01905561" w14:textId="77777777" w:rsidR="00000B84" w:rsidRDefault="00000000">
            <w:pPr>
              <w:pStyle w:val="TableText"/>
            </w:pPr>
            <w:r>
              <w:t>5416 / 5417</w:t>
            </w:r>
          </w:p>
        </w:tc>
        <w:tc>
          <w:tcPr>
            <w:tcW w:w="4630" w:type="dxa"/>
            <w:shd w:val="clear" w:color="auto" w:fill="F0F5F2"/>
          </w:tcPr>
          <w:p w14:paraId="19280BBC" w14:textId="77777777" w:rsidR="00000B84" w:rsidRDefault="00000000">
            <w:pPr>
              <w:pStyle w:val="TableText"/>
            </w:pPr>
            <w:r>
              <w:t>Teresa Bernardo Teresa Bernardo António Ofesse</w:t>
            </w:r>
          </w:p>
        </w:tc>
        <w:tc>
          <w:tcPr>
            <w:tcW w:w="4110" w:type="dxa"/>
            <w:shd w:val="clear" w:color="auto" w:fill="F0F5F2"/>
          </w:tcPr>
          <w:p w14:paraId="3056E631" w14:textId="77777777" w:rsidR="00000B84" w:rsidRDefault="00000000">
            <w:pPr>
              <w:pStyle w:val="TableText"/>
            </w:pPr>
            <w:r>
              <w:t>Teresa Bernardo Ofesse</w:t>
            </w:r>
          </w:p>
        </w:tc>
      </w:tr>
      <w:tr w:rsidR="00000B84" w14:paraId="12F29D3A" w14:textId="77777777">
        <w:trPr>
          <w:cantSplit/>
        </w:trPr>
        <w:tc>
          <w:tcPr>
            <w:tcW w:w="1406" w:type="dxa"/>
            <w:shd w:val="clear" w:color="auto" w:fill="FFFFFF"/>
          </w:tcPr>
          <w:p w14:paraId="272FD3A9" w14:textId="77777777" w:rsidR="00000B84" w:rsidRDefault="00000000">
            <w:pPr>
              <w:pStyle w:val="TableText"/>
            </w:pPr>
            <w:r>
              <w:t>5429 / 5430</w:t>
            </w:r>
          </w:p>
        </w:tc>
        <w:tc>
          <w:tcPr>
            <w:tcW w:w="4630" w:type="dxa"/>
            <w:shd w:val="clear" w:color="auto" w:fill="FFFFFF"/>
          </w:tcPr>
          <w:p w14:paraId="70D7C7C1" w14:textId="77777777" w:rsidR="00000B84" w:rsidRDefault="00000000">
            <w:pPr>
              <w:pStyle w:val="TableText"/>
            </w:pPr>
            <w:r>
              <w:t>Teresa Magido Mohamade Mohamade</w:t>
            </w:r>
          </w:p>
        </w:tc>
        <w:tc>
          <w:tcPr>
            <w:tcW w:w="4110" w:type="dxa"/>
            <w:shd w:val="clear" w:color="auto" w:fill="FFFFFF"/>
          </w:tcPr>
          <w:p w14:paraId="21173901" w14:textId="77777777" w:rsidR="00000B84" w:rsidRDefault="00000000">
            <w:pPr>
              <w:pStyle w:val="TableText"/>
            </w:pPr>
            <w:r>
              <w:t>Teresa Magido Mohamade</w:t>
            </w:r>
          </w:p>
        </w:tc>
      </w:tr>
      <w:tr w:rsidR="00000B84" w14:paraId="16D4FF8A" w14:textId="77777777">
        <w:trPr>
          <w:cantSplit/>
        </w:trPr>
        <w:tc>
          <w:tcPr>
            <w:tcW w:w="1406" w:type="dxa"/>
            <w:shd w:val="clear" w:color="auto" w:fill="F0F5F2"/>
          </w:tcPr>
          <w:p w14:paraId="008686F3" w14:textId="77777777" w:rsidR="00000B84" w:rsidRDefault="00000000">
            <w:pPr>
              <w:pStyle w:val="TableText"/>
            </w:pPr>
            <w:r>
              <w:lastRenderedPageBreak/>
              <w:t>5435 / 5436</w:t>
            </w:r>
          </w:p>
        </w:tc>
        <w:tc>
          <w:tcPr>
            <w:tcW w:w="4630" w:type="dxa"/>
            <w:shd w:val="clear" w:color="auto" w:fill="F0F5F2"/>
          </w:tcPr>
          <w:p w14:paraId="43F3D9B1" w14:textId="77777777" w:rsidR="00000B84" w:rsidRDefault="00000000">
            <w:pPr>
              <w:pStyle w:val="TableText"/>
            </w:pPr>
            <w:r>
              <w:t>Teresa Teresa Egidio Celestino  Gavicho</w:t>
            </w:r>
          </w:p>
        </w:tc>
        <w:tc>
          <w:tcPr>
            <w:tcW w:w="4110" w:type="dxa"/>
            <w:shd w:val="clear" w:color="auto" w:fill="F0F5F2"/>
          </w:tcPr>
          <w:p w14:paraId="7CF324BA" w14:textId="77777777" w:rsidR="00000B84" w:rsidRDefault="00000000">
            <w:pPr>
              <w:pStyle w:val="TableText"/>
            </w:pPr>
            <w:r>
              <w:t>Teresa Teresa Gavicho</w:t>
            </w:r>
          </w:p>
        </w:tc>
      </w:tr>
      <w:tr w:rsidR="00000B84" w14:paraId="6EA81247" w14:textId="77777777">
        <w:trPr>
          <w:cantSplit/>
        </w:trPr>
        <w:tc>
          <w:tcPr>
            <w:tcW w:w="1406" w:type="dxa"/>
            <w:shd w:val="clear" w:color="auto" w:fill="FFFFFF"/>
          </w:tcPr>
          <w:p w14:paraId="045C104D" w14:textId="77777777" w:rsidR="00000B84" w:rsidRDefault="00000000">
            <w:pPr>
              <w:pStyle w:val="TableText"/>
            </w:pPr>
            <w:r>
              <w:t>5437 / 5438</w:t>
            </w:r>
          </w:p>
        </w:tc>
        <w:tc>
          <w:tcPr>
            <w:tcW w:w="4630" w:type="dxa"/>
            <w:shd w:val="clear" w:color="auto" w:fill="FFFFFF"/>
          </w:tcPr>
          <w:p w14:paraId="5AEA122B" w14:textId="77777777" w:rsidR="00000B84" w:rsidRDefault="00000000">
            <w:pPr>
              <w:pStyle w:val="TableText"/>
            </w:pPr>
            <w:r>
              <w:t>Teresinha Jorge Teresinha Jorge Maciel</w:t>
            </w:r>
          </w:p>
        </w:tc>
        <w:tc>
          <w:tcPr>
            <w:tcW w:w="4110" w:type="dxa"/>
            <w:shd w:val="clear" w:color="auto" w:fill="FFFFFF"/>
          </w:tcPr>
          <w:p w14:paraId="60C7DE4D" w14:textId="77777777" w:rsidR="00000B84" w:rsidRDefault="00000000">
            <w:pPr>
              <w:pStyle w:val="TableText"/>
            </w:pPr>
            <w:r>
              <w:t>Teresinha Jorge Maciel</w:t>
            </w:r>
          </w:p>
        </w:tc>
      </w:tr>
      <w:tr w:rsidR="00000B84" w14:paraId="10BC7C1A" w14:textId="77777777">
        <w:trPr>
          <w:cantSplit/>
        </w:trPr>
        <w:tc>
          <w:tcPr>
            <w:tcW w:w="1406" w:type="dxa"/>
            <w:shd w:val="clear" w:color="auto" w:fill="F0F5F2"/>
          </w:tcPr>
          <w:p w14:paraId="40D2139F" w14:textId="77777777" w:rsidR="00000B84" w:rsidRDefault="00000000">
            <w:pPr>
              <w:pStyle w:val="TableText"/>
            </w:pPr>
            <w:r>
              <w:t>5476 / 5477</w:t>
            </w:r>
          </w:p>
        </w:tc>
        <w:tc>
          <w:tcPr>
            <w:tcW w:w="4630" w:type="dxa"/>
            <w:shd w:val="clear" w:color="auto" w:fill="F0F5F2"/>
          </w:tcPr>
          <w:p w14:paraId="56478EE8" w14:textId="77777777" w:rsidR="00000B84" w:rsidRDefault="00000000">
            <w:pPr>
              <w:pStyle w:val="TableText"/>
            </w:pPr>
            <w:r>
              <w:t>Tomasia Raimundo Manteiga Maldane</w:t>
            </w:r>
          </w:p>
        </w:tc>
        <w:tc>
          <w:tcPr>
            <w:tcW w:w="4110" w:type="dxa"/>
            <w:shd w:val="clear" w:color="auto" w:fill="F0F5F2"/>
          </w:tcPr>
          <w:p w14:paraId="12423373" w14:textId="77777777" w:rsidR="00000B84" w:rsidRDefault="00000000">
            <w:pPr>
              <w:pStyle w:val="TableText"/>
            </w:pPr>
            <w:r>
              <w:t>Tomasia Raimundo Maldane</w:t>
            </w:r>
          </w:p>
        </w:tc>
      </w:tr>
      <w:tr w:rsidR="00000B84" w14:paraId="23669F8C" w14:textId="77777777">
        <w:trPr>
          <w:cantSplit/>
        </w:trPr>
        <w:tc>
          <w:tcPr>
            <w:tcW w:w="1406" w:type="dxa"/>
            <w:shd w:val="clear" w:color="auto" w:fill="FFFFFF"/>
          </w:tcPr>
          <w:p w14:paraId="29F1A333" w14:textId="77777777" w:rsidR="00000B84" w:rsidRDefault="00000000">
            <w:pPr>
              <w:pStyle w:val="TableText"/>
            </w:pPr>
            <w:r>
              <w:t>5501 / 5502</w:t>
            </w:r>
          </w:p>
        </w:tc>
        <w:tc>
          <w:tcPr>
            <w:tcW w:w="4630" w:type="dxa"/>
            <w:shd w:val="clear" w:color="auto" w:fill="FFFFFF"/>
          </w:tcPr>
          <w:p w14:paraId="360EA662" w14:textId="77777777" w:rsidR="00000B84" w:rsidRDefault="00000000">
            <w:pPr>
              <w:pStyle w:val="TableText"/>
            </w:pPr>
            <w:r>
              <w:t>Valdimira Ezequiel Oliveira Assulai</w:t>
            </w:r>
          </w:p>
        </w:tc>
        <w:tc>
          <w:tcPr>
            <w:tcW w:w="4110" w:type="dxa"/>
            <w:shd w:val="clear" w:color="auto" w:fill="FFFFFF"/>
          </w:tcPr>
          <w:p w14:paraId="6B11C2AF" w14:textId="77777777" w:rsidR="00000B84" w:rsidRDefault="00000000">
            <w:pPr>
              <w:pStyle w:val="TableText"/>
            </w:pPr>
            <w:r>
              <w:t>Valdimira Ezequiel Assulai</w:t>
            </w:r>
          </w:p>
        </w:tc>
      </w:tr>
      <w:tr w:rsidR="00000B84" w14:paraId="638B4FBC" w14:textId="77777777">
        <w:trPr>
          <w:cantSplit/>
        </w:trPr>
        <w:tc>
          <w:tcPr>
            <w:tcW w:w="1406" w:type="dxa"/>
            <w:shd w:val="clear" w:color="auto" w:fill="F0F5F2"/>
          </w:tcPr>
          <w:p w14:paraId="33038DF5" w14:textId="77777777" w:rsidR="00000B84" w:rsidRDefault="00000000">
            <w:pPr>
              <w:pStyle w:val="TableText"/>
            </w:pPr>
            <w:r>
              <w:t>5539 / 5540</w:t>
            </w:r>
          </w:p>
        </w:tc>
        <w:tc>
          <w:tcPr>
            <w:tcW w:w="4630" w:type="dxa"/>
            <w:shd w:val="clear" w:color="auto" w:fill="F0F5F2"/>
          </w:tcPr>
          <w:p w14:paraId="2A69D083" w14:textId="77777777" w:rsidR="00000B84" w:rsidRDefault="00000000">
            <w:pPr>
              <w:pStyle w:val="TableText"/>
            </w:pPr>
            <w:r>
              <w:t>Vânia Rafael Amusse Muchiquira Muchiquira</w:t>
            </w:r>
          </w:p>
        </w:tc>
        <w:tc>
          <w:tcPr>
            <w:tcW w:w="4110" w:type="dxa"/>
            <w:shd w:val="clear" w:color="auto" w:fill="F0F5F2"/>
          </w:tcPr>
          <w:p w14:paraId="387109A2" w14:textId="77777777" w:rsidR="00000B84" w:rsidRDefault="00000000">
            <w:pPr>
              <w:pStyle w:val="TableText"/>
            </w:pPr>
            <w:r>
              <w:t>Vânia Rafael Muchiquira</w:t>
            </w:r>
          </w:p>
        </w:tc>
      </w:tr>
      <w:tr w:rsidR="00000B84" w14:paraId="0B960C17" w14:textId="77777777">
        <w:trPr>
          <w:cantSplit/>
        </w:trPr>
        <w:tc>
          <w:tcPr>
            <w:tcW w:w="1406" w:type="dxa"/>
            <w:shd w:val="clear" w:color="auto" w:fill="FFFFFF"/>
          </w:tcPr>
          <w:p w14:paraId="727ECEDD" w14:textId="77777777" w:rsidR="00000B84" w:rsidRDefault="00000000">
            <w:pPr>
              <w:pStyle w:val="TableText"/>
            </w:pPr>
            <w:r>
              <w:t>5541 / 5542</w:t>
            </w:r>
          </w:p>
        </w:tc>
        <w:tc>
          <w:tcPr>
            <w:tcW w:w="4630" w:type="dxa"/>
            <w:shd w:val="clear" w:color="auto" w:fill="FFFFFF"/>
          </w:tcPr>
          <w:p w14:paraId="05D2DFE3" w14:textId="77777777" w:rsidR="00000B84" w:rsidRDefault="00000000">
            <w:pPr>
              <w:pStyle w:val="TableText"/>
            </w:pPr>
            <w:r>
              <w:t>Vanilda Antônio Socontinho Navarcela</w:t>
            </w:r>
          </w:p>
        </w:tc>
        <w:tc>
          <w:tcPr>
            <w:tcW w:w="4110" w:type="dxa"/>
            <w:shd w:val="clear" w:color="auto" w:fill="FFFFFF"/>
          </w:tcPr>
          <w:p w14:paraId="05E3B4A7" w14:textId="77777777" w:rsidR="00000B84" w:rsidRDefault="00000000">
            <w:pPr>
              <w:pStyle w:val="TableText"/>
            </w:pPr>
            <w:r>
              <w:t>Vanilda Antônio Navarcela</w:t>
            </w:r>
          </w:p>
        </w:tc>
      </w:tr>
      <w:tr w:rsidR="00000B84" w14:paraId="0DB90DFB" w14:textId="77777777">
        <w:trPr>
          <w:cantSplit/>
        </w:trPr>
        <w:tc>
          <w:tcPr>
            <w:tcW w:w="1406" w:type="dxa"/>
            <w:shd w:val="clear" w:color="auto" w:fill="F0F5F2"/>
          </w:tcPr>
          <w:p w14:paraId="165A8249" w14:textId="77777777" w:rsidR="00000B84" w:rsidRDefault="00000000">
            <w:pPr>
              <w:pStyle w:val="TableText"/>
            </w:pPr>
            <w:r>
              <w:t>5545 / 5546</w:t>
            </w:r>
          </w:p>
        </w:tc>
        <w:tc>
          <w:tcPr>
            <w:tcW w:w="4630" w:type="dxa"/>
            <w:shd w:val="clear" w:color="auto" w:fill="F0F5F2"/>
          </w:tcPr>
          <w:p w14:paraId="2944D947" w14:textId="77777777" w:rsidR="00000B84" w:rsidRDefault="00000000">
            <w:pPr>
              <w:pStyle w:val="TableText"/>
            </w:pPr>
            <w:r>
              <w:t>Vanilde Da Felizarda Sérgio Jaime Quelimane</w:t>
            </w:r>
          </w:p>
        </w:tc>
        <w:tc>
          <w:tcPr>
            <w:tcW w:w="4110" w:type="dxa"/>
            <w:shd w:val="clear" w:color="auto" w:fill="F0F5F2"/>
          </w:tcPr>
          <w:p w14:paraId="51503975" w14:textId="77777777" w:rsidR="00000B84" w:rsidRDefault="00000000">
            <w:pPr>
              <w:pStyle w:val="TableText"/>
            </w:pPr>
            <w:r>
              <w:t>Vanilde Da Felizarda Quelimane</w:t>
            </w:r>
          </w:p>
        </w:tc>
      </w:tr>
      <w:tr w:rsidR="00000B84" w14:paraId="674B9C6A" w14:textId="77777777">
        <w:trPr>
          <w:cantSplit/>
        </w:trPr>
        <w:tc>
          <w:tcPr>
            <w:tcW w:w="1406" w:type="dxa"/>
            <w:shd w:val="clear" w:color="auto" w:fill="FFFFFF"/>
          </w:tcPr>
          <w:p w14:paraId="0F5A0CCF" w14:textId="77777777" w:rsidR="00000B84" w:rsidRDefault="00000000">
            <w:pPr>
              <w:pStyle w:val="TableText"/>
            </w:pPr>
            <w:r>
              <w:t>5578 / 5579</w:t>
            </w:r>
          </w:p>
        </w:tc>
        <w:tc>
          <w:tcPr>
            <w:tcW w:w="4630" w:type="dxa"/>
            <w:shd w:val="clear" w:color="auto" w:fill="FFFFFF"/>
          </w:tcPr>
          <w:p w14:paraId="0CAA24A3" w14:textId="77777777" w:rsidR="00000B84" w:rsidRDefault="00000000">
            <w:pPr>
              <w:pStyle w:val="TableText"/>
            </w:pPr>
            <w:r>
              <w:t>Veronica Raimundo Fernando Zibane</w:t>
            </w:r>
          </w:p>
        </w:tc>
        <w:tc>
          <w:tcPr>
            <w:tcW w:w="4110" w:type="dxa"/>
            <w:shd w:val="clear" w:color="auto" w:fill="FFFFFF"/>
          </w:tcPr>
          <w:p w14:paraId="764C46F8" w14:textId="77777777" w:rsidR="00000B84" w:rsidRDefault="00000000">
            <w:pPr>
              <w:pStyle w:val="TableText"/>
            </w:pPr>
            <w:r>
              <w:t>Veronica Raimundo Zibane</w:t>
            </w:r>
          </w:p>
        </w:tc>
      </w:tr>
      <w:tr w:rsidR="00000B84" w14:paraId="21F91E72" w14:textId="77777777">
        <w:trPr>
          <w:cantSplit/>
        </w:trPr>
        <w:tc>
          <w:tcPr>
            <w:tcW w:w="1406" w:type="dxa"/>
            <w:shd w:val="clear" w:color="auto" w:fill="F0F5F2"/>
          </w:tcPr>
          <w:p w14:paraId="5ABC8651" w14:textId="77777777" w:rsidR="00000B84" w:rsidRDefault="00000000">
            <w:pPr>
              <w:pStyle w:val="TableText"/>
            </w:pPr>
            <w:r>
              <w:t>5581 / 5582</w:t>
            </w:r>
          </w:p>
        </w:tc>
        <w:tc>
          <w:tcPr>
            <w:tcW w:w="4630" w:type="dxa"/>
            <w:shd w:val="clear" w:color="auto" w:fill="F0F5F2"/>
          </w:tcPr>
          <w:p w14:paraId="0D79BC47" w14:textId="77777777" w:rsidR="00000B84" w:rsidRDefault="00000000">
            <w:pPr>
              <w:pStyle w:val="TableText"/>
            </w:pPr>
            <w:r>
              <w:t>Vianora Armando Vianora Armando Rassul</w:t>
            </w:r>
          </w:p>
        </w:tc>
        <w:tc>
          <w:tcPr>
            <w:tcW w:w="4110" w:type="dxa"/>
            <w:shd w:val="clear" w:color="auto" w:fill="F0F5F2"/>
          </w:tcPr>
          <w:p w14:paraId="1238A405" w14:textId="77777777" w:rsidR="00000B84" w:rsidRDefault="00000000">
            <w:pPr>
              <w:pStyle w:val="TableText"/>
            </w:pPr>
            <w:r>
              <w:t>Vianora Armando Rassul</w:t>
            </w:r>
          </w:p>
        </w:tc>
      </w:tr>
      <w:tr w:rsidR="00000B84" w14:paraId="259C24B1" w14:textId="77777777">
        <w:trPr>
          <w:cantSplit/>
        </w:trPr>
        <w:tc>
          <w:tcPr>
            <w:tcW w:w="1406" w:type="dxa"/>
            <w:shd w:val="clear" w:color="auto" w:fill="FFFFFF"/>
          </w:tcPr>
          <w:p w14:paraId="6D11D1F4" w14:textId="77777777" w:rsidR="00000B84" w:rsidRDefault="00000000">
            <w:pPr>
              <w:pStyle w:val="TableText"/>
            </w:pPr>
            <w:r>
              <w:t>5586 / 5587</w:t>
            </w:r>
          </w:p>
        </w:tc>
        <w:tc>
          <w:tcPr>
            <w:tcW w:w="4630" w:type="dxa"/>
            <w:shd w:val="clear" w:color="auto" w:fill="FFFFFF"/>
          </w:tcPr>
          <w:p w14:paraId="5FB075F9" w14:textId="77777777" w:rsidR="00000B84" w:rsidRDefault="00000000">
            <w:pPr>
              <w:pStyle w:val="TableText"/>
            </w:pPr>
            <w:r>
              <w:t>Victoria Alige Victtoria Victorino Alige</w:t>
            </w:r>
          </w:p>
        </w:tc>
        <w:tc>
          <w:tcPr>
            <w:tcW w:w="4110" w:type="dxa"/>
            <w:shd w:val="clear" w:color="auto" w:fill="FFFFFF"/>
          </w:tcPr>
          <w:p w14:paraId="0FAAC6DF" w14:textId="77777777" w:rsidR="00000B84" w:rsidRDefault="00000000">
            <w:pPr>
              <w:pStyle w:val="TableText"/>
            </w:pPr>
            <w:r>
              <w:t>Victoria Alige Alige</w:t>
            </w:r>
          </w:p>
        </w:tc>
      </w:tr>
      <w:tr w:rsidR="00000B84" w14:paraId="00D08803" w14:textId="77777777">
        <w:trPr>
          <w:cantSplit/>
        </w:trPr>
        <w:tc>
          <w:tcPr>
            <w:tcW w:w="1406" w:type="dxa"/>
            <w:shd w:val="clear" w:color="auto" w:fill="F0F5F2"/>
          </w:tcPr>
          <w:p w14:paraId="72385F4F" w14:textId="77777777" w:rsidR="00000B84" w:rsidRDefault="00000000">
            <w:pPr>
              <w:pStyle w:val="TableText"/>
            </w:pPr>
            <w:r>
              <w:t>5589 / 5590</w:t>
            </w:r>
          </w:p>
        </w:tc>
        <w:tc>
          <w:tcPr>
            <w:tcW w:w="4630" w:type="dxa"/>
            <w:shd w:val="clear" w:color="auto" w:fill="F0F5F2"/>
          </w:tcPr>
          <w:p w14:paraId="77AD3EB3" w14:textId="77777777" w:rsidR="00000B84" w:rsidRDefault="00000000">
            <w:pPr>
              <w:pStyle w:val="TableText"/>
            </w:pPr>
            <w:r>
              <w:t>Victoria Chuarira Feliciano Alberto</w:t>
            </w:r>
          </w:p>
        </w:tc>
        <w:tc>
          <w:tcPr>
            <w:tcW w:w="4110" w:type="dxa"/>
            <w:shd w:val="clear" w:color="auto" w:fill="F0F5F2"/>
          </w:tcPr>
          <w:p w14:paraId="4C4B5389" w14:textId="77777777" w:rsidR="00000B84" w:rsidRDefault="00000000">
            <w:pPr>
              <w:pStyle w:val="TableText"/>
            </w:pPr>
            <w:r>
              <w:t>Victoria Chuarira Alberto</w:t>
            </w:r>
          </w:p>
        </w:tc>
      </w:tr>
      <w:tr w:rsidR="00000B84" w14:paraId="7FBBAB64" w14:textId="77777777">
        <w:trPr>
          <w:cantSplit/>
        </w:trPr>
        <w:tc>
          <w:tcPr>
            <w:tcW w:w="1406" w:type="dxa"/>
            <w:shd w:val="clear" w:color="auto" w:fill="FFFFFF"/>
          </w:tcPr>
          <w:p w14:paraId="5AFE9B61" w14:textId="77777777" w:rsidR="00000B84" w:rsidRDefault="00000000">
            <w:pPr>
              <w:pStyle w:val="TableText"/>
            </w:pPr>
            <w:r>
              <w:t>5608 / 5609</w:t>
            </w:r>
          </w:p>
        </w:tc>
        <w:tc>
          <w:tcPr>
            <w:tcW w:w="4630" w:type="dxa"/>
            <w:shd w:val="clear" w:color="auto" w:fill="FFFFFF"/>
          </w:tcPr>
          <w:p w14:paraId="749BAC3B" w14:textId="77777777" w:rsidR="00000B84" w:rsidRDefault="00000000">
            <w:pPr>
              <w:pStyle w:val="TableText"/>
            </w:pPr>
            <w:r>
              <w:t>Vilma Geremias Montero Caminho</w:t>
            </w:r>
          </w:p>
        </w:tc>
        <w:tc>
          <w:tcPr>
            <w:tcW w:w="4110" w:type="dxa"/>
            <w:shd w:val="clear" w:color="auto" w:fill="FFFFFF"/>
          </w:tcPr>
          <w:p w14:paraId="132B507E" w14:textId="77777777" w:rsidR="00000B84" w:rsidRDefault="00000000">
            <w:pPr>
              <w:pStyle w:val="TableText"/>
            </w:pPr>
            <w:r>
              <w:t>Vilma Geremias Caminho</w:t>
            </w:r>
          </w:p>
        </w:tc>
      </w:tr>
      <w:tr w:rsidR="00000B84" w14:paraId="4F87F434" w14:textId="77777777">
        <w:trPr>
          <w:cantSplit/>
        </w:trPr>
        <w:tc>
          <w:tcPr>
            <w:tcW w:w="1406" w:type="dxa"/>
            <w:shd w:val="clear" w:color="auto" w:fill="F0F5F2"/>
          </w:tcPr>
          <w:p w14:paraId="5DAB0F51" w14:textId="77777777" w:rsidR="00000B84" w:rsidRDefault="00000000">
            <w:pPr>
              <w:pStyle w:val="TableText"/>
            </w:pPr>
            <w:r>
              <w:t>5609 / 5610</w:t>
            </w:r>
          </w:p>
        </w:tc>
        <w:tc>
          <w:tcPr>
            <w:tcW w:w="4630" w:type="dxa"/>
            <w:shd w:val="clear" w:color="auto" w:fill="F0F5F2"/>
          </w:tcPr>
          <w:p w14:paraId="06777729" w14:textId="77777777" w:rsidR="00000B84" w:rsidRDefault="00000000">
            <w:pPr>
              <w:pStyle w:val="TableText"/>
            </w:pPr>
            <w:r>
              <w:t>Vilma Rafael Vilma Rafael Eusébio</w:t>
            </w:r>
          </w:p>
        </w:tc>
        <w:tc>
          <w:tcPr>
            <w:tcW w:w="4110" w:type="dxa"/>
            <w:shd w:val="clear" w:color="auto" w:fill="F0F5F2"/>
          </w:tcPr>
          <w:p w14:paraId="3023267A" w14:textId="77777777" w:rsidR="00000B84" w:rsidRDefault="00000000">
            <w:pPr>
              <w:pStyle w:val="TableText"/>
            </w:pPr>
            <w:r>
              <w:t>Vilma Rafael Eusébio</w:t>
            </w:r>
          </w:p>
        </w:tc>
      </w:tr>
      <w:tr w:rsidR="00000B84" w14:paraId="177D4D19" w14:textId="77777777">
        <w:trPr>
          <w:cantSplit/>
        </w:trPr>
        <w:tc>
          <w:tcPr>
            <w:tcW w:w="1406" w:type="dxa"/>
            <w:shd w:val="clear" w:color="auto" w:fill="FFFFFF"/>
          </w:tcPr>
          <w:p w14:paraId="2DB05F96" w14:textId="77777777" w:rsidR="00000B84" w:rsidRDefault="00000000">
            <w:pPr>
              <w:pStyle w:val="TableText"/>
            </w:pPr>
            <w:r>
              <w:t>5610 / 5611</w:t>
            </w:r>
          </w:p>
        </w:tc>
        <w:tc>
          <w:tcPr>
            <w:tcW w:w="4630" w:type="dxa"/>
            <w:shd w:val="clear" w:color="auto" w:fill="FFFFFF"/>
          </w:tcPr>
          <w:p w14:paraId="624FB829" w14:textId="77777777" w:rsidR="00000B84" w:rsidRDefault="00000000">
            <w:pPr>
              <w:pStyle w:val="TableText"/>
            </w:pPr>
            <w:r>
              <w:t>Vilsa José Vilsa José Ângelo Pequenino</w:t>
            </w:r>
          </w:p>
        </w:tc>
        <w:tc>
          <w:tcPr>
            <w:tcW w:w="4110" w:type="dxa"/>
            <w:shd w:val="clear" w:color="auto" w:fill="FFFFFF"/>
          </w:tcPr>
          <w:p w14:paraId="2758DF5A" w14:textId="77777777" w:rsidR="00000B84" w:rsidRDefault="00000000">
            <w:pPr>
              <w:pStyle w:val="TableText"/>
            </w:pPr>
            <w:r>
              <w:t>Vilsa José Pequenino</w:t>
            </w:r>
          </w:p>
        </w:tc>
      </w:tr>
      <w:tr w:rsidR="00000B84" w14:paraId="3E04DF4B" w14:textId="77777777">
        <w:trPr>
          <w:cantSplit/>
        </w:trPr>
        <w:tc>
          <w:tcPr>
            <w:tcW w:w="1406" w:type="dxa"/>
            <w:shd w:val="clear" w:color="auto" w:fill="F0F5F2"/>
          </w:tcPr>
          <w:p w14:paraId="3D0383E9" w14:textId="77777777" w:rsidR="00000B84" w:rsidRDefault="00000000">
            <w:pPr>
              <w:pStyle w:val="TableText"/>
            </w:pPr>
            <w:r>
              <w:t>5620 / 5621</w:t>
            </w:r>
          </w:p>
        </w:tc>
        <w:tc>
          <w:tcPr>
            <w:tcW w:w="4630" w:type="dxa"/>
            <w:shd w:val="clear" w:color="auto" w:fill="F0F5F2"/>
          </w:tcPr>
          <w:p w14:paraId="4AE85497" w14:textId="77777777" w:rsidR="00000B84" w:rsidRDefault="00000000">
            <w:pPr>
              <w:pStyle w:val="TableText"/>
            </w:pPr>
            <w:r>
              <w:t>Virgínia Júlio Canalobuana De Sousa</w:t>
            </w:r>
          </w:p>
        </w:tc>
        <w:tc>
          <w:tcPr>
            <w:tcW w:w="4110" w:type="dxa"/>
            <w:shd w:val="clear" w:color="auto" w:fill="F0F5F2"/>
          </w:tcPr>
          <w:p w14:paraId="4E02019E" w14:textId="77777777" w:rsidR="00000B84" w:rsidRDefault="00000000">
            <w:pPr>
              <w:pStyle w:val="TableText"/>
            </w:pPr>
            <w:r>
              <w:t>Virgínia Júlio De Sousa</w:t>
            </w:r>
          </w:p>
        </w:tc>
      </w:tr>
      <w:tr w:rsidR="00000B84" w14:paraId="62CFA925" w14:textId="77777777">
        <w:trPr>
          <w:cantSplit/>
        </w:trPr>
        <w:tc>
          <w:tcPr>
            <w:tcW w:w="1406" w:type="dxa"/>
            <w:shd w:val="clear" w:color="auto" w:fill="FFFFFF"/>
          </w:tcPr>
          <w:p w14:paraId="5BF7125E" w14:textId="77777777" w:rsidR="00000B84" w:rsidRDefault="00000000">
            <w:pPr>
              <w:pStyle w:val="TableText"/>
            </w:pPr>
            <w:r>
              <w:t>5636 / 5637</w:t>
            </w:r>
          </w:p>
        </w:tc>
        <w:tc>
          <w:tcPr>
            <w:tcW w:w="4630" w:type="dxa"/>
            <w:shd w:val="clear" w:color="auto" w:fill="FFFFFF"/>
          </w:tcPr>
          <w:p w14:paraId="30887CFC" w14:textId="77777777" w:rsidR="00000B84" w:rsidRDefault="00000000">
            <w:pPr>
              <w:pStyle w:val="TableText"/>
            </w:pPr>
            <w:r>
              <w:t>Vivalda Martins Abel Do Rosario</w:t>
            </w:r>
          </w:p>
        </w:tc>
        <w:tc>
          <w:tcPr>
            <w:tcW w:w="4110" w:type="dxa"/>
            <w:shd w:val="clear" w:color="auto" w:fill="FFFFFF"/>
          </w:tcPr>
          <w:p w14:paraId="7F2FAB68" w14:textId="77777777" w:rsidR="00000B84" w:rsidRDefault="00000000">
            <w:pPr>
              <w:pStyle w:val="TableText"/>
            </w:pPr>
            <w:r>
              <w:t>Vivalda Martins Do Rosario</w:t>
            </w:r>
          </w:p>
        </w:tc>
      </w:tr>
      <w:tr w:rsidR="00000B84" w14:paraId="073FD856" w14:textId="77777777">
        <w:trPr>
          <w:cantSplit/>
        </w:trPr>
        <w:tc>
          <w:tcPr>
            <w:tcW w:w="1406" w:type="dxa"/>
            <w:shd w:val="clear" w:color="auto" w:fill="F0F5F2"/>
          </w:tcPr>
          <w:p w14:paraId="5398CDBA" w14:textId="77777777" w:rsidR="00000B84" w:rsidRDefault="00000000">
            <w:pPr>
              <w:pStyle w:val="TableText"/>
            </w:pPr>
            <w:r>
              <w:t>5643 / 5644</w:t>
            </w:r>
          </w:p>
        </w:tc>
        <w:tc>
          <w:tcPr>
            <w:tcW w:w="4630" w:type="dxa"/>
            <w:shd w:val="clear" w:color="auto" w:fill="F0F5F2"/>
          </w:tcPr>
          <w:p w14:paraId="281937E2" w14:textId="77777777" w:rsidR="00000B84" w:rsidRDefault="00000000">
            <w:pPr>
              <w:pStyle w:val="TableText"/>
            </w:pPr>
            <w:r>
              <w:t>Vivinha Ernesto Abrão Ernesto Ernesto</w:t>
            </w:r>
          </w:p>
        </w:tc>
        <w:tc>
          <w:tcPr>
            <w:tcW w:w="4110" w:type="dxa"/>
            <w:shd w:val="clear" w:color="auto" w:fill="F0F5F2"/>
          </w:tcPr>
          <w:p w14:paraId="6A818E60" w14:textId="77777777" w:rsidR="00000B84" w:rsidRDefault="00000000">
            <w:pPr>
              <w:pStyle w:val="TableText"/>
            </w:pPr>
            <w:r>
              <w:t>Vivinha Ernesto Ernesto</w:t>
            </w:r>
          </w:p>
        </w:tc>
      </w:tr>
      <w:tr w:rsidR="00000B84" w14:paraId="04B60FC7" w14:textId="77777777">
        <w:trPr>
          <w:cantSplit/>
        </w:trPr>
        <w:tc>
          <w:tcPr>
            <w:tcW w:w="1406" w:type="dxa"/>
            <w:shd w:val="clear" w:color="auto" w:fill="FFFFFF"/>
          </w:tcPr>
          <w:p w14:paraId="375B1E74" w14:textId="77777777" w:rsidR="00000B84" w:rsidRDefault="00000000">
            <w:pPr>
              <w:pStyle w:val="TableText"/>
            </w:pPr>
            <w:r>
              <w:t>5645 / 5646</w:t>
            </w:r>
          </w:p>
        </w:tc>
        <w:tc>
          <w:tcPr>
            <w:tcW w:w="4630" w:type="dxa"/>
            <w:shd w:val="clear" w:color="auto" w:fill="FFFFFF"/>
          </w:tcPr>
          <w:p w14:paraId="3DAC1F5C" w14:textId="77777777" w:rsidR="00000B84" w:rsidRDefault="00000000">
            <w:pPr>
              <w:pStyle w:val="TableText"/>
            </w:pPr>
            <w:r>
              <w:t>Wapesa João Wapesa João Wapeso</w:t>
            </w:r>
          </w:p>
        </w:tc>
        <w:tc>
          <w:tcPr>
            <w:tcW w:w="4110" w:type="dxa"/>
            <w:shd w:val="clear" w:color="auto" w:fill="FFFFFF"/>
          </w:tcPr>
          <w:p w14:paraId="0F3BD063" w14:textId="77777777" w:rsidR="00000B84" w:rsidRDefault="00000000">
            <w:pPr>
              <w:pStyle w:val="TableText"/>
            </w:pPr>
            <w:r>
              <w:t>Wapesa João Wapeso</w:t>
            </w:r>
          </w:p>
        </w:tc>
      </w:tr>
      <w:tr w:rsidR="00000B84" w14:paraId="64CF0459" w14:textId="77777777">
        <w:trPr>
          <w:cantSplit/>
        </w:trPr>
        <w:tc>
          <w:tcPr>
            <w:tcW w:w="1406" w:type="dxa"/>
            <w:shd w:val="clear" w:color="auto" w:fill="F0F5F2"/>
          </w:tcPr>
          <w:p w14:paraId="57880668" w14:textId="77777777" w:rsidR="00000B84" w:rsidRDefault="00000000">
            <w:pPr>
              <w:pStyle w:val="TableText"/>
            </w:pPr>
            <w:r>
              <w:t>5656 / 5657</w:t>
            </w:r>
          </w:p>
        </w:tc>
        <w:tc>
          <w:tcPr>
            <w:tcW w:w="4630" w:type="dxa"/>
            <w:shd w:val="clear" w:color="auto" w:fill="F0F5F2"/>
          </w:tcPr>
          <w:p w14:paraId="186A97B4" w14:textId="77777777" w:rsidR="00000B84" w:rsidRDefault="00000000">
            <w:pPr>
              <w:pStyle w:val="TableText"/>
            </w:pPr>
            <w:r>
              <w:t>Wina Feliciano Alfredo De Ecarnacao</w:t>
            </w:r>
          </w:p>
        </w:tc>
        <w:tc>
          <w:tcPr>
            <w:tcW w:w="4110" w:type="dxa"/>
            <w:shd w:val="clear" w:color="auto" w:fill="F0F5F2"/>
          </w:tcPr>
          <w:p w14:paraId="4C4A98A6" w14:textId="77777777" w:rsidR="00000B84" w:rsidRDefault="00000000">
            <w:pPr>
              <w:pStyle w:val="TableText"/>
            </w:pPr>
            <w:r>
              <w:t>Wina Feliciano De Ecarnacao</w:t>
            </w:r>
          </w:p>
        </w:tc>
      </w:tr>
      <w:tr w:rsidR="00000B84" w14:paraId="4A815092" w14:textId="77777777">
        <w:trPr>
          <w:cantSplit/>
        </w:trPr>
        <w:tc>
          <w:tcPr>
            <w:tcW w:w="1406" w:type="dxa"/>
            <w:shd w:val="clear" w:color="auto" w:fill="FFFFFF"/>
          </w:tcPr>
          <w:p w14:paraId="74E6C7AF" w14:textId="77777777" w:rsidR="00000B84" w:rsidRDefault="00000000">
            <w:pPr>
              <w:pStyle w:val="TableText"/>
            </w:pPr>
            <w:r>
              <w:t>5658 / 5659</w:t>
            </w:r>
          </w:p>
        </w:tc>
        <w:tc>
          <w:tcPr>
            <w:tcW w:w="4630" w:type="dxa"/>
            <w:shd w:val="clear" w:color="auto" w:fill="FFFFFF"/>
          </w:tcPr>
          <w:p w14:paraId="5487805B" w14:textId="77777777" w:rsidR="00000B84" w:rsidRDefault="00000000">
            <w:pPr>
              <w:pStyle w:val="TableText"/>
            </w:pPr>
            <w:r>
              <w:t>Wineth De Márcia Gigueira Artur</w:t>
            </w:r>
          </w:p>
        </w:tc>
        <w:tc>
          <w:tcPr>
            <w:tcW w:w="4110" w:type="dxa"/>
            <w:shd w:val="clear" w:color="auto" w:fill="FFFFFF"/>
          </w:tcPr>
          <w:p w14:paraId="6D53FF98" w14:textId="77777777" w:rsidR="00000B84" w:rsidRDefault="00000000">
            <w:pPr>
              <w:pStyle w:val="TableText"/>
            </w:pPr>
            <w:r>
              <w:t>Wineth De Márcia Artur</w:t>
            </w:r>
          </w:p>
        </w:tc>
      </w:tr>
      <w:tr w:rsidR="00000B84" w14:paraId="412406F9" w14:textId="77777777">
        <w:trPr>
          <w:cantSplit/>
        </w:trPr>
        <w:tc>
          <w:tcPr>
            <w:tcW w:w="1406" w:type="dxa"/>
            <w:shd w:val="clear" w:color="auto" w:fill="F0F5F2"/>
          </w:tcPr>
          <w:p w14:paraId="5DFCCFAC" w14:textId="77777777" w:rsidR="00000B84" w:rsidRDefault="00000000">
            <w:pPr>
              <w:pStyle w:val="TableText"/>
            </w:pPr>
            <w:r>
              <w:t>5660 / 5661</w:t>
            </w:r>
          </w:p>
        </w:tc>
        <w:tc>
          <w:tcPr>
            <w:tcW w:w="4630" w:type="dxa"/>
            <w:shd w:val="clear" w:color="auto" w:fill="F0F5F2"/>
          </w:tcPr>
          <w:p w14:paraId="46B7E322" w14:textId="77777777" w:rsidR="00000B84" w:rsidRDefault="00000000">
            <w:pPr>
              <w:pStyle w:val="TableText"/>
            </w:pPr>
            <w:r>
              <w:t>Winety Da Aurora André Macungua</w:t>
            </w:r>
          </w:p>
        </w:tc>
        <w:tc>
          <w:tcPr>
            <w:tcW w:w="4110" w:type="dxa"/>
            <w:shd w:val="clear" w:color="auto" w:fill="F0F5F2"/>
          </w:tcPr>
          <w:p w14:paraId="17916D8A" w14:textId="77777777" w:rsidR="00000B84" w:rsidRDefault="00000000">
            <w:pPr>
              <w:pStyle w:val="TableText"/>
            </w:pPr>
            <w:r>
              <w:t>Winety Da Aurora Macungua</w:t>
            </w:r>
          </w:p>
        </w:tc>
      </w:tr>
      <w:tr w:rsidR="00000B84" w14:paraId="4FB37BF1" w14:textId="77777777">
        <w:trPr>
          <w:cantSplit/>
        </w:trPr>
        <w:tc>
          <w:tcPr>
            <w:tcW w:w="1406" w:type="dxa"/>
            <w:shd w:val="clear" w:color="auto" w:fill="FFFFFF"/>
          </w:tcPr>
          <w:p w14:paraId="1E2C4F02" w14:textId="77777777" w:rsidR="00000B84" w:rsidRDefault="00000000">
            <w:pPr>
              <w:pStyle w:val="TableText"/>
            </w:pPr>
            <w:r>
              <w:t>5664 / 5665</w:t>
            </w:r>
          </w:p>
        </w:tc>
        <w:tc>
          <w:tcPr>
            <w:tcW w:w="4630" w:type="dxa"/>
            <w:shd w:val="clear" w:color="auto" w:fill="FFFFFF"/>
          </w:tcPr>
          <w:p w14:paraId="24DFBD52" w14:textId="77777777" w:rsidR="00000B84" w:rsidRDefault="00000000">
            <w:pPr>
              <w:pStyle w:val="TableText"/>
            </w:pPr>
            <w:r>
              <w:t>Yara Yara Da Glória Gregório De Sousa</w:t>
            </w:r>
          </w:p>
        </w:tc>
        <w:tc>
          <w:tcPr>
            <w:tcW w:w="4110" w:type="dxa"/>
            <w:shd w:val="clear" w:color="auto" w:fill="FFFFFF"/>
          </w:tcPr>
          <w:p w14:paraId="366EB21B" w14:textId="77777777" w:rsidR="00000B84" w:rsidRDefault="00000000">
            <w:pPr>
              <w:pStyle w:val="TableText"/>
            </w:pPr>
            <w:r>
              <w:t>Yara Yara De Sousa</w:t>
            </w:r>
          </w:p>
        </w:tc>
      </w:tr>
      <w:tr w:rsidR="00000B84" w14:paraId="793B1D2C" w14:textId="77777777">
        <w:trPr>
          <w:cantSplit/>
        </w:trPr>
        <w:tc>
          <w:tcPr>
            <w:tcW w:w="1406" w:type="dxa"/>
            <w:shd w:val="clear" w:color="auto" w:fill="F0F5F2"/>
          </w:tcPr>
          <w:p w14:paraId="33A6A6FE" w14:textId="77777777" w:rsidR="00000B84" w:rsidRDefault="00000000">
            <w:pPr>
              <w:pStyle w:val="TableText"/>
            </w:pPr>
            <w:r>
              <w:t>5669 / 5670</w:t>
            </w:r>
          </w:p>
        </w:tc>
        <w:tc>
          <w:tcPr>
            <w:tcW w:w="4630" w:type="dxa"/>
            <w:shd w:val="clear" w:color="auto" w:fill="F0F5F2"/>
          </w:tcPr>
          <w:p w14:paraId="1B611AF8" w14:textId="77777777" w:rsidR="00000B84" w:rsidRDefault="00000000">
            <w:pPr>
              <w:pStyle w:val="TableText"/>
            </w:pPr>
            <w:r>
              <w:t>Yassimin Alugo Aboobacar Aboobacar</w:t>
            </w:r>
          </w:p>
        </w:tc>
        <w:tc>
          <w:tcPr>
            <w:tcW w:w="4110" w:type="dxa"/>
            <w:shd w:val="clear" w:color="auto" w:fill="F0F5F2"/>
          </w:tcPr>
          <w:p w14:paraId="77545483" w14:textId="77777777" w:rsidR="00000B84" w:rsidRDefault="00000000">
            <w:pPr>
              <w:pStyle w:val="TableText"/>
            </w:pPr>
            <w:r>
              <w:t>Yassimin Alugo Aboobacar</w:t>
            </w:r>
          </w:p>
        </w:tc>
      </w:tr>
      <w:tr w:rsidR="00000B84" w14:paraId="00BB60C2" w14:textId="77777777">
        <w:trPr>
          <w:cantSplit/>
        </w:trPr>
        <w:tc>
          <w:tcPr>
            <w:tcW w:w="1406" w:type="dxa"/>
            <w:shd w:val="clear" w:color="auto" w:fill="FFFFFF"/>
          </w:tcPr>
          <w:p w14:paraId="6BDB1D4A" w14:textId="77777777" w:rsidR="00000B84" w:rsidRDefault="00000000">
            <w:pPr>
              <w:pStyle w:val="TableText"/>
            </w:pPr>
            <w:r>
              <w:t>5674 / 5675</w:t>
            </w:r>
          </w:p>
        </w:tc>
        <w:tc>
          <w:tcPr>
            <w:tcW w:w="4630" w:type="dxa"/>
            <w:shd w:val="clear" w:color="auto" w:fill="FFFFFF"/>
          </w:tcPr>
          <w:p w14:paraId="4FFF86E9" w14:textId="77777777" w:rsidR="00000B84" w:rsidRDefault="00000000">
            <w:pPr>
              <w:pStyle w:val="TableText"/>
            </w:pPr>
            <w:r>
              <w:t>Yatra Gil Yatra Gilfonseca Paulino</w:t>
            </w:r>
          </w:p>
        </w:tc>
        <w:tc>
          <w:tcPr>
            <w:tcW w:w="4110" w:type="dxa"/>
            <w:shd w:val="clear" w:color="auto" w:fill="FFFFFF"/>
          </w:tcPr>
          <w:p w14:paraId="18E76932" w14:textId="77777777" w:rsidR="00000B84" w:rsidRDefault="00000000">
            <w:pPr>
              <w:pStyle w:val="TableText"/>
            </w:pPr>
            <w:r>
              <w:t>Yatra Gil Paulino</w:t>
            </w:r>
          </w:p>
        </w:tc>
      </w:tr>
      <w:tr w:rsidR="00000B84" w14:paraId="202CD597" w14:textId="77777777">
        <w:trPr>
          <w:cantSplit/>
        </w:trPr>
        <w:tc>
          <w:tcPr>
            <w:tcW w:w="1406" w:type="dxa"/>
            <w:shd w:val="clear" w:color="auto" w:fill="F0F5F2"/>
          </w:tcPr>
          <w:p w14:paraId="2F7BB1CB" w14:textId="77777777" w:rsidR="00000B84" w:rsidRDefault="00000000">
            <w:pPr>
              <w:pStyle w:val="TableText"/>
            </w:pPr>
            <w:r>
              <w:t>5677 / 5678</w:t>
            </w:r>
          </w:p>
        </w:tc>
        <w:tc>
          <w:tcPr>
            <w:tcW w:w="4630" w:type="dxa"/>
            <w:shd w:val="clear" w:color="auto" w:fill="F0F5F2"/>
          </w:tcPr>
          <w:p w14:paraId="37607EE2" w14:textId="77777777" w:rsidR="00000B84" w:rsidRDefault="00000000">
            <w:pPr>
              <w:pStyle w:val="TableText"/>
            </w:pPr>
            <w:r>
              <w:t>Yone Emília Yone Emília Manuel Marqueza</w:t>
            </w:r>
          </w:p>
        </w:tc>
        <w:tc>
          <w:tcPr>
            <w:tcW w:w="4110" w:type="dxa"/>
            <w:shd w:val="clear" w:color="auto" w:fill="F0F5F2"/>
          </w:tcPr>
          <w:p w14:paraId="0BF063AF" w14:textId="77777777" w:rsidR="00000B84" w:rsidRDefault="00000000">
            <w:pPr>
              <w:pStyle w:val="TableText"/>
            </w:pPr>
            <w:r>
              <w:t>Yone Emília Marqueza</w:t>
            </w:r>
          </w:p>
        </w:tc>
      </w:tr>
      <w:tr w:rsidR="00000B84" w14:paraId="35995A19" w14:textId="77777777">
        <w:trPr>
          <w:cantSplit/>
        </w:trPr>
        <w:tc>
          <w:tcPr>
            <w:tcW w:w="1406" w:type="dxa"/>
            <w:shd w:val="clear" w:color="auto" w:fill="FFFFFF"/>
          </w:tcPr>
          <w:p w14:paraId="730AD15A" w14:textId="77777777" w:rsidR="00000B84" w:rsidRDefault="00000000">
            <w:pPr>
              <w:pStyle w:val="TableText"/>
            </w:pPr>
            <w:r>
              <w:t>5745 / 5746</w:t>
            </w:r>
          </w:p>
        </w:tc>
        <w:tc>
          <w:tcPr>
            <w:tcW w:w="4630" w:type="dxa"/>
            <w:shd w:val="clear" w:color="auto" w:fill="FFFFFF"/>
          </w:tcPr>
          <w:p w14:paraId="010E5F30" w14:textId="77777777" w:rsidR="00000B84" w:rsidRDefault="00000000">
            <w:pPr>
              <w:pStyle w:val="TableText"/>
            </w:pPr>
            <w:r>
              <w:t>Zita David Ernesto Cabra David Ernesto Cabra</w:t>
            </w:r>
          </w:p>
        </w:tc>
        <w:tc>
          <w:tcPr>
            <w:tcW w:w="4110" w:type="dxa"/>
            <w:shd w:val="clear" w:color="auto" w:fill="FFFFFF"/>
          </w:tcPr>
          <w:p w14:paraId="1F6660B9" w14:textId="77777777" w:rsidR="00000B84" w:rsidRDefault="00000000">
            <w:pPr>
              <w:pStyle w:val="TableText"/>
            </w:pPr>
            <w:r>
              <w:t>Zita David Cabra</w:t>
            </w:r>
          </w:p>
        </w:tc>
      </w:tr>
    </w:tbl>
    <w:p w14:paraId="57223B99" w14:textId="77777777" w:rsidR="00000B84" w:rsidRDefault="00000000">
      <w:r>
        <w:br w:type="page"/>
      </w:r>
    </w:p>
    <w:p w14:paraId="57553BE4" w14:textId="77777777" w:rsidR="00000B84" w:rsidRDefault="00000000">
      <w:pPr>
        <w:pStyle w:val="Heading1"/>
      </w:pPr>
      <w:r>
        <w:lastRenderedPageBreak/>
        <w:t>2.Apurados_M — 137 nomes</w:t>
      </w:r>
    </w:p>
    <w:tbl>
      <w:tblPr>
        <w:tblW w:w="10146" w:type="dxa"/>
        <w:tblInd w:w="120" w:type="dxa"/>
        <w:tblBorders>
          <w:top w:val="single" w:sz="4" w:space="0" w:color="D5DFDA"/>
          <w:left w:val="single" w:sz="4" w:space="0" w:color="D5DFDA"/>
          <w:bottom w:val="single" w:sz="4" w:space="0" w:color="D5DFDA"/>
          <w:right w:val="single" w:sz="4" w:space="0" w:color="D5DFDA"/>
          <w:insideH w:val="single" w:sz="4" w:space="0" w:color="D5DFDA"/>
          <w:insideV w:val="single" w:sz="4" w:space="0" w:color="D5DFDA"/>
        </w:tblBorders>
        <w:tblLayout w:type="fixed"/>
        <w:tblCellMar>
          <w:top w:w="100" w:type="dxa"/>
          <w:left w:w="120" w:type="dxa"/>
          <w:bottom w:w="100" w:type="dxa"/>
          <w:right w:w="120" w:type="dxa"/>
        </w:tblCellMar>
        <w:tblLook w:val="04A0" w:firstRow="1" w:lastRow="0" w:firstColumn="1" w:lastColumn="0" w:noHBand="0" w:noVBand="1"/>
      </w:tblPr>
      <w:tblGrid>
        <w:gridCol w:w="1406"/>
        <w:gridCol w:w="4630"/>
        <w:gridCol w:w="4110"/>
      </w:tblGrid>
      <w:tr w:rsidR="00000B84" w14:paraId="3D2E5AA0" w14:textId="77777777">
        <w:trPr>
          <w:cantSplit/>
          <w:tblHeader/>
        </w:trPr>
        <w:tc>
          <w:tcPr>
            <w:tcW w:w="1406" w:type="dxa"/>
            <w:shd w:val="clear" w:color="auto" w:fill="28715D"/>
          </w:tcPr>
          <w:p w14:paraId="7BE77576" w14:textId="77777777" w:rsidR="00000B84" w:rsidRDefault="00000000">
            <w:pPr>
              <w:pStyle w:val="TableHeader"/>
            </w:pPr>
            <w:r>
              <w:t>Posição / linha</w:t>
            </w:r>
          </w:p>
        </w:tc>
        <w:tc>
          <w:tcPr>
            <w:tcW w:w="4630" w:type="dxa"/>
            <w:shd w:val="clear" w:color="auto" w:fill="28715D"/>
          </w:tcPr>
          <w:p w14:paraId="799235B0" w14:textId="77777777" w:rsidR="00000B84" w:rsidRDefault="00000000">
            <w:pPr>
              <w:pStyle w:val="TableHeader"/>
            </w:pPr>
            <w:r>
              <w:t>Nome original no Excel</w:t>
            </w:r>
          </w:p>
        </w:tc>
        <w:tc>
          <w:tcPr>
            <w:tcW w:w="4110" w:type="dxa"/>
            <w:shd w:val="clear" w:color="auto" w:fill="28715D"/>
          </w:tcPr>
          <w:p w14:paraId="79228AA8" w14:textId="77777777" w:rsidR="00000B84" w:rsidRDefault="00000000">
            <w:pPr>
              <w:pStyle w:val="TableHeader"/>
            </w:pPr>
            <w:r>
              <w:t>Nome final nas duas páginas</w:t>
            </w:r>
          </w:p>
        </w:tc>
      </w:tr>
      <w:tr w:rsidR="00000B84" w14:paraId="4D5052F9" w14:textId="77777777">
        <w:trPr>
          <w:cantSplit/>
        </w:trPr>
        <w:tc>
          <w:tcPr>
            <w:tcW w:w="1406" w:type="dxa"/>
            <w:shd w:val="clear" w:color="auto" w:fill="FFFFFF"/>
          </w:tcPr>
          <w:p w14:paraId="36576EE3" w14:textId="77777777" w:rsidR="00000B84" w:rsidRDefault="00000000">
            <w:pPr>
              <w:pStyle w:val="TableText"/>
            </w:pPr>
            <w:r>
              <w:t>0020 / 21</w:t>
            </w:r>
          </w:p>
        </w:tc>
        <w:tc>
          <w:tcPr>
            <w:tcW w:w="4630" w:type="dxa"/>
            <w:shd w:val="clear" w:color="auto" w:fill="FFFFFF"/>
          </w:tcPr>
          <w:p w14:paraId="5345CE3C" w14:textId="77777777" w:rsidR="00000B84" w:rsidRDefault="00000000">
            <w:pPr>
              <w:pStyle w:val="TableText"/>
            </w:pPr>
            <w:r>
              <w:t>Aberto Marinho Elacinho Alcolete</w:t>
            </w:r>
          </w:p>
        </w:tc>
        <w:tc>
          <w:tcPr>
            <w:tcW w:w="4110" w:type="dxa"/>
            <w:shd w:val="clear" w:color="auto" w:fill="FFFFFF"/>
          </w:tcPr>
          <w:p w14:paraId="3805B07C" w14:textId="77777777" w:rsidR="00000B84" w:rsidRDefault="00000000">
            <w:pPr>
              <w:pStyle w:val="TableText"/>
            </w:pPr>
            <w:r>
              <w:t>Aberto Marinho Alcolete</w:t>
            </w:r>
          </w:p>
        </w:tc>
      </w:tr>
      <w:tr w:rsidR="00000B84" w14:paraId="0D19575B" w14:textId="77777777">
        <w:trPr>
          <w:cantSplit/>
        </w:trPr>
        <w:tc>
          <w:tcPr>
            <w:tcW w:w="1406" w:type="dxa"/>
            <w:shd w:val="clear" w:color="auto" w:fill="F0F5F2"/>
          </w:tcPr>
          <w:p w14:paraId="1D8BF0B4" w14:textId="77777777" w:rsidR="00000B84" w:rsidRDefault="00000000">
            <w:pPr>
              <w:pStyle w:val="TableText"/>
            </w:pPr>
            <w:r>
              <w:t>0035 / 36</w:t>
            </w:r>
          </w:p>
        </w:tc>
        <w:tc>
          <w:tcPr>
            <w:tcW w:w="4630" w:type="dxa"/>
            <w:shd w:val="clear" w:color="auto" w:fill="F0F5F2"/>
          </w:tcPr>
          <w:p w14:paraId="1C9DDF7E" w14:textId="77777777" w:rsidR="00000B84" w:rsidRDefault="00000000">
            <w:pPr>
              <w:pStyle w:val="TableText"/>
            </w:pPr>
            <w:r>
              <w:t>Acácio Américo Fungulane Muriorio</w:t>
            </w:r>
          </w:p>
        </w:tc>
        <w:tc>
          <w:tcPr>
            <w:tcW w:w="4110" w:type="dxa"/>
            <w:shd w:val="clear" w:color="auto" w:fill="F0F5F2"/>
          </w:tcPr>
          <w:p w14:paraId="6F939DCB" w14:textId="77777777" w:rsidR="00000B84" w:rsidRDefault="00000000">
            <w:pPr>
              <w:pStyle w:val="TableText"/>
            </w:pPr>
            <w:r>
              <w:t>Acácio Américo Muriorio</w:t>
            </w:r>
          </w:p>
        </w:tc>
      </w:tr>
      <w:tr w:rsidR="00000B84" w14:paraId="35DE3F55" w14:textId="77777777">
        <w:trPr>
          <w:cantSplit/>
        </w:trPr>
        <w:tc>
          <w:tcPr>
            <w:tcW w:w="1406" w:type="dxa"/>
            <w:shd w:val="clear" w:color="auto" w:fill="FFFFFF"/>
          </w:tcPr>
          <w:p w14:paraId="2038F309" w14:textId="77777777" w:rsidR="00000B84" w:rsidRDefault="00000000">
            <w:pPr>
              <w:pStyle w:val="TableText"/>
            </w:pPr>
            <w:r>
              <w:t>0043 / 44</w:t>
            </w:r>
          </w:p>
        </w:tc>
        <w:tc>
          <w:tcPr>
            <w:tcW w:w="4630" w:type="dxa"/>
            <w:shd w:val="clear" w:color="auto" w:fill="FFFFFF"/>
          </w:tcPr>
          <w:p w14:paraId="43D063DB" w14:textId="77777777" w:rsidR="00000B84" w:rsidRDefault="00000000">
            <w:pPr>
              <w:pStyle w:val="TableText"/>
            </w:pPr>
            <w:r>
              <w:t>Adélio Verno Mazangão Murinde</w:t>
            </w:r>
          </w:p>
        </w:tc>
        <w:tc>
          <w:tcPr>
            <w:tcW w:w="4110" w:type="dxa"/>
            <w:shd w:val="clear" w:color="auto" w:fill="FFFFFF"/>
          </w:tcPr>
          <w:p w14:paraId="2C939C41" w14:textId="77777777" w:rsidR="00000B84" w:rsidRDefault="00000000">
            <w:pPr>
              <w:pStyle w:val="TableText"/>
            </w:pPr>
            <w:r>
              <w:t>Adélio Verno Murinde</w:t>
            </w:r>
          </w:p>
        </w:tc>
      </w:tr>
      <w:tr w:rsidR="00000B84" w14:paraId="23DEC71C" w14:textId="77777777">
        <w:trPr>
          <w:cantSplit/>
        </w:trPr>
        <w:tc>
          <w:tcPr>
            <w:tcW w:w="1406" w:type="dxa"/>
            <w:shd w:val="clear" w:color="auto" w:fill="F0F5F2"/>
          </w:tcPr>
          <w:p w14:paraId="2A3071ED" w14:textId="77777777" w:rsidR="00000B84" w:rsidRDefault="00000000">
            <w:pPr>
              <w:pStyle w:val="TableText"/>
            </w:pPr>
            <w:r>
              <w:t>0045 / 46</w:t>
            </w:r>
          </w:p>
        </w:tc>
        <w:tc>
          <w:tcPr>
            <w:tcW w:w="4630" w:type="dxa"/>
            <w:shd w:val="clear" w:color="auto" w:fill="F0F5F2"/>
          </w:tcPr>
          <w:p w14:paraId="1F8F66F8" w14:textId="77777777" w:rsidR="00000B84" w:rsidRDefault="00000000">
            <w:pPr>
              <w:pStyle w:val="TableText"/>
            </w:pPr>
            <w:r>
              <w:t>Adelson Virgilio Armando Virgilio</w:t>
            </w:r>
          </w:p>
        </w:tc>
        <w:tc>
          <w:tcPr>
            <w:tcW w:w="4110" w:type="dxa"/>
            <w:shd w:val="clear" w:color="auto" w:fill="F0F5F2"/>
          </w:tcPr>
          <w:p w14:paraId="5B6DF1B6" w14:textId="77777777" w:rsidR="00000B84" w:rsidRDefault="00000000">
            <w:pPr>
              <w:pStyle w:val="TableText"/>
            </w:pPr>
            <w:r>
              <w:t>Adelson Virgilio Virgilio</w:t>
            </w:r>
          </w:p>
        </w:tc>
      </w:tr>
      <w:tr w:rsidR="00000B84" w14:paraId="1B1BB180" w14:textId="77777777">
        <w:trPr>
          <w:cantSplit/>
        </w:trPr>
        <w:tc>
          <w:tcPr>
            <w:tcW w:w="1406" w:type="dxa"/>
            <w:shd w:val="clear" w:color="auto" w:fill="FFFFFF"/>
          </w:tcPr>
          <w:p w14:paraId="3489378B" w14:textId="77777777" w:rsidR="00000B84" w:rsidRDefault="00000000">
            <w:pPr>
              <w:pStyle w:val="TableText"/>
            </w:pPr>
            <w:r>
              <w:t>0088 / 89</w:t>
            </w:r>
          </w:p>
        </w:tc>
        <w:tc>
          <w:tcPr>
            <w:tcW w:w="4630" w:type="dxa"/>
            <w:shd w:val="clear" w:color="auto" w:fill="FFFFFF"/>
          </w:tcPr>
          <w:p w14:paraId="0F249615" w14:textId="77777777" w:rsidR="00000B84" w:rsidRDefault="00000000">
            <w:pPr>
              <w:pStyle w:val="TableText"/>
            </w:pPr>
            <w:r>
              <w:t>Aider Nhauela Antonio Dinis Cocoa</w:t>
            </w:r>
          </w:p>
        </w:tc>
        <w:tc>
          <w:tcPr>
            <w:tcW w:w="4110" w:type="dxa"/>
            <w:shd w:val="clear" w:color="auto" w:fill="FFFFFF"/>
          </w:tcPr>
          <w:p w14:paraId="099E5B28" w14:textId="77777777" w:rsidR="00000B84" w:rsidRDefault="00000000">
            <w:pPr>
              <w:pStyle w:val="TableText"/>
            </w:pPr>
            <w:r>
              <w:t>Aider Nhauela Cocoa</w:t>
            </w:r>
          </w:p>
        </w:tc>
      </w:tr>
      <w:tr w:rsidR="00000B84" w14:paraId="61D68A06" w14:textId="77777777">
        <w:trPr>
          <w:cantSplit/>
        </w:trPr>
        <w:tc>
          <w:tcPr>
            <w:tcW w:w="1406" w:type="dxa"/>
            <w:shd w:val="clear" w:color="auto" w:fill="F0F5F2"/>
          </w:tcPr>
          <w:p w14:paraId="1075362C" w14:textId="77777777" w:rsidR="00000B84" w:rsidRDefault="00000000">
            <w:pPr>
              <w:pStyle w:val="TableText"/>
            </w:pPr>
            <w:r>
              <w:t>0090 / 91</w:t>
            </w:r>
          </w:p>
        </w:tc>
        <w:tc>
          <w:tcPr>
            <w:tcW w:w="4630" w:type="dxa"/>
            <w:shd w:val="clear" w:color="auto" w:fill="F0F5F2"/>
          </w:tcPr>
          <w:p w14:paraId="7BABF213" w14:textId="77777777" w:rsidR="00000B84" w:rsidRDefault="00000000">
            <w:pPr>
              <w:pStyle w:val="TableText"/>
            </w:pPr>
            <w:r>
              <w:t>Aires Luís Culupirane  Bofeto Patife</w:t>
            </w:r>
          </w:p>
        </w:tc>
        <w:tc>
          <w:tcPr>
            <w:tcW w:w="4110" w:type="dxa"/>
            <w:shd w:val="clear" w:color="auto" w:fill="F0F5F2"/>
          </w:tcPr>
          <w:p w14:paraId="0E72B6AB" w14:textId="77777777" w:rsidR="00000B84" w:rsidRDefault="00000000">
            <w:pPr>
              <w:pStyle w:val="TableText"/>
            </w:pPr>
            <w:r>
              <w:t>Aires Luís Patife</w:t>
            </w:r>
          </w:p>
        </w:tc>
      </w:tr>
      <w:tr w:rsidR="00000B84" w14:paraId="1090BDC6" w14:textId="77777777">
        <w:trPr>
          <w:cantSplit/>
        </w:trPr>
        <w:tc>
          <w:tcPr>
            <w:tcW w:w="1406" w:type="dxa"/>
            <w:shd w:val="clear" w:color="auto" w:fill="FFFFFF"/>
          </w:tcPr>
          <w:p w14:paraId="7E79E217" w14:textId="77777777" w:rsidR="00000B84" w:rsidRDefault="00000000">
            <w:pPr>
              <w:pStyle w:val="TableText"/>
            </w:pPr>
            <w:r>
              <w:t>0096 / 97</w:t>
            </w:r>
          </w:p>
        </w:tc>
        <w:tc>
          <w:tcPr>
            <w:tcW w:w="4630" w:type="dxa"/>
            <w:shd w:val="clear" w:color="auto" w:fill="FFFFFF"/>
          </w:tcPr>
          <w:p w14:paraId="24E38B5C" w14:textId="77777777" w:rsidR="00000B84" w:rsidRDefault="00000000">
            <w:pPr>
              <w:pStyle w:val="TableText"/>
            </w:pPr>
            <w:r>
              <w:t>Alberto Alexandre Maquina Maquina</w:t>
            </w:r>
          </w:p>
        </w:tc>
        <w:tc>
          <w:tcPr>
            <w:tcW w:w="4110" w:type="dxa"/>
            <w:shd w:val="clear" w:color="auto" w:fill="FFFFFF"/>
          </w:tcPr>
          <w:p w14:paraId="48661DC4" w14:textId="77777777" w:rsidR="00000B84" w:rsidRDefault="00000000">
            <w:pPr>
              <w:pStyle w:val="TableText"/>
            </w:pPr>
            <w:r>
              <w:t>Alberto Alexandre Maquina</w:t>
            </w:r>
          </w:p>
        </w:tc>
      </w:tr>
      <w:tr w:rsidR="00000B84" w14:paraId="39A532A5" w14:textId="77777777">
        <w:trPr>
          <w:cantSplit/>
        </w:trPr>
        <w:tc>
          <w:tcPr>
            <w:tcW w:w="1406" w:type="dxa"/>
            <w:shd w:val="clear" w:color="auto" w:fill="F0F5F2"/>
          </w:tcPr>
          <w:p w14:paraId="1BCD190B" w14:textId="77777777" w:rsidR="00000B84" w:rsidRDefault="00000000">
            <w:pPr>
              <w:pStyle w:val="TableText"/>
            </w:pPr>
            <w:r>
              <w:t>0115 / 116</w:t>
            </w:r>
          </w:p>
        </w:tc>
        <w:tc>
          <w:tcPr>
            <w:tcW w:w="4630" w:type="dxa"/>
            <w:shd w:val="clear" w:color="auto" w:fill="F0F5F2"/>
          </w:tcPr>
          <w:p w14:paraId="264672BF" w14:textId="77777777" w:rsidR="00000B84" w:rsidRDefault="00000000">
            <w:pPr>
              <w:pStyle w:val="TableText"/>
            </w:pPr>
            <w:r>
              <w:t>Alcídio Felizardo Carvalho Mulumpula</w:t>
            </w:r>
          </w:p>
        </w:tc>
        <w:tc>
          <w:tcPr>
            <w:tcW w:w="4110" w:type="dxa"/>
            <w:shd w:val="clear" w:color="auto" w:fill="F0F5F2"/>
          </w:tcPr>
          <w:p w14:paraId="77ACC241" w14:textId="77777777" w:rsidR="00000B84" w:rsidRDefault="00000000">
            <w:pPr>
              <w:pStyle w:val="TableText"/>
            </w:pPr>
            <w:r>
              <w:t>Alcídio Felizardo Mulumpula</w:t>
            </w:r>
          </w:p>
        </w:tc>
      </w:tr>
      <w:tr w:rsidR="00000B84" w14:paraId="618A8B45" w14:textId="77777777">
        <w:trPr>
          <w:cantSplit/>
        </w:trPr>
        <w:tc>
          <w:tcPr>
            <w:tcW w:w="1406" w:type="dxa"/>
            <w:shd w:val="clear" w:color="auto" w:fill="FFFFFF"/>
          </w:tcPr>
          <w:p w14:paraId="1194C7AD" w14:textId="77777777" w:rsidR="00000B84" w:rsidRDefault="00000000">
            <w:pPr>
              <w:pStyle w:val="TableText"/>
            </w:pPr>
            <w:r>
              <w:t>0116 / 117</w:t>
            </w:r>
          </w:p>
        </w:tc>
        <w:tc>
          <w:tcPr>
            <w:tcW w:w="4630" w:type="dxa"/>
            <w:shd w:val="clear" w:color="auto" w:fill="FFFFFF"/>
          </w:tcPr>
          <w:p w14:paraId="13BCE243" w14:textId="77777777" w:rsidR="00000B84" w:rsidRDefault="00000000">
            <w:pPr>
              <w:pStyle w:val="TableText"/>
            </w:pPr>
            <w:r>
              <w:t>Alcilio De Almeida Alcilio De Almeida Lucilio</w:t>
            </w:r>
          </w:p>
        </w:tc>
        <w:tc>
          <w:tcPr>
            <w:tcW w:w="4110" w:type="dxa"/>
            <w:shd w:val="clear" w:color="auto" w:fill="FFFFFF"/>
          </w:tcPr>
          <w:p w14:paraId="5040D079" w14:textId="77777777" w:rsidR="00000B84" w:rsidRDefault="00000000">
            <w:pPr>
              <w:pStyle w:val="TableText"/>
            </w:pPr>
            <w:r>
              <w:t>Alcilio De Almeida Lucilio</w:t>
            </w:r>
          </w:p>
        </w:tc>
      </w:tr>
      <w:tr w:rsidR="00000B84" w14:paraId="51C9A0BC" w14:textId="77777777">
        <w:trPr>
          <w:cantSplit/>
        </w:trPr>
        <w:tc>
          <w:tcPr>
            <w:tcW w:w="1406" w:type="dxa"/>
            <w:shd w:val="clear" w:color="auto" w:fill="F0F5F2"/>
          </w:tcPr>
          <w:p w14:paraId="1B0DC3B0" w14:textId="77777777" w:rsidR="00000B84" w:rsidRDefault="00000000">
            <w:pPr>
              <w:pStyle w:val="TableText"/>
            </w:pPr>
            <w:r>
              <w:t>0124 / 125</w:t>
            </w:r>
          </w:p>
        </w:tc>
        <w:tc>
          <w:tcPr>
            <w:tcW w:w="4630" w:type="dxa"/>
            <w:shd w:val="clear" w:color="auto" w:fill="F0F5F2"/>
          </w:tcPr>
          <w:p w14:paraId="7A1906CF" w14:textId="77777777" w:rsidR="00000B84" w:rsidRDefault="00000000">
            <w:pPr>
              <w:pStyle w:val="TableText"/>
            </w:pPr>
            <w:r>
              <w:t>Alex Evaristo Sebastiao Mentiroso</w:t>
            </w:r>
          </w:p>
        </w:tc>
        <w:tc>
          <w:tcPr>
            <w:tcW w:w="4110" w:type="dxa"/>
            <w:shd w:val="clear" w:color="auto" w:fill="F0F5F2"/>
          </w:tcPr>
          <w:p w14:paraId="2D27252B" w14:textId="77777777" w:rsidR="00000B84" w:rsidRDefault="00000000">
            <w:pPr>
              <w:pStyle w:val="TableText"/>
            </w:pPr>
            <w:r>
              <w:t>Alex Evaristo Mentiroso</w:t>
            </w:r>
          </w:p>
        </w:tc>
      </w:tr>
      <w:tr w:rsidR="00000B84" w14:paraId="56235E81" w14:textId="77777777">
        <w:trPr>
          <w:cantSplit/>
        </w:trPr>
        <w:tc>
          <w:tcPr>
            <w:tcW w:w="1406" w:type="dxa"/>
            <w:shd w:val="clear" w:color="auto" w:fill="FFFFFF"/>
          </w:tcPr>
          <w:p w14:paraId="3F283C64" w14:textId="77777777" w:rsidR="00000B84" w:rsidRDefault="00000000">
            <w:pPr>
              <w:pStyle w:val="TableText"/>
            </w:pPr>
            <w:r>
              <w:t>0157 / 158</w:t>
            </w:r>
          </w:p>
        </w:tc>
        <w:tc>
          <w:tcPr>
            <w:tcW w:w="4630" w:type="dxa"/>
            <w:shd w:val="clear" w:color="auto" w:fill="FFFFFF"/>
          </w:tcPr>
          <w:p w14:paraId="05A197FB" w14:textId="77777777" w:rsidR="00000B84" w:rsidRDefault="00000000">
            <w:pPr>
              <w:pStyle w:val="TableText"/>
            </w:pPr>
            <w:r>
              <w:t>Aminodine Aminodine Hélder Dade</w:t>
            </w:r>
          </w:p>
        </w:tc>
        <w:tc>
          <w:tcPr>
            <w:tcW w:w="4110" w:type="dxa"/>
            <w:shd w:val="clear" w:color="auto" w:fill="FFFFFF"/>
          </w:tcPr>
          <w:p w14:paraId="23502EE2" w14:textId="77777777" w:rsidR="00000B84" w:rsidRDefault="00000000">
            <w:pPr>
              <w:pStyle w:val="TableText"/>
            </w:pPr>
            <w:r>
              <w:t>Aminodine Aminodine Dade</w:t>
            </w:r>
          </w:p>
        </w:tc>
      </w:tr>
      <w:tr w:rsidR="00000B84" w14:paraId="2DAFB971" w14:textId="77777777">
        <w:trPr>
          <w:cantSplit/>
        </w:trPr>
        <w:tc>
          <w:tcPr>
            <w:tcW w:w="1406" w:type="dxa"/>
            <w:shd w:val="clear" w:color="auto" w:fill="F0F5F2"/>
          </w:tcPr>
          <w:p w14:paraId="25ED62DE" w14:textId="77777777" w:rsidR="00000B84" w:rsidRDefault="00000000">
            <w:pPr>
              <w:pStyle w:val="TableText"/>
            </w:pPr>
            <w:r>
              <w:t>0161 / 162</w:t>
            </w:r>
          </w:p>
        </w:tc>
        <w:tc>
          <w:tcPr>
            <w:tcW w:w="4630" w:type="dxa"/>
            <w:shd w:val="clear" w:color="auto" w:fill="F0F5F2"/>
          </w:tcPr>
          <w:p w14:paraId="1EF6969F" w14:textId="77777777" w:rsidR="00000B84" w:rsidRDefault="00000000">
            <w:pPr>
              <w:pStyle w:val="TableText"/>
            </w:pPr>
            <w:r>
              <w:t>Amisse Germia Silveira Germia Silveira</w:t>
            </w:r>
          </w:p>
        </w:tc>
        <w:tc>
          <w:tcPr>
            <w:tcW w:w="4110" w:type="dxa"/>
            <w:shd w:val="clear" w:color="auto" w:fill="F0F5F2"/>
          </w:tcPr>
          <w:p w14:paraId="74FD1F89" w14:textId="77777777" w:rsidR="00000B84" w:rsidRDefault="00000000">
            <w:pPr>
              <w:pStyle w:val="TableText"/>
            </w:pPr>
            <w:r>
              <w:t>Amisse Germia Silveira</w:t>
            </w:r>
          </w:p>
        </w:tc>
      </w:tr>
      <w:tr w:rsidR="00000B84" w14:paraId="4F6AA6EA" w14:textId="77777777">
        <w:trPr>
          <w:cantSplit/>
        </w:trPr>
        <w:tc>
          <w:tcPr>
            <w:tcW w:w="1406" w:type="dxa"/>
            <w:shd w:val="clear" w:color="auto" w:fill="FFFFFF"/>
          </w:tcPr>
          <w:p w14:paraId="4969E277" w14:textId="77777777" w:rsidR="00000B84" w:rsidRDefault="00000000">
            <w:pPr>
              <w:pStyle w:val="TableText"/>
            </w:pPr>
            <w:r>
              <w:t>0180 / 181</w:t>
            </w:r>
          </w:p>
        </w:tc>
        <w:tc>
          <w:tcPr>
            <w:tcW w:w="4630" w:type="dxa"/>
            <w:shd w:val="clear" w:color="auto" w:fill="FFFFFF"/>
          </w:tcPr>
          <w:p w14:paraId="7E21D4D4" w14:textId="77777777" w:rsidR="00000B84" w:rsidRDefault="00000000">
            <w:pPr>
              <w:pStyle w:val="TableText"/>
            </w:pPr>
            <w:r>
              <w:t>Ângelo Bobone Matos Ângelo Bobone Matos Alfredo</w:t>
            </w:r>
          </w:p>
        </w:tc>
        <w:tc>
          <w:tcPr>
            <w:tcW w:w="4110" w:type="dxa"/>
            <w:shd w:val="clear" w:color="auto" w:fill="FFFFFF"/>
          </w:tcPr>
          <w:p w14:paraId="72EED4E7" w14:textId="77777777" w:rsidR="00000B84" w:rsidRDefault="00000000">
            <w:pPr>
              <w:pStyle w:val="TableText"/>
            </w:pPr>
            <w:r>
              <w:t>Ângelo Bobone Alfredo</w:t>
            </w:r>
          </w:p>
        </w:tc>
      </w:tr>
      <w:tr w:rsidR="00000B84" w14:paraId="447F4AD3" w14:textId="77777777">
        <w:trPr>
          <w:cantSplit/>
        </w:trPr>
        <w:tc>
          <w:tcPr>
            <w:tcW w:w="1406" w:type="dxa"/>
            <w:shd w:val="clear" w:color="auto" w:fill="F0F5F2"/>
          </w:tcPr>
          <w:p w14:paraId="499248BB" w14:textId="77777777" w:rsidR="00000B84" w:rsidRDefault="00000000">
            <w:pPr>
              <w:pStyle w:val="TableText"/>
            </w:pPr>
            <w:r>
              <w:t>0186 / 187</w:t>
            </w:r>
          </w:p>
        </w:tc>
        <w:tc>
          <w:tcPr>
            <w:tcW w:w="4630" w:type="dxa"/>
            <w:shd w:val="clear" w:color="auto" w:fill="F0F5F2"/>
          </w:tcPr>
          <w:p w14:paraId="0BFD1317" w14:textId="77777777" w:rsidR="00000B84" w:rsidRDefault="00000000">
            <w:pPr>
              <w:pStyle w:val="TableText"/>
            </w:pPr>
            <w:r>
              <w:t>Aniceto Marcelino Issa Samamade</w:t>
            </w:r>
          </w:p>
        </w:tc>
        <w:tc>
          <w:tcPr>
            <w:tcW w:w="4110" w:type="dxa"/>
            <w:shd w:val="clear" w:color="auto" w:fill="F0F5F2"/>
          </w:tcPr>
          <w:p w14:paraId="06D21514" w14:textId="77777777" w:rsidR="00000B84" w:rsidRDefault="00000000">
            <w:pPr>
              <w:pStyle w:val="TableText"/>
            </w:pPr>
            <w:r>
              <w:t>Aniceto Marcelino Samamade</w:t>
            </w:r>
          </w:p>
        </w:tc>
      </w:tr>
      <w:tr w:rsidR="00000B84" w14:paraId="58F501E7" w14:textId="77777777">
        <w:trPr>
          <w:cantSplit/>
        </w:trPr>
        <w:tc>
          <w:tcPr>
            <w:tcW w:w="1406" w:type="dxa"/>
            <w:shd w:val="clear" w:color="auto" w:fill="FFFFFF"/>
          </w:tcPr>
          <w:p w14:paraId="62666115" w14:textId="77777777" w:rsidR="00000B84" w:rsidRDefault="00000000">
            <w:pPr>
              <w:pStyle w:val="TableText"/>
            </w:pPr>
            <w:r>
              <w:t>0190 / 191</w:t>
            </w:r>
          </w:p>
        </w:tc>
        <w:tc>
          <w:tcPr>
            <w:tcW w:w="4630" w:type="dxa"/>
            <w:shd w:val="clear" w:color="auto" w:fill="FFFFFF"/>
          </w:tcPr>
          <w:p w14:paraId="0CA75A11" w14:textId="77777777" w:rsidR="00000B84" w:rsidRDefault="00000000">
            <w:pPr>
              <w:pStyle w:val="TableText"/>
            </w:pPr>
            <w:r>
              <w:t>Anselmo Almeida Mário Nacueia</w:t>
            </w:r>
          </w:p>
        </w:tc>
        <w:tc>
          <w:tcPr>
            <w:tcW w:w="4110" w:type="dxa"/>
            <w:shd w:val="clear" w:color="auto" w:fill="FFFFFF"/>
          </w:tcPr>
          <w:p w14:paraId="0B37062F" w14:textId="77777777" w:rsidR="00000B84" w:rsidRDefault="00000000">
            <w:pPr>
              <w:pStyle w:val="TableText"/>
            </w:pPr>
            <w:r>
              <w:t>Anselmo Almeida Nacueia</w:t>
            </w:r>
          </w:p>
        </w:tc>
      </w:tr>
      <w:tr w:rsidR="00000B84" w14:paraId="3CA5ECFA" w14:textId="77777777">
        <w:trPr>
          <w:cantSplit/>
        </w:trPr>
        <w:tc>
          <w:tcPr>
            <w:tcW w:w="1406" w:type="dxa"/>
            <w:shd w:val="clear" w:color="auto" w:fill="F0F5F2"/>
          </w:tcPr>
          <w:p w14:paraId="4A56EA09" w14:textId="77777777" w:rsidR="00000B84" w:rsidRDefault="00000000">
            <w:pPr>
              <w:pStyle w:val="TableText"/>
            </w:pPr>
            <w:r>
              <w:t>0193 / 194</w:t>
            </w:r>
          </w:p>
        </w:tc>
        <w:tc>
          <w:tcPr>
            <w:tcW w:w="4630" w:type="dxa"/>
            <w:shd w:val="clear" w:color="auto" w:fill="F0F5F2"/>
          </w:tcPr>
          <w:p w14:paraId="035D436D" w14:textId="77777777" w:rsidR="00000B84" w:rsidRDefault="00000000">
            <w:pPr>
              <w:pStyle w:val="TableText"/>
            </w:pPr>
            <w:r>
              <w:t>Anselmo Francisco Mutubi Marcoa</w:t>
            </w:r>
          </w:p>
        </w:tc>
        <w:tc>
          <w:tcPr>
            <w:tcW w:w="4110" w:type="dxa"/>
            <w:shd w:val="clear" w:color="auto" w:fill="F0F5F2"/>
          </w:tcPr>
          <w:p w14:paraId="2BF04C25" w14:textId="77777777" w:rsidR="00000B84" w:rsidRDefault="00000000">
            <w:pPr>
              <w:pStyle w:val="TableText"/>
            </w:pPr>
            <w:r>
              <w:t>Anselmo Francisco Marcoa</w:t>
            </w:r>
          </w:p>
        </w:tc>
      </w:tr>
      <w:tr w:rsidR="00000B84" w14:paraId="771B557A" w14:textId="77777777">
        <w:trPr>
          <w:cantSplit/>
        </w:trPr>
        <w:tc>
          <w:tcPr>
            <w:tcW w:w="1406" w:type="dxa"/>
            <w:shd w:val="clear" w:color="auto" w:fill="FFFFFF"/>
          </w:tcPr>
          <w:p w14:paraId="4480FBE0" w14:textId="77777777" w:rsidR="00000B84" w:rsidRDefault="00000000">
            <w:pPr>
              <w:pStyle w:val="TableText"/>
            </w:pPr>
            <w:r>
              <w:t>0222 / 223</w:t>
            </w:r>
          </w:p>
        </w:tc>
        <w:tc>
          <w:tcPr>
            <w:tcW w:w="4630" w:type="dxa"/>
            <w:shd w:val="clear" w:color="auto" w:fill="FFFFFF"/>
          </w:tcPr>
          <w:p w14:paraId="234B9E0A" w14:textId="77777777" w:rsidR="00000B84" w:rsidRDefault="00000000">
            <w:pPr>
              <w:pStyle w:val="TableText"/>
            </w:pPr>
            <w:r>
              <w:t>Ariel Da Lodovina Aurélio Estêvão</w:t>
            </w:r>
          </w:p>
        </w:tc>
        <w:tc>
          <w:tcPr>
            <w:tcW w:w="4110" w:type="dxa"/>
            <w:shd w:val="clear" w:color="auto" w:fill="FFFFFF"/>
          </w:tcPr>
          <w:p w14:paraId="26FA9B0F" w14:textId="77777777" w:rsidR="00000B84" w:rsidRDefault="00000000">
            <w:pPr>
              <w:pStyle w:val="TableText"/>
            </w:pPr>
            <w:r>
              <w:t>Ariel Da Lodovina Estêvão</w:t>
            </w:r>
          </w:p>
        </w:tc>
      </w:tr>
      <w:tr w:rsidR="00000B84" w14:paraId="71805941" w14:textId="77777777">
        <w:trPr>
          <w:cantSplit/>
        </w:trPr>
        <w:tc>
          <w:tcPr>
            <w:tcW w:w="1406" w:type="dxa"/>
            <w:shd w:val="clear" w:color="auto" w:fill="F0F5F2"/>
          </w:tcPr>
          <w:p w14:paraId="6EAB3103" w14:textId="77777777" w:rsidR="00000B84" w:rsidRDefault="00000000">
            <w:pPr>
              <w:pStyle w:val="TableText"/>
            </w:pPr>
            <w:r>
              <w:t>0233 / 234</w:t>
            </w:r>
          </w:p>
        </w:tc>
        <w:tc>
          <w:tcPr>
            <w:tcW w:w="4630" w:type="dxa"/>
            <w:shd w:val="clear" w:color="auto" w:fill="F0F5F2"/>
          </w:tcPr>
          <w:p w14:paraId="38843E7F" w14:textId="77777777" w:rsidR="00000B84" w:rsidRDefault="00000000">
            <w:pPr>
              <w:pStyle w:val="TableText"/>
            </w:pPr>
            <w:r>
              <w:t>Armando Hilario Armando Armando Hilário Armando</w:t>
            </w:r>
          </w:p>
        </w:tc>
        <w:tc>
          <w:tcPr>
            <w:tcW w:w="4110" w:type="dxa"/>
            <w:shd w:val="clear" w:color="auto" w:fill="F0F5F2"/>
          </w:tcPr>
          <w:p w14:paraId="445E5219" w14:textId="77777777" w:rsidR="00000B84" w:rsidRDefault="00000000">
            <w:pPr>
              <w:pStyle w:val="TableText"/>
            </w:pPr>
            <w:r>
              <w:t>Armando Hilario Armando</w:t>
            </w:r>
          </w:p>
        </w:tc>
      </w:tr>
      <w:tr w:rsidR="00000B84" w14:paraId="7CABE8A8" w14:textId="77777777">
        <w:trPr>
          <w:cantSplit/>
        </w:trPr>
        <w:tc>
          <w:tcPr>
            <w:tcW w:w="1406" w:type="dxa"/>
            <w:shd w:val="clear" w:color="auto" w:fill="FFFFFF"/>
          </w:tcPr>
          <w:p w14:paraId="63ECFA16" w14:textId="77777777" w:rsidR="00000B84" w:rsidRDefault="00000000">
            <w:pPr>
              <w:pStyle w:val="TableText"/>
            </w:pPr>
            <w:r>
              <w:t>0246 / 247</w:t>
            </w:r>
          </w:p>
        </w:tc>
        <w:tc>
          <w:tcPr>
            <w:tcW w:w="4630" w:type="dxa"/>
            <w:shd w:val="clear" w:color="auto" w:fill="FFFFFF"/>
          </w:tcPr>
          <w:p w14:paraId="1543185A" w14:textId="77777777" w:rsidR="00000B84" w:rsidRDefault="00000000">
            <w:pPr>
              <w:pStyle w:val="TableText"/>
            </w:pPr>
            <w:r>
              <w:t>Artaná Alfredo Mario Salé Mario Salé</w:t>
            </w:r>
          </w:p>
        </w:tc>
        <w:tc>
          <w:tcPr>
            <w:tcW w:w="4110" w:type="dxa"/>
            <w:shd w:val="clear" w:color="auto" w:fill="FFFFFF"/>
          </w:tcPr>
          <w:p w14:paraId="4A09FFEC" w14:textId="77777777" w:rsidR="00000B84" w:rsidRDefault="00000000">
            <w:pPr>
              <w:pStyle w:val="TableText"/>
            </w:pPr>
            <w:r>
              <w:t>Artaná Alfredo Salé</w:t>
            </w:r>
          </w:p>
        </w:tc>
      </w:tr>
      <w:tr w:rsidR="00000B84" w14:paraId="2C1DE2DD" w14:textId="77777777">
        <w:trPr>
          <w:cantSplit/>
        </w:trPr>
        <w:tc>
          <w:tcPr>
            <w:tcW w:w="1406" w:type="dxa"/>
            <w:shd w:val="clear" w:color="auto" w:fill="F0F5F2"/>
          </w:tcPr>
          <w:p w14:paraId="6A0972C2" w14:textId="77777777" w:rsidR="00000B84" w:rsidRDefault="00000000">
            <w:pPr>
              <w:pStyle w:val="TableText"/>
            </w:pPr>
            <w:r>
              <w:t>0257 / 258</w:t>
            </w:r>
          </w:p>
        </w:tc>
        <w:tc>
          <w:tcPr>
            <w:tcW w:w="4630" w:type="dxa"/>
            <w:shd w:val="clear" w:color="auto" w:fill="F0F5F2"/>
          </w:tcPr>
          <w:p w14:paraId="078474E4" w14:textId="77777777" w:rsidR="00000B84" w:rsidRDefault="00000000">
            <w:pPr>
              <w:pStyle w:val="TableText"/>
            </w:pPr>
            <w:r>
              <w:t>Assistêncio Fernando Raul Maresso</w:t>
            </w:r>
          </w:p>
        </w:tc>
        <w:tc>
          <w:tcPr>
            <w:tcW w:w="4110" w:type="dxa"/>
            <w:shd w:val="clear" w:color="auto" w:fill="F0F5F2"/>
          </w:tcPr>
          <w:p w14:paraId="7F84FE54" w14:textId="77777777" w:rsidR="00000B84" w:rsidRDefault="00000000">
            <w:pPr>
              <w:pStyle w:val="TableText"/>
            </w:pPr>
            <w:r>
              <w:t>Assistêncio Fernando Maresso</w:t>
            </w:r>
          </w:p>
        </w:tc>
      </w:tr>
      <w:tr w:rsidR="00000B84" w14:paraId="7E54D560" w14:textId="77777777">
        <w:trPr>
          <w:cantSplit/>
        </w:trPr>
        <w:tc>
          <w:tcPr>
            <w:tcW w:w="1406" w:type="dxa"/>
            <w:shd w:val="clear" w:color="auto" w:fill="FFFFFF"/>
          </w:tcPr>
          <w:p w14:paraId="119505FD" w14:textId="77777777" w:rsidR="00000B84" w:rsidRDefault="00000000">
            <w:pPr>
              <w:pStyle w:val="TableText"/>
            </w:pPr>
            <w:r>
              <w:t>0279 / 280</w:t>
            </w:r>
          </w:p>
        </w:tc>
        <w:tc>
          <w:tcPr>
            <w:tcW w:w="4630" w:type="dxa"/>
            <w:shd w:val="clear" w:color="auto" w:fill="FFFFFF"/>
          </w:tcPr>
          <w:p w14:paraId="1D137C40" w14:textId="77777777" w:rsidR="00000B84" w:rsidRDefault="00000000">
            <w:pPr>
              <w:pStyle w:val="TableText"/>
            </w:pPr>
            <w:r>
              <w:t>Aylon Joaquim Marinho Campira</w:t>
            </w:r>
          </w:p>
        </w:tc>
        <w:tc>
          <w:tcPr>
            <w:tcW w:w="4110" w:type="dxa"/>
            <w:shd w:val="clear" w:color="auto" w:fill="FFFFFF"/>
          </w:tcPr>
          <w:p w14:paraId="0F9265B7" w14:textId="77777777" w:rsidR="00000B84" w:rsidRDefault="00000000">
            <w:pPr>
              <w:pStyle w:val="TableText"/>
            </w:pPr>
            <w:r>
              <w:t>Aylon Joaquim Campira</w:t>
            </w:r>
          </w:p>
        </w:tc>
      </w:tr>
      <w:tr w:rsidR="00000B84" w14:paraId="6A1D8660" w14:textId="77777777">
        <w:trPr>
          <w:cantSplit/>
        </w:trPr>
        <w:tc>
          <w:tcPr>
            <w:tcW w:w="1406" w:type="dxa"/>
            <w:shd w:val="clear" w:color="auto" w:fill="F0F5F2"/>
          </w:tcPr>
          <w:p w14:paraId="178AB10C" w14:textId="77777777" w:rsidR="00000B84" w:rsidRDefault="00000000">
            <w:pPr>
              <w:pStyle w:val="TableText"/>
            </w:pPr>
            <w:r>
              <w:t>0284 / 285</w:t>
            </w:r>
          </w:p>
        </w:tc>
        <w:tc>
          <w:tcPr>
            <w:tcW w:w="4630" w:type="dxa"/>
            <w:shd w:val="clear" w:color="auto" w:fill="F0F5F2"/>
          </w:tcPr>
          <w:p w14:paraId="3EB6E5DD" w14:textId="77777777" w:rsidR="00000B84" w:rsidRDefault="00000000">
            <w:pPr>
              <w:pStyle w:val="TableText"/>
            </w:pPr>
            <w:r>
              <w:t>Balbino Magalhães Março Ordem</w:t>
            </w:r>
          </w:p>
        </w:tc>
        <w:tc>
          <w:tcPr>
            <w:tcW w:w="4110" w:type="dxa"/>
            <w:shd w:val="clear" w:color="auto" w:fill="F0F5F2"/>
          </w:tcPr>
          <w:p w14:paraId="099D1439" w14:textId="77777777" w:rsidR="00000B84" w:rsidRDefault="00000000">
            <w:pPr>
              <w:pStyle w:val="TableText"/>
            </w:pPr>
            <w:r>
              <w:t>Balbino Magalhães Ordem</w:t>
            </w:r>
          </w:p>
        </w:tc>
      </w:tr>
      <w:tr w:rsidR="00000B84" w14:paraId="5A5B9CBB" w14:textId="77777777">
        <w:trPr>
          <w:cantSplit/>
        </w:trPr>
        <w:tc>
          <w:tcPr>
            <w:tcW w:w="1406" w:type="dxa"/>
            <w:shd w:val="clear" w:color="auto" w:fill="FFFFFF"/>
          </w:tcPr>
          <w:p w14:paraId="09B90F82" w14:textId="77777777" w:rsidR="00000B84" w:rsidRDefault="00000000">
            <w:pPr>
              <w:pStyle w:val="TableText"/>
            </w:pPr>
            <w:r>
              <w:t>0316 / 317</w:t>
            </w:r>
          </w:p>
        </w:tc>
        <w:tc>
          <w:tcPr>
            <w:tcW w:w="4630" w:type="dxa"/>
            <w:shd w:val="clear" w:color="auto" w:fill="FFFFFF"/>
          </w:tcPr>
          <w:p w14:paraId="1B94A0A8" w14:textId="77777777" w:rsidR="00000B84" w:rsidRDefault="00000000">
            <w:pPr>
              <w:pStyle w:val="TableText"/>
            </w:pPr>
            <w:r>
              <w:t>Benildo Artur Baltazar Baltazar Baltazar</w:t>
            </w:r>
          </w:p>
        </w:tc>
        <w:tc>
          <w:tcPr>
            <w:tcW w:w="4110" w:type="dxa"/>
            <w:shd w:val="clear" w:color="auto" w:fill="FFFFFF"/>
          </w:tcPr>
          <w:p w14:paraId="2FE409E0" w14:textId="77777777" w:rsidR="00000B84" w:rsidRDefault="00000000">
            <w:pPr>
              <w:pStyle w:val="TableText"/>
            </w:pPr>
            <w:r>
              <w:t>Benildo Artur Baltazar</w:t>
            </w:r>
          </w:p>
        </w:tc>
      </w:tr>
      <w:tr w:rsidR="00000B84" w14:paraId="581A90A9" w14:textId="77777777">
        <w:trPr>
          <w:cantSplit/>
        </w:trPr>
        <w:tc>
          <w:tcPr>
            <w:tcW w:w="1406" w:type="dxa"/>
            <w:shd w:val="clear" w:color="auto" w:fill="F0F5F2"/>
          </w:tcPr>
          <w:p w14:paraId="0798A148" w14:textId="77777777" w:rsidR="00000B84" w:rsidRDefault="00000000">
            <w:pPr>
              <w:pStyle w:val="TableText"/>
            </w:pPr>
            <w:r>
              <w:t>0318 / 319</w:t>
            </w:r>
          </w:p>
        </w:tc>
        <w:tc>
          <w:tcPr>
            <w:tcW w:w="4630" w:type="dxa"/>
            <w:shd w:val="clear" w:color="auto" w:fill="F0F5F2"/>
          </w:tcPr>
          <w:p w14:paraId="056FF77D" w14:textId="77777777" w:rsidR="00000B84" w:rsidRDefault="00000000">
            <w:pPr>
              <w:pStyle w:val="TableText"/>
            </w:pPr>
            <w:r>
              <w:t>Benito Evaristo Sebastiao Mentiroso</w:t>
            </w:r>
          </w:p>
        </w:tc>
        <w:tc>
          <w:tcPr>
            <w:tcW w:w="4110" w:type="dxa"/>
            <w:shd w:val="clear" w:color="auto" w:fill="F0F5F2"/>
          </w:tcPr>
          <w:p w14:paraId="33762FF5" w14:textId="77777777" w:rsidR="00000B84" w:rsidRDefault="00000000">
            <w:pPr>
              <w:pStyle w:val="TableText"/>
            </w:pPr>
            <w:r>
              <w:t>Benito Evaristo Mentiroso</w:t>
            </w:r>
          </w:p>
        </w:tc>
      </w:tr>
      <w:tr w:rsidR="00000B84" w14:paraId="4C289B94" w14:textId="77777777">
        <w:trPr>
          <w:cantSplit/>
        </w:trPr>
        <w:tc>
          <w:tcPr>
            <w:tcW w:w="1406" w:type="dxa"/>
            <w:shd w:val="clear" w:color="auto" w:fill="FFFFFF"/>
          </w:tcPr>
          <w:p w14:paraId="0E2C8840" w14:textId="77777777" w:rsidR="00000B84" w:rsidRDefault="00000000">
            <w:pPr>
              <w:pStyle w:val="TableText"/>
            </w:pPr>
            <w:r>
              <w:t>0325 / 326</w:t>
            </w:r>
          </w:p>
        </w:tc>
        <w:tc>
          <w:tcPr>
            <w:tcW w:w="4630" w:type="dxa"/>
            <w:shd w:val="clear" w:color="auto" w:fill="FFFFFF"/>
          </w:tcPr>
          <w:p w14:paraId="5D73C575" w14:textId="77777777" w:rsidR="00000B84" w:rsidRDefault="00000000">
            <w:pPr>
              <w:pStyle w:val="TableText"/>
            </w:pPr>
            <w:r>
              <w:t>Benquimane Fernando Alberto Cudier</w:t>
            </w:r>
          </w:p>
        </w:tc>
        <w:tc>
          <w:tcPr>
            <w:tcW w:w="4110" w:type="dxa"/>
            <w:shd w:val="clear" w:color="auto" w:fill="FFFFFF"/>
          </w:tcPr>
          <w:p w14:paraId="3D6AFAE9" w14:textId="77777777" w:rsidR="00000B84" w:rsidRDefault="00000000">
            <w:pPr>
              <w:pStyle w:val="TableText"/>
            </w:pPr>
            <w:r>
              <w:t>Benquimane Fernando Cudier</w:t>
            </w:r>
          </w:p>
        </w:tc>
      </w:tr>
      <w:tr w:rsidR="00000B84" w14:paraId="123C4307" w14:textId="77777777">
        <w:trPr>
          <w:cantSplit/>
        </w:trPr>
        <w:tc>
          <w:tcPr>
            <w:tcW w:w="1406" w:type="dxa"/>
            <w:shd w:val="clear" w:color="auto" w:fill="F0F5F2"/>
          </w:tcPr>
          <w:p w14:paraId="4CE55BED" w14:textId="77777777" w:rsidR="00000B84" w:rsidRDefault="00000000">
            <w:pPr>
              <w:pStyle w:val="TableText"/>
            </w:pPr>
            <w:r>
              <w:t>0330 / 331</w:t>
            </w:r>
          </w:p>
        </w:tc>
        <w:tc>
          <w:tcPr>
            <w:tcW w:w="4630" w:type="dxa"/>
            <w:shd w:val="clear" w:color="auto" w:fill="F0F5F2"/>
          </w:tcPr>
          <w:p w14:paraId="160460CD" w14:textId="77777777" w:rsidR="00000B84" w:rsidRDefault="00000000">
            <w:pPr>
              <w:pStyle w:val="TableText"/>
            </w:pPr>
            <w:r>
              <w:t>Bernardo Arcanjo Bernardo Faque</w:t>
            </w:r>
          </w:p>
        </w:tc>
        <w:tc>
          <w:tcPr>
            <w:tcW w:w="4110" w:type="dxa"/>
            <w:shd w:val="clear" w:color="auto" w:fill="F0F5F2"/>
          </w:tcPr>
          <w:p w14:paraId="410259CF" w14:textId="77777777" w:rsidR="00000B84" w:rsidRDefault="00000000">
            <w:pPr>
              <w:pStyle w:val="TableText"/>
            </w:pPr>
            <w:r>
              <w:t>Bernardo Arcanjo Faque</w:t>
            </w:r>
          </w:p>
        </w:tc>
      </w:tr>
      <w:tr w:rsidR="00000B84" w14:paraId="605312A9" w14:textId="77777777">
        <w:trPr>
          <w:cantSplit/>
        </w:trPr>
        <w:tc>
          <w:tcPr>
            <w:tcW w:w="1406" w:type="dxa"/>
            <w:shd w:val="clear" w:color="auto" w:fill="FFFFFF"/>
          </w:tcPr>
          <w:p w14:paraId="2CE41B71" w14:textId="77777777" w:rsidR="00000B84" w:rsidRDefault="00000000">
            <w:pPr>
              <w:pStyle w:val="TableText"/>
            </w:pPr>
            <w:r>
              <w:t>0331 / 332</w:t>
            </w:r>
          </w:p>
        </w:tc>
        <w:tc>
          <w:tcPr>
            <w:tcW w:w="4630" w:type="dxa"/>
            <w:shd w:val="clear" w:color="auto" w:fill="FFFFFF"/>
          </w:tcPr>
          <w:p w14:paraId="45FD84DC" w14:textId="77777777" w:rsidR="00000B84" w:rsidRDefault="00000000">
            <w:pPr>
              <w:pStyle w:val="TableText"/>
            </w:pPr>
            <w:r>
              <w:t>Bernardo Eufrásio Bernardo Filipe</w:t>
            </w:r>
          </w:p>
        </w:tc>
        <w:tc>
          <w:tcPr>
            <w:tcW w:w="4110" w:type="dxa"/>
            <w:shd w:val="clear" w:color="auto" w:fill="FFFFFF"/>
          </w:tcPr>
          <w:p w14:paraId="29DEB85A" w14:textId="77777777" w:rsidR="00000B84" w:rsidRDefault="00000000">
            <w:pPr>
              <w:pStyle w:val="TableText"/>
            </w:pPr>
            <w:r>
              <w:t>Bernardo Eufrásio Filipe</w:t>
            </w:r>
          </w:p>
        </w:tc>
      </w:tr>
      <w:tr w:rsidR="00000B84" w14:paraId="07E05627" w14:textId="77777777">
        <w:trPr>
          <w:cantSplit/>
        </w:trPr>
        <w:tc>
          <w:tcPr>
            <w:tcW w:w="1406" w:type="dxa"/>
            <w:shd w:val="clear" w:color="auto" w:fill="F0F5F2"/>
          </w:tcPr>
          <w:p w14:paraId="6DFFBF8C" w14:textId="77777777" w:rsidR="00000B84" w:rsidRDefault="00000000">
            <w:pPr>
              <w:pStyle w:val="TableText"/>
            </w:pPr>
            <w:r>
              <w:t>0363 / 364</w:t>
            </w:r>
          </w:p>
        </w:tc>
        <w:tc>
          <w:tcPr>
            <w:tcW w:w="4630" w:type="dxa"/>
            <w:shd w:val="clear" w:color="auto" w:fill="F0F5F2"/>
          </w:tcPr>
          <w:p w14:paraId="07645C1E" w14:textId="77777777" w:rsidR="00000B84" w:rsidRDefault="00000000">
            <w:pPr>
              <w:pStyle w:val="TableText"/>
            </w:pPr>
            <w:r>
              <w:t>Branquinho Branquinho Armando Bicicleta</w:t>
            </w:r>
          </w:p>
        </w:tc>
        <w:tc>
          <w:tcPr>
            <w:tcW w:w="4110" w:type="dxa"/>
            <w:shd w:val="clear" w:color="auto" w:fill="F0F5F2"/>
          </w:tcPr>
          <w:p w14:paraId="302EA0EC" w14:textId="77777777" w:rsidR="00000B84" w:rsidRDefault="00000000">
            <w:pPr>
              <w:pStyle w:val="TableText"/>
            </w:pPr>
            <w:r>
              <w:t>Branquinho Branquinho Bicicleta</w:t>
            </w:r>
          </w:p>
        </w:tc>
      </w:tr>
      <w:tr w:rsidR="00000B84" w14:paraId="57A7F6B3" w14:textId="77777777">
        <w:trPr>
          <w:cantSplit/>
        </w:trPr>
        <w:tc>
          <w:tcPr>
            <w:tcW w:w="1406" w:type="dxa"/>
            <w:shd w:val="clear" w:color="auto" w:fill="FFFFFF"/>
          </w:tcPr>
          <w:p w14:paraId="4455D688" w14:textId="77777777" w:rsidR="00000B84" w:rsidRDefault="00000000">
            <w:pPr>
              <w:pStyle w:val="TableText"/>
            </w:pPr>
            <w:r>
              <w:t>0367 / 368</w:t>
            </w:r>
          </w:p>
        </w:tc>
        <w:tc>
          <w:tcPr>
            <w:tcW w:w="4630" w:type="dxa"/>
            <w:shd w:val="clear" w:color="auto" w:fill="FFFFFF"/>
          </w:tcPr>
          <w:p w14:paraId="2C13FA5F" w14:textId="77777777" w:rsidR="00000B84" w:rsidRDefault="00000000">
            <w:pPr>
              <w:pStyle w:val="TableText"/>
            </w:pPr>
            <w:r>
              <w:t>Brucil Arcanjo Armando Cassamo</w:t>
            </w:r>
          </w:p>
        </w:tc>
        <w:tc>
          <w:tcPr>
            <w:tcW w:w="4110" w:type="dxa"/>
            <w:shd w:val="clear" w:color="auto" w:fill="FFFFFF"/>
          </w:tcPr>
          <w:p w14:paraId="1578D59F" w14:textId="77777777" w:rsidR="00000B84" w:rsidRDefault="00000000">
            <w:pPr>
              <w:pStyle w:val="TableText"/>
            </w:pPr>
            <w:r>
              <w:t>Brucil Arcanjo Cassamo</w:t>
            </w:r>
          </w:p>
        </w:tc>
      </w:tr>
      <w:tr w:rsidR="00000B84" w14:paraId="1C3BD1B8" w14:textId="77777777">
        <w:trPr>
          <w:cantSplit/>
        </w:trPr>
        <w:tc>
          <w:tcPr>
            <w:tcW w:w="1406" w:type="dxa"/>
            <w:shd w:val="clear" w:color="auto" w:fill="F0F5F2"/>
          </w:tcPr>
          <w:p w14:paraId="61B004DF" w14:textId="77777777" w:rsidR="00000B84" w:rsidRDefault="00000000">
            <w:pPr>
              <w:pStyle w:val="TableText"/>
            </w:pPr>
            <w:r>
              <w:t>0374 / 375</w:t>
            </w:r>
          </w:p>
        </w:tc>
        <w:tc>
          <w:tcPr>
            <w:tcW w:w="4630" w:type="dxa"/>
            <w:shd w:val="clear" w:color="auto" w:fill="F0F5F2"/>
          </w:tcPr>
          <w:p w14:paraId="38B7C2AB" w14:textId="77777777" w:rsidR="00000B84" w:rsidRDefault="00000000">
            <w:pPr>
              <w:pStyle w:val="TableText"/>
            </w:pPr>
            <w:r>
              <w:t>Buche Martinho Buche Ricadrdo Martinho</w:t>
            </w:r>
          </w:p>
        </w:tc>
        <w:tc>
          <w:tcPr>
            <w:tcW w:w="4110" w:type="dxa"/>
            <w:shd w:val="clear" w:color="auto" w:fill="F0F5F2"/>
          </w:tcPr>
          <w:p w14:paraId="7CB3E3EC" w14:textId="77777777" w:rsidR="00000B84" w:rsidRDefault="00000000">
            <w:pPr>
              <w:pStyle w:val="TableText"/>
            </w:pPr>
            <w:r>
              <w:t>Buche Martinho Martinho</w:t>
            </w:r>
          </w:p>
        </w:tc>
      </w:tr>
      <w:tr w:rsidR="00000B84" w14:paraId="38D589C5" w14:textId="77777777">
        <w:trPr>
          <w:cantSplit/>
        </w:trPr>
        <w:tc>
          <w:tcPr>
            <w:tcW w:w="1406" w:type="dxa"/>
            <w:shd w:val="clear" w:color="auto" w:fill="FFFFFF"/>
          </w:tcPr>
          <w:p w14:paraId="3DE9326C" w14:textId="77777777" w:rsidR="00000B84" w:rsidRDefault="00000000">
            <w:pPr>
              <w:pStyle w:val="TableText"/>
            </w:pPr>
            <w:r>
              <w:lastRenderedPageBreak/>
              <w:t>0416 / 417</w:t>
            </w:r>
          </w:p>
        </w:tc>
        <w:tc>
          <w:tcPr>
            <w:tcW w:w="4630" w:type="dxa"/>
            <w:shd w:val="clear" w:color="auto" w:fill="FFFFFF"/>
          </w:tcPr>
          <w:p w14:paraId="36402404" w14:textId="77777777" w:rsidR="00000B84" w:rsidRDefault="00000000">
            <w:pPr>
              <w:pStyle w:val="TableText"/>
            </w:pPr>
            <w:r>
              <w:t>Castiano Armindo Joaquim Castiano</w:t>
            </w:r>
          </w:p>
        </w:tc>
        <w:tc>
          <w:tcPr>
            <w:tcW w:w="4110" w:type="dxa"/>
            <w:shd w:val="clear" w:color="auto" w:fill="FFFFFF"/>
          </w:tcPr>
          <w:p w14:paraId="55B26B91" w14:textId="77777777" w:rsidR="00000B84" w:rsidRDefault="00000000">
            <w:pPr>
              <w:pStyle w:val="TableText"/>
            </w:pPr>
            <w:r>
              <w:t>Castiano Armindo Castiano</w:t>
            </w:r>
          </w:p>
        </w:tc>
      </w:tr>
      <w:tr w:rsidR="00000B84" w14:paraId="2B3155CC" w14:textId="77777777">
        <w:trPr>
          <w:cantSplit/>
        </w:trPr>
        <w:tc>
          <w:tcPr>
            <w:tcW w:w="1406" w:type="dxa"/>
            <w:shd w:val="clear" w:color="auto" w:fill="F0F5F2"/>
          </w:tcPr>
          <w:p w14:paraId="73131A36" w14:textId="77777777" w:rsidR="00000B84" w:rsidRDefault="00000000">
            <w:pPr>
              <w:pStyle w:val="TableText"/>
            </w:pPr>
            <w:r>
              <w:t>0437 / 438</w:t>
            </w:r>
          </w:p>
        </w:tc>
        <w:tc>
          <w:tcPr>
            <w:tcW w:w="4630" w:type="dxa"/>
            <w:shd w:val="clear" w:color="auto" w:fill="F0F5F2"/>
          </w:tcPr>
          <w:p w14:paraId="3EE18D0B" w14:textId="77777777" w:rsidR="00000B84" w:rsidRDefault="00000000">
            <w:pPr>
              <w:pStyle w:val="TableText"/>
            </w:pPr>
            <w:r>
              <w:t>Celso Manuel Domingos Amalique</w:t>
            </w:r>
          </w:p>
        </w:tc>
        <w:tc>
          <w:tcPr>
            <w:tcW w:w="4110" w:type="dxa"/>
            <w:shd w:val="clear" w:color="auto" w:fill="F0F5F2"/>
          </w:tcPr>
          <w:p w14:paraId="6DECA98C" w14:textId="77777777" w:rsidR="00000B84" w:rsidRDefault="00000000">
            <w:pPr>
              <w:pStyle w:val="TableText"/>
            </w:pPr>
            <w:r>
              <w:t>Celso Manuel Amalique</w:t>
            </w:r>
          </w:p>
        </w:tc>
      </w:tr>
      <w:tr w:rsidR="00000B84" w14:paraId="45CF8A9D" w14:textId="77777777">
        <w:trPr>
          <w:cantSplit/>
        </w:trPr>
        <w:tc>
          <w:tcPr>
            <w:tcW w:w="1406" w:type="dxa"/>
            <w:shd w:val="clear" w:color="auto" w:fill="FFFFFF"/>
          </w:tcPr>
          <w:p w14:paraId="1EB5495B" w14:textId="77777777" w:rsidR="00000B84" w:rsidRDefault="00000000">
            <w:pPr>
              <w:pStyle w:val="TableText"/>
            </w:pPr>
            <w:r>
              <w:t>0442 / 443</w:t>
            </w:r>
          </w:p>
        </w:tc>
        <w:tc>
          <w:tcPr>
            <w:tcW w:w="4630" w:type="dxa"/>
            <w:shd w:val="clear" w:color="auto" w:fill="FFFFFF"/>
          </w:tcPr>
          <w:p w14:paraId="2BCBDE29" w14:textId="77777777" w:rsidR="00000B84" w:rsidRDefault="00000000">
            <w:pPr>
              <w:pStyle w:val="TableText"/>
            </w:pPr>
            <w:r>
              <w:t>César Arlindo César Arlindo Marques Paqueleque</w:t>
            </w:r>
          </w:p>
        </w:tc>
        <w:tc>
          <w:tcPr>
            <w:tcW w:w="4110" w:type="dxa"/>
            <w:shd w:val="clear" w:color="auto" w:fill="FFFFFF"/>
          </w:tcPr>
          <w:p w14:paraId="471683EA" w14:textId="77777777" w:rsidR="00000B84" w:rsidRDefault="00000000">
            <w:pPr>
              <w:pStyle w:val="TableText"/>
            </w:pPr>
            <w:r>
              <w:t>César Arlindo Paqueleque</w:t>
            </w:r>
          </w:p>
        </w:tc>
      </w:tr>
      <w:tr w:rsidR="00000B84" w14:paraId="231E0E08" w14:textId="77777777">
        <w:trPr>
          <w:cantSplit/>
        </w:trPr>
        <w:tc>
          <w:tcPr>
            <w:tcW w:w="1406" w:type="dxa"/>
            <w:shd w:val="clear" w:color="auto" w:fill="F0F5F2"/>
          </w:tcPr>
          <w:p w14:paraId="4605845F" w14:textId="77777777" w:rsidR="00000B84" w:rsidRDefault="00000000">
            <w:pPr>
              <w:pStyle w:val="TableText"/>
            </w:pPr>
            <w:r>
              <w:t>0452 / 453</w:t>
            </w:r>
          </w:p>
        </w:tc>
        <w:tc>
          <w:tcPr>
            <w:tcW w:w="4630" w:type="dxa"/>
            <w:shd w:val="clear" w:color="auto" w:fill="F0F5F2"/>
          </w:tcPr>
          <w:p w14:paraId="5CB41A75" w14:textId="77777777" w:rsidR="00000B84" w:rsidRDefault="00000000">
            <w:pPr>
              <w:pStyle w:val="TableText"/>
            </w:pPr>
            <w:r>
              <w:t>Chando Chando Felizardo Francisco</w:t>
            </w:r>
          </w:p>
        </w:tc>
        <w:tc>
          <w:tcPr>
            <w:tcW w:w="4110" w:type="dxa"/>
            <w:shd w:val="clear" w:color="auto" w:fill="F0F5F2"/>
          </w:tcPr>
          <w:p w14:paraId="0467F491" w14:textId="77777777" w:rsidR="00000B84" w:rsidRDefault="00000000">
            <w:pPr>
              <w:pStyle w:val="TableText"/>
            </w:pPr>
            <w:r>
              <w:t>Chando Chando Francisco</w:t>
            </w:r>
          </w:p>
        </w:tc>
      </w:tr>
      <w:tr w:rsidR="00000B84" w14:paraId="79008C3D" w14:textId="77777777">
        <w:trPr>
          <w:cantSplit/>
        </w:trPr>
        <w:tc>
          <w:tcPr>
            <w:tcW w:w="1406" w:type="dxa"/>
            <w:shd w:val="clear" w:color="auto" w:fill="FFFFFF"/>
          </w:tcPr>
          <w:p w14:paraId="530D1AF4" w14:textId="77777777" w:rsidR="00000B84" w:rsidRDefault="00000000">
            <w:pPr>
              <w:pStyle w:val="TableText"/>
            </w:pPr>
            <w:r>
              <w:t>0463 / 464</w:t>
            </w:r>
          </w:p>
        </w:tc>
        <w:tc>
          <w:tcPr>
            <w:tcW w:w="4630" w:type="dxa"/>
            <w:shd w:val="clear" w:color="auto" w:fill="FFFFFF"/>
          </w:tcPr>
          <w:p w14:paraId="38CFD882" w14:textId="77777777" w:rsidR="00000B84" w:rsidRDefault="00000000">
            <w:pPr>
              <w:pStyle w:val="TableText"/>
            </w:pPr>
            <w:r>
              <w:t>Chaual Miguel Chaual Miguel Almace</w:t>
            </w:r>
          </w:p>
        </w:tc>
        <w:tc>
          <w:tcPr>
            <w:tcW w:w="4110" w:type="dxa"/>
            <w:shd w:val="clear" w:color="auto" w:fill="FFFFFF"/>
          </w:tcPr>
          <w:p w14:paraId="18B1D336" w14:textId="77777777" w:rsidR="00000B84" w:rsidRDefault="00000000">
            <w:pPr>
              <w:pStyle w:val="TableText"/>
            </w:pPr>
            <w:r>
              <w:t>Chaual Miguel Almace</w:t>
            </w:r>
          </w:p>
        </w:tc>
      </w:tr>
      <w:tr w:rsidR="00000B84" w14:paraId="1E2521F7" w14:textId="77777777">
        <w:trPr>
          <w:cantSplit/>
        </w:trPr>
        <w:tc>
          <w:tcPr>
            <w:tcW w:w="1406" w:type="dxa"/>
            <w:shd w:val="clear" w:color="auto" w:fill="F0F5F2"/>
          </w:tcPr>
          <w:p w14:paraId="25110742" w14:textId="77777777" w:rsidR="00000B84" w:rsidRDefault="00000000">
            <w:pPr>
              <w:pStyle w:val="TableText"/>
            </w:pPr>
            <w:r>
              <w:t>0499 / 500</w:t>
            </w:r>
          </w:p>
        </w:tc>
        <w:tc>
          <w:tcPr>
            <w:tcW w:w="4630" w:type="dxa"/>
            <w:shd w:val="clear" w:color="auto" w:fill="F0F5F2"/>
          </w:tcPr>
          <w:p w14:paraId="195035A3" w14:textId="77777777" w:rsidR="00000B84" w:rsidRDefault="00000000">
            <w:pPr>
              <w:pStyle w:val="TableText"/>
            </w:pPr>
            <w:r>
              <w:t>Constancio Florencio Evaristo Adriano</w:t>
            </w:r>
          </w:p>
        </w:tc>
        <w:tc>
          <w:tcPr>
            <w:tcW w:w="4110" w:type="dxa"/>
            <w:shd w:val="clear" w:color="auto" w:fill="F0F5F2"/>
          </w:tcPr>
          <w:p w14:paraId="35266CB5" w14:textId="77777777" w:rsidR="00000B84" w:rsidRDefault="00000000">
            <w:pPr>
              <w:pStyle w:val="TableText"/>
            </w:pPr>
            <w:r>
              <w:t>Constancio Florencio Adriano</w:t>
            </w:r>
          </w:p>
        </w:tc>
      </w:tr>
      <w:tr w:rsidR="00000B84" w14:paraId="2BA8CD1E" w14:textId="77777777">
        <w:trPr>
          <w:cantSplit/>
        </w:trPr>
        <w:tc>
          <w:tcPr>
            <w:tcW w:w="1406" w:type="dxa"/>
            <w:shd w:val="clear" w:color="auto" w:fill="FFFFFF"/>
          </w:tcPr>
          <w:p w14:paraId="1194BBC7" w14:textId="77777777" w:rsidR="00000B84" w:rsidRDefault="00000000">
            <w:pPr>
              <w:pStyle w:val="TableText"/>
            </w:pPr>
            <w:r>
              <w:t>0509 / 510</w:t>
            </w:r>
          </w:p>
        </w:tc>
        <w:tc>
          <w:tcPr>
            <w:tcW w:w="4630" w:type="dxa"/>
            <w:shd w:val="clear" w:color="auto" w:fill="FFFFFF"/>
          </w:tcPr>
          <w:p w14:paraId="11F479DE" w14:textId="77777777" w:rsidR="00000B84" w:rsidRDefault="00000000">
            <w:pPr>
              <w:pStyle w:val="TableText"/>
            </w:pPr>
            <w:r>
              <w:t>Credita Da Zeituna Jaime Guirrugo</w:t>
            </w:r>
          </w:p>
        </w:tc>
        <w:tc>
          <w:tcPr>
            <w:tcW w:w="4110" w:type="dxa"/>
            <w:shd w:val="clear" w:color="auto" w:fill="FFFFFF"/>
          </w:tcPr>
          <w:p w14:paraId="6AF3F271" w14:textId="77777777" w:rsidR="00000B84" w:rsidRDefault="00000000">
            <w:pPr>
              <w:pStyle w:val="TableText"/>
            </w:pPr>
            <w:r>
              <w:t>Credita Da Zeituna Guirrugo</w:t>
            </w:r>
          </w:p>
        </w:tc>
      </w:tr>
      <w:tr w:rsidR="00000B84" w14:paraId="66BADA30" w14:textId="77777777">
        <w:trPr>
          <w:cantSplit/>
        </w:trPr>
        <w:tc>
          <w:tcPr>
            <w:tcW w:w="1406" w:type="dxa"/>
            <w:shd w:val="clear" w:color="auto" w:fill="F0F5F2"/>
          </w:tcPr>
          <w:p w14:paraId="05D1B951" w14:textId="77777777" w:rsidR="00000B84" w:rsidRDefault="00000000">
            <w:pPr>
              <w:pStyle w:val="TableText"/>
            </w:pPr>
            <w:r>
              <w:t>0523 / 524</w:t>
            </w:r>
          </w:p>
        </w:tc>
        <w:tc>
          <w:tcPr>
            <w:tcW w:w="4630" w:type="dxa"/>
            <w:shd w:val="clear" w:color="auto" w:fill="F0F5F2"/>
          </w:tcPr>
          <w:p w14:paraId="59BEFB7E" w14:textId="77777777" w:rsidR="00000B84" w:rsidRDefault="00000000">
            <w:pPr>
              <w:pStyle w:val="TableText"/>
            </w:pPr>
            <w:r>
              <w:t>Dandas Benjamin Carlos Magheghe</w:t>
            </w:r>
          </w:p>
        </w:tc>
        <w:tc>
          <w:tcPr>
            <w:tcW w:w="4110" w:type="dxa"/>
            <w:shd w:val="clear" w:color="auto" w:fill="F0F5F2"/>
          </w:tcPr>
          <w:p w14:paraId="0EC2EAEA" w14:textId="77777777" w:rsidR="00000B84" w:rsidRDefault="00000000">
            <w:pPr>
              <w:pStyle w:val="TableText"/>
            </w:pPr>
            <w:r>
              <w:t>Dandas Benjamin Magheghe</w:t>
            </w:r>
          </w:p>
        </w:tc>
      </w:tr>
      <w:tr w:rsidR="00000B84" w14:paraId="21697FFB" w14:textId="77777777">
        <w:trPr>
          <w:cantSplit/>
        </w:trPr>
        <w:tc>
          <w:tcPr>
            <w:tcW w:w="1406" w:type="dxa"/>
            <w:shd w:val="clear" w:color="auto" w:fill="FFFFFF"/>
          </w:tcPr>
          <w:p w14:paraId="295152B5" w14:textId="77777777" w:rsidR="00000B84" w:rsidRDefault="00000000">
            <w:pPr>
              <w:pStyle w:val="TableText"/>
            </w:pPr>
            <w:r>
              <w:t>0544 / 545</w:t>
            </w:r>
          </w:p>
        </w:tc>
        <w:tc>
          <w:tcPr>
            <w:tcW w:w="4630" w:type="dxa"/>
            <w:shd w:val="clear" w:color="auto" w:fill="FFFFFF"/>
          </w:tcPr>
          <w:p w14:paraId="2FDEB97B" w14:textId="77777777" w:rsidR="00000B84" w:rsidRDefault="00000000">
            <w:pPr>
              <w:pStyle w:val="TableText"/>
            </w:pPr>
            <w:r>
              <w:t>Dário Tona Alfredo Manurl Noventaya</w:t>
            </w:r>
          </w:p>
        </w:tc>
        <w:tc>
          <w:tcPr>
            <w:tcW w:w="4110" w:type="dxa"/>
            <w:shd w:val="clear" w:color="auto" w:fill="FFFFFF"/>
          </w:tcPr>
          <w:p w14:paraId="0E7E615A" w14:textId="77777777" w:rsidR="00000B84" w:rsidRDefault="00000000">
            <w:pPr>
              <w:pStyle w:val="TableText"/>
            </w:pPr>
            <w:r>
              <w:t>Dário Tona Noventaya</w:t>
            </w:r>
          </w:p>
        </w:tc>
      </w:tr>
      <w:tr w:rsidR="00000B84" w14:paraId="2D864D3D" w14:textId="77777777">
        <w:trPr>
          <w:cantSplit/>
        </w:trPr>
        <w:tc>
          <w:tcPr>
            <w:tcW w:w="1406" w:type="dxa"/>
            <w:shd w:val="clear" w:color="auto" w:fill="F0F5F2"/>
          </w:tcPr>
          <w:p w14:paraId="675F8231" w14:textId="77777777" w:rsidR="00000B84" w:rsidRDefault="00000000">
            <w:pPr>
              <w:pStyle w:val="TableText"/>
            </w:pPr>
            <w:r>
              <w:t>0561 / 562</w:t>
            </w:r>
          </w:p>
        </w:tc>
        <w:tc>
          <w:tcPr>
            <w:tcW w:w="4630" w:type="dxa"/>
            <w:shd w:val="clear" w:color="auto" w:fill="F0F5F2"/>
          </w:tcPr>
          <w:p w14:paraId="561292FA" w14:textId="77777777" w:rsidR="00000B84" w:rsidRDefault="00000000">
            <w:pPr>
              <w:pStyle w:val="TableText"/>
            </w:pPr>
            <w:r>
              <w:t>Deflfim Joaquim Garcias Garcias</w:t>
            </w:r>
          </w:p>
        </w:tc>
        <w:tc>
          <w:tcPr>
            <w:tcW w:w="4110" w:type="dxa"/>
            <w:shd w:val="clear" w:color="auto" w:fill="F0F5F2"/>
          </w:tcPr>
          <w:p w14:paraId="219D605B" w14:textId="77777777" w:rsidR="00000B84" w:rsidRDefault="00000000">
            <w:pPr>
              <w:pStyle w:val="TableText"/>
            </w:pPr>
            <w:r>
              <w:t>Deflfim Joaquim Garcias</w:t>
            </w:r>
          </w:p>
        </w:tc>
      </w:tr>
      <w:tr w:rsidR="00000B84" w14:paraId="10D6DC5B" w14:textId="77777777">
        <w:trPr>
          <w:cantSplit/>
        </w:trPr>
        <w:tc>
          <w:tcPr>
            <w:tcW w:w="1406" w:type="dxa"/>
            <w:shd w:val="clear" w:color="auto" w:fill="FFFFFF"/>
          </w:tcPr>
          <w:p w14:paraId="144DF042" w14:textId="77777777" w:rsidR="00000B84" w:rsidRDefault="00000000">
            <w:pPr>
              <w:pStyle w:val="TableText"/>
            </w:pPr>
            <w:r>
              <w:t>0574 / 575</w:t>
            </w:r>
          </w:p>
        </w:tc>
        <w:tc>
          <w:tcPr>
            <w:tcW w:w="4630" w:type="dxa"/>
            <w:shd w:val="clear" w:color="auto" w:fill="FFFFFF"/>
          </w:tcPr>
          <w:p w14:paraId="0D06D851" w14:textId="77777777" w:rsidR="00000B84" w:rsidRDefault="00000000">
            <w:pPr>
              <w:pStyle w:val="TableText"/>
            </w:pPr>
            <w:r>
              <w:t>Delton Monis Da Silva Da Silva</w:t>
            </w:r>
          </w:p>
        </w:tc>
        <w:tc>
          <w:tcPr>
            <w:tcW w:w="4110" w:type="dxa"/>
            <w:shd w:val="clear" w:color="auto" w:fill="FFFFFF"/>
          </w:tcPr>
          <w:p w14:paraId="5AA541B6" w14:textId="77777777" w:rsidR="00000B84" w:rsidRDefault="00000000">
            <w:pPr>
              <w:pStyle w:val="TableText"/>
            </w:pPr>
            <w:r>
              <w:t>Delton Monis Da Silva</w:t>
            </w:r>
          </w:p>
        </w:tc>
      </w:tr>
      <w:tr w:rsidR="00000B84" w14:paraId="300BA554" w14:textId="77777777">
        <w:trPr>
          <w:cantSplit/>
        </w:trPr>
        <w:tc>
          <w:tcPr>
            <w:tcW w:w="1406" w:type="dxa"/>
            <w:shd w:val="clear" w:color="auto" w:fill="F0F5F2"/>
          </w:tcPr>
          <w:p w14:paraId="1DD03E7E" w14:textId="77777777" w:rsidR="00000B84" w:rsidRDefault="00000000">
            <w:pPr>
              <w:pStyle w:val="TableText"/>
            </w:pPr>
            <w:r>
              <w:t>0575 / 576</w:t>
            </w:r>
          </w:p>
        </w:tc>
        <w:tc>
          <w:tcPr>
            <w:tcW w:w="4630" w:type="dxa"/>
            <w:shd w:val="clear" w:color="auto" w:fill="F0F5F2"/>
          </w:tcPr>
          <w:p w14:paraId="58FA1A6C" w14:textId="77777777" w:rsidR="00000B84" w:rsidRDefault="00000000">
            <w:pPr>
              <w:pStyle w:val="TableText"/>
            </w:pPr>
            <w:r>
              <w:t>Delton Monis Da Silva Da Silva</w:t>
            </w:r>
          </w:p>
        </w:tc>
        <w:tc>
          <w:tcPr>
            <w:tcW w:w="4110" w:type="dxa"/>
            <w:shd w:val="clear" w:color="auto" w:fill="F0F5F2"/>
          </w:tcPr>
          <w:p w14:paraId="0DD49959" w14:textId="77777777" w:rsidR="00000B84" w:rsidRDefault="00000000">
            <w:pPr>
              <w:pStyle w:val="TableText"/>
            </w:pPr>
            <w:r>
              <w:t>Delton Monis Da Silva</w:t>
            </w:r>
          </w:p>
        </w:tc>
      </w:tr>
      <w:tr w:rsidR="00000B84" w14:paraId="70BF6FCB" w14:textId="77777777">
        <w:trPr>
          <w:cantSplit/>
        </w:trPr>
        <w:tc>
          <w:tcPr>
            <w:tcW w:w="1406" w:type="dxa"/>
            <w:shd w:val="clear" w:color="auto" w:fill="FFFFFF"/>
          </w:tcPr>
          <w:p w14:paraId="49D2519F" w14:textId="77777777" w:rsidR="00000B84" w:rsidRDefault="00000000">
            <w:pPr>
              <w:pStyle w:val="TableText"/>
            </w:pPr>
            <w:r>
              <w:t>0576 / 577</w:t>
            </w:r>
          </w:p>
        </w:tc>
        <w:tc>
          <w:tcPr>
            <w:tcW w:w="4630" w:type="dxa"/>
            <w:shd w:val="clear" w:color="auto" w:fill="FFFFFF"/>
          </w:tcPr>
          <w:p w14:paraId="24920CE4" w14:textId="77777777" w:rsidR="00000B84" w:rsidRDefault="00000000">
            <w:pPr>
              <w:pStyle w:val="TableText"/>
            </w:pPr>
            <w:r>
              <w:t>Denilson Pinto Pereira De Meneses</w:t>
            </w:r>
          </w:p>
        </w:tc>
        <w:tc>
          <w:tcPr>
            <w:tcW w:w="4110" w:type="dxa"/>
            <w:shd w:val="clear" w:color="auto" w:fill="FFFFFF"/>
          </w:tcPr>
          <w:p w14:paraId="12054F49" w14:textId="77777777" w:rsidR="00000B84" w:rsidRDefault="00000000">
            <w:pPr>
              <w:pStyle w:val="TableText"/>
            </w:pPr>
            <w:r>
              <w:t>Denilson Pinto De Meneses</w:t>
            </w:r>
          </w:p>
        </w:tc>
      </w:tr>
      <w:tr w:rsidR="00000B84" w14:paraId="702AAEC7" w14:textId="77777777">
        <w:trPr>
          <w:cantSplit/>
        </w:trPr>
        <w:tc>
          <w:tcPr>
            <w:tcW w:w="1406" w:type="dxa"/>
            <w:shd w:val="clear" w:color="auto" w:fill="F0F5F2"/>
          </w:tcPr>
          <w:p w14:paraId="7B30BB80" w14:textId="77777777" w:rsidR="00000B84" w:rsidRDefault="00000000">
            <w:pPr>
              <w:pStyle w:val="TableText"/>
            </w:pPr>
            <w:r>
              <w:t>0590 / 591</w:t>
            </w:r>
          </w:p>
        </w:tc>
        <w:tc>
          <w:tcPr>
            <w:tcW w:w="4630" w:type="dxa"/>
            <w:shd w:val="clear" w:color="auto" w:fill="F0F5F2"/>
          </w:tcPr>
          <w:p w14:paraId="179607FA" w14:textId="77777777" w:rsidR="00000B84" w:rsidRDefault="00000000">
            <w:pPr>
              <w:pStyle w:val="TableText"/>
            </w:pPr>
            <w:r>
              <w:t>Didi Alberto Francisco Tomo Alberto Francisco Tomo</w:t>
            </w:r>
          </w:p>
        </w:tc>
        <w:tc>
          <w:tcPr>
            <w:tcW w:w="4110" w:type="dxa"/>
            <w:shd w:val="clear" w:color="auto" w:fill="F0F5F2"/>
          </w:tcPr>
          <w:p w14:paraId="71BCB9A4" w14:textId="77777777" w:rsidR="00000B84" w:rsidRDefault="00000000">
            <w:pPr>
              <w:pStyle w:val="TableText"/>
            </w:pPr>
            <w:r>
              <w:t>Didi Alberto Tomo</w:t>
            </w:r>
          </w:p>
        </w:tc>
      </w:tr>
      <w:tr w:rsidR="00000B84" w14:paraId="194D2ED5" w14:textId="77777777">
        <w:trPr>
          <w:cantSplit/>
        </w:trPr>
        <w:tc>
          <w:tcPr>
            <w:tcW w:w="1406" w:type="dxa"/>
            <w:shd w:val="clear" w:color="auto" w:fill="FFFFFF"/>
          </w:tcPr>
          <w:p w14:paraId="307FFF35" w14:textId="77777777" w:rsidR="00000B84" w:rsidRDefault="00000000">
            <w:pPr>
              <w:pStyle w:val="TableText"/>
            </w:pPr>
            <w:r>
              <w:t>0615 / 616</w:t>
            </w:r>
          </w:p>
        </w:tc>
        <w:tc>
          <w:tcPr>
            <w:tcW w:w="4630" w:type="dxa"/>
            <w:shd w:val="clear" w:color="auto" w:fill="FFFFFF"/>
          </w:tcPr>
          <w:p w14:paraId="396E51EC" w14:textId="77777777" w:rsidR="00000B84" w:rsidRDefault="00000000">
            <w:pPr>
              <w:pStyle w:val="TableText"/>
            </w:pPr>
            <w:r>
              <w:t>Diorélio Dionísio Rui Oliveira Lopes</w:t>
            </w:r>
          </w:p>
        </w:tc>
        <w:tc>
          <w:tcPr>
            <w:tcW w:w="4110" w:type="dxa"/>
            <w:shd w:val="clear" w:color="auto" w:fill="FFFFFF"/>
          </w:tcPr>
          <w:p w14:paraId="58499104" w14:textId="77777777" w:rsidR="00000B84" w:rsidRDefault="00000000">
            <w:pPr>
              <w:pStyle w:val="TableText"/>
            </w:pPr>
            <w:r>
              <w:t>Diorélio Dionísio Lopes</w:t>
            </w:r>
          </w:p>
        </w:tc>
      </w:tr>
      <w:tr w:rsidR="00000B84" w14:paraId="0D0D0E84" w14:textId="77777777">
        <w:trPr>
          <w:cantSplit/>
        </w:trPr>
        <w:tc>
          <w:tcPr>
            <w:tcW w:w="1406" w:type="dxa"/>
            <w:shd w:val="clear" w:color="auto" w:fill="F0F5F2"/>
          </w:tcPr>
          <w:p w14:paraId="410A55D4" w14:textId="77777777" w:rsidR="00000B84" w:rsidRDefault="00000000">
            <w:pPr>
              <w:pStyle w:val="TableText"/>
            </w:pPr>
            <w:r>
              <w:t>0624 / 625</w:t>
            </w:r>
          </w:p>
        </w:tc>
        <w:tc>
          <w:tcPr>
            <w:tcW w:w="4630" w:type="dxa"/>
            <w:shd w:val="clear" w:color="auto" w:fill="F0F5F2"/>
          </w:tcPr>
          <w:p w14:paraId="448B858D" w14:textId="77777777" w:rsidR="00000B84" w:rsidRDefault="00000000">
            <w:pPr>
              <w:pStyle w:val="TableText"/>
            </w:pPr>
            <w:r>
              <w:t>Domingos Domingos Lino Francisco</w:t>
            </w:r>
          </w:p>
        </w:tc>
        <w:tc>
          <w:tcPr>
            <w:tcW w:w="4110" w:type="dxa"/>
            <w:shd w:val="clear" w:color="auto" w:fill="F0F5F2"/>
          </w:tcPr>
          <w:p w14:paraId="378F3C67" w14:textId="77777777" w:rsidR="00000B84" w:rsidRDefault="00000000">
            <w:pPr>
              <w:pStyle w:val="TableText"/>
            </w:pPr>
            <w:r>
              <w:t>Domingos Domingos Francisco</w:t>
            </w:r>
          </w:p>
        </w:tc>
      </w:tr>
      <w:tr w:rsidR="00000B84" w14:paraId="3044805F" w14:textId="77777777">
        <w:trPr>
          <w:cantSplit/>
        </w:trPr>
        <w:tc>
          <w:tcPr>
            <w:tcW w:w="1406" w:type="dxa"/>
            <w:shd w:val="clear" w:color="auto" w:fill="FFFFFF"/>
          </w:tcPr>
          <w:p w14:paraId="48F2A24A" w14:textId="77777777" w:rsidR="00000B84" w:rsidRDefault="00000000">
            <w:pPr>
              <w:pStyle w:val="TableText"/>
            </w:pPr>
            <w:r>
              <w:t>0637 / 638</w:t>
            </w:r>
          </w:p>
        </w:tc>
        <w:tc>
          <w:tcPr>
            <w:tcW w:w="4630" w:type="dxa"/>
            <w:shd w:val="clear" w:color="auto" w:fill="FFFFFF"/>
          </w:tcPr>
          <w:p w14:paraId="1F48BD89" w14:textId="77777777" w:rsidR="00000B84" w:rsidRDefault="00000000">
            <w:pPr>
              <w:pStyle w:val="TableText"/>
            </w:pPr>
            <w:r>
              <w:t>Ebede Renato Muloguene Saudinho</w:t>
            </w:r>
          </w:p>
        </w:tc>
        <w:tc>
          <w:tcPr>
            <w:tcW w:w="4110" w:type="dxa"/>
            <w:shd w:val="clear" w:color="auto" w:fill="FFFFFF"/>
          </w:tcPr>
          <w:p w14:paraId="449C03A4" w14:textId="77777777" w:rsidR="00000B84" w:rsidRDefault="00000000">
            <w:pPr>
              <w:pStyle w:val="TableText"/>
            </w:pPr>
            <w:r>
              <w:t>Ebede Renato Saudinho</w:t>
            </w:r>
          </w:p>
        </w:tc>
      </w:tr>
      <w:tr w:rsidR="00000B84" w14:paraId="7E7E0946" w14:textId="77777777">
        <w:trPr>
          <w:cantSplit/>
        </w:trPr>
        <w:tc>
          <w:tcPr>
            <w:tcW w:w="1406" w:type="dxa"/>
            <w:shd w:val="clear" w:color="auto" w:fill="F0F5F2"/>
          </w:tcPr>
          <w:p w14:paraId="4EFD9587" w14:textId="77777777" w:rsidR="00000B84" w:rsidRDefault="00000000">
            <w:pPr>
              <w:pStyle w:val="TableText"/>
            </w:pPr>
            <w:r>
              <w:t>0638 / 639</w:t>
            </w:r>
          </w:p>
        </w:tc>
        <w:tc>
          <w:tcPr>
            <w:tcW w:w="4630" w:type="dxa"/>
            <w:shd w:val="clear" w:color="auto" w:fill="F0F5F2"/>
          </w:tcPr>
          <w:p w14:paraId="715E2DC9" w14:textId="77777777" w:rsidR="00000B84" w:rsidRDefault="00000000">
            <w:pPr>
              <w:pStyle w:val="TableText"/>
            </w:pPr>
            <w:r>
              <w:t>Eclivio Gusmao Victorino Machirica</w:t>
            </w:r>
          </w:p>
        </w:tc>
        <w:tc>
          <w:tcPr>
            <w:tcW w:w="4110" w:type="dxa"/>
            <w:shd w:val="clear" w:color="auto" w:fill="F0F5F2"/>
          </w:tcPr>
          <w:p w14:paraId="450F7EBE" w14:textId="77777777" w:rsidR="00000B84" w:rsidRDefault="00000000">
            <w:pPr>
              <w:pStyle w:val="TableText"/>
            </w:pPr>
            <w:r>
              <w:t>Eclivio Gusmao Machirica</w:t>
            </w:r>
          </w:p>
        </w:tc>
      </w:tr>
      <w:tr w:rsidR="00000B84" w14:paraId="5D455D27" w14:textId="77777777">
        <w:trPr>
          <w:cantSplit/>
        </w:trPr>
        <w:tc>
          <w:tcPr>
            <w:tcW w:w="1406" w:type="dxa"/>
            <w:shd w:val="clear" w:color="auto" w:fill="FFFFFF"/>
          </w:tcPr>
          <w:p w14:paraId="4436C2DB" w14:textId="77777777" w:rsidR="00000B84" w:rsidRDefault="00000000">
            <w:pPr>
              <w:pStyle w:val="TableText"/>
            </w:pPr>
            <w:r>
              <w:t>0644 / 645</w:t>
            </w:r>
          </w:p>
        </w:tc>
        <w:tc>
          <w:tcPr>
            <w:tcW w:w="4630" w:type="dxa"/>
            <w:shd w:val="clear" w:color="auto" w:fill="FFFFFF"/>
          </w:tcPr>
          <w:p w14:paraId="03DE324A" w14:textId="77777777" w:rsidR="00000B84" w:rsidRDefault="00000000">
            <w:pPr>
              <w:pStyle w:val="TableText"/>
            </w:pPr>
            <w:r>
              <w:t>Edmilson Edgar Eusebio Fernando</w:t>
            </w:r>
          </w:p>
        </w:tc>
        <w:tc>
          <w:tcPr>
            <w:tcW w:w="4110" w:type="dxa"/>
            <w:shd w:val="clear" w:color="auto" w:fill="FFFFFF"/>
          </w:tcPr>
          <w:p w14:paraId="7E3BF57B" w14:textId="77777777" w:rsidR="00000B84" w:rsidRDefault="00000000">
            <w:pPr>
              <w:pStyle w:val="TableText"/>
            </w:pPr>
            <w:r>
              <w:t>Edmilson Edgar Fernando</w:t>
            </w:r>
          </w:p>
        </w:tc>
      </w:tr>
      <w:tr w:rsidR="00000B84" w14:paraId="7622F9F9" w14:textId="77777777">
        <w:trPr>
          <w:cantSplit/>
        </w:trPr>
        <w:tc>
          <w:tcPr>
            <w:tcW w:w="1406" w:type="dxa"/>
            <w:shd w:val="clear" w:color="auto" w:fill="F0F5F2"/>
          </w:tcPr>
          <w:p w14:paraId="4913898B" w14:textId="77777777" w:rsidR="00000B84" w:rsidRDefault="00000000">
            <w:pPr>
              <w:pStyle w:val="TableText"/>
            </w:pPr>
            <w:r>
              <w:t>0646 / 647</w:t>
            </w:r>
          </w:p>
        </w:tc>
        <w:tc>
          <w:tcPr>
            <w:tcW w:w="4630" w:type="dxa"/>
            <w:shd w:val="clear" w:color="auto" w:fill="F0F5F2"/>
          </w:tcPr>
          <w:p w14:paraId="0D907450" w14:textId="77777777" w:rsidR="00000B84" w:rsidRDefault="00000000">
            <w:pPr>
              <w:pStyle w:val="TableText"/>
            </w:pPr>
            <w:r>
              <w:t>Edmilson Esvêncio Esvêncio Chibante</w:t>
            </w:r>
          </w:p>
        </w:tc>
        <w:tc>
          <w:tcPr>
            <w:tcW w:w="4110" w:type="dxa"/>
            <w:shd w:val="clear" w:color="auto" w:fill="F0F5F2"/>
          </w:tcPr>
          <w:p w14:paraId="79CADA3B" w14:textId="77777777" w:rsidR="00000B84" w:rsidRDefault="00000000">
            <w:pPr>
              <w:pStyle w:val="TableText"/>
            </w:pPr>
            <w:r>
              <w:t>Edmilson Esvêncio Chibante</w:t>
            </w:r>
          </w:p>
        </w:tc>
      </w:tr>
      <w:tr w:rsidR="00000B84" w14:paraId="053EF7F4" w14:textId="77777777">
        <w:trPr>
          <w:cantSplit/>
        </w:trPr>
        <w:tc>
          <w:tcPr>
            <w:tcW w:w="1406" w:type="dxa"/>
            <w:shd w:val="clear" w:color="auto" w:fill="FFFFFF"/>
          </w:tcPr>
          <w:p w14:paraId="36DCBF11" w14:textId="77777777" w:rsidR="00000B84" w:rsidRDefault="00000000">
            <w:pPr>
              <w:pStyle w:val="TableText"/>
            </w:pPr>
            <w:r>
              <w:t>0647 / 648</w:t>
            </w:r>
          </w:p>
        </w:tc>
        <w:tc>
          <w:tcPr>
            <w:tcW w:w="4630" w:type="dxa"/>
            <w:shd w:val="clear" w:color="auto" w:fill="FFFFFF"/>
          </w:tcPr>
          <w:p w14:paraId="4D9AC185" w14:textId="77777777" w:rsidR="00000B84" w:rsidRDefault="00000000">
            <w:pPr>
              <w:pStyle w:val="TableText"/>
            </w:pPr>
            <w:r>
              <w:t>Edmilson Manuel António Wambir</w:t>
            </w:r>
          </w:p>
        </w:tc>
        <w:tc>
          <w:tcPr>
            <w:tcW w:w="4110" w:type="dxa"/>
            <w:shd w:val="clear" w:color="auto" w:fill="FFFFFF"/>
          </w:tcPr>
          <w:p w14:paraId="44FEFD0F" w14:textId="77777777" w:rsidR="00000B84" w:rsidRDefault="00000000">
            <w:pPr>
              <w:pStyle w:val="TableText"/>
            </w:pPr>
            <w:r>
              <w:t>Edmilson Manuel Wambir</w:t>
            </w:r>
          </w:p>
        </w:tc>
      </w:tr>
      <w:tr w:rsidR="00000B84" w14:paraId="0E3CDA32" w14:textId="77777777">
        <w:trPr>
          <w:cantSplit/>
        </w:trPr>
        <w:tc>
          <w:tcPr>
            <w:tcW w:w="1406" w:type="dxa"/>
            <w:shd w:val="clear" w:color="auto" w:fill="F0F5F2"/>
          </w:tcPr>
          <w:p w14:paraId="5BBAF466" w14:textId="77777777" w:rsidR="00000B84" w:rsidRDefault="00000000">
            <w:pPr>
              <w:pStyle w:val="TableText"/>
            </w:pPr>
            <w:r>
              <w:t>0653 / 654</w:t>
            </w:r>
          </w:p>
        </w:tc>
        <w:tc>
          <w:tcPr>
            <w:tcW w:w="4630" w:type="dxa"/>
            <w:shd w:val="clear" w:color="auto" w:fill="F0F5F2"/>
          </w:tcPr>
          <w:p w14:paraId="2E3EE611" w14:textId="77777777" w:rsidR="00000B84" w:rsidRDefault="00000000">
            <w:pPr>
              <w:pStyle w:val="TableText"/>
            </w:pPr>
            <w:r>
              <w:t>Edson Daniel Edson Daniel David</w:t>
            </w:r>
          </w:p>
        </w:tc>
        <w:tc>
          <w:tcPr>
            <w:tcW w:w="4110" w:type="dxa"/>
            <w:shd w:val="clear" w:color="auto" w:fill="F0F5F2"/>
          </w:tcPr>
          <w:p w14:paraId="3E0CDB10" w14:textId="77777777" w:rsidR="00000B84" w:rsidRDefault="00000000">
            <w:pPr>
              <w:pStyle w:val="TableText"/>
            </w:pPr>
            <w:r>
              <w:t>Edson Daniel David</w:t>
            </w:r>
          </w:p>
        </w:tc>
      </w:tr>
      <w:tr w:rsidR="00000B84" w14:paraId="043FC4DE" w14:textId="77777777">
        <w:trPr>
          <w:cantSplit/>
        </w:trPr>
        <w:tc>
          <w:tcPr>
            <w:tcW w:w="1406" w:type="dxa"/>
            <w:shd w:val="clear" w:color="auto" w:fill="FFFFFF"/>
          </w:tcPr>
          <w:p w14:paraId="4F8B5A6C" w14:textId="77777777" w:rsidR="00000B84" w:rsidRDefault="00000000">
            <w:pPr>
              <w:pStyle w:val="TableText"/>
            </w:pPr>
            <w:r>
              <w:t>0671 / 672</w:t>
            </w:r>
          </w:p>
        </w:tc>
        <w:tc>
          <w:tcPr>
            <w:tcW w:w="4630" w:type="dxa"/>
            <w:shd w:val="clear" w:color="auto" w:fill="FFFFFF"/>
          </w:tcPr>
          <w:p w14:paraId="3018CC29" w14:textId="77777777" w:rsidR="00000B84" w:rsidRDefault="00000000">
            <w:pPr>
              <w:pStyle w:val="TableText"/>
            </w:pPr>
            <w:r>
              <w:t>Eduardo Mário Afonso Nhassuvila</w:t>
            </w:r>
          </w:p>
        </w:tc>
        <w:tc>
          <w:tcPr>
            <w:tcW w:w="4110" w:type="dxa"/>
            <w:shd w:val="clear" w:color="auto" w:fill="FFFFFF"/>
          </w:tcPr>
          <w:p w14:paraId="425CFC17" w14:textId="77777777" w:rsidR="00000B84" w:rsidRDefault="00000000">
            <w:pPr>
              <w:pStyle w:val="TableText"/>
            </w:pPr>
            <w:r>
              <w:t>Eduardo Mário Nhassuvila</w:t>
            </w:r>
          </w:p>
        </w:tc>
      </w:tr>
      <w:tr w:rsidR="00000B84" w14:paraId="6996E077" w14:textId="77777777">
        <w:trPr>
          <w:cantSplit/>
        </w:trPr>
        <w:tc>
          <w:tcPr>
            <w:tcW w:w="1406" w:type="dxa"/>
            <w:shd w:val="clear" w:color="auto" w:fill="F0F5F2"/>
          </w:tcPr>
          <w:p w14:paraId="1D702934" w14:textId="77777777" w:rsidR="00000B84" w:rsidRDefault="00000000">
            <w:pPr>
              <w:pStyle w:val="TableText"/>
            </w:pPr>
            <w:r>
              <w:t>0694 / 695</w:t>
            </w:r>
          </w:p>
        </w:tc>
        <w:tc>
          <w:tcPr>
            <w:tcW w:w="4630" w:type="dxa"/>
            <w:shd w:val="clear" w:color="auto" w:fill="F0F5F2"/>
          </w:tcPr>
          <w:p w14:paraId="72E97E56" w14:textId="77777777" w:rsidR="00000B84" w:rsidRDefault="00000000">
            <w:pPr>
              <w:pStyle w:val="TableText"/>
            </w:pPr>
            <w:r>
              <w:t>Elidio Tome Bulande Pamba Pamba</w:t>
            </w:r>
          </w:p>
        </w:tc>
        <w:tc>
          <w:tcPr>
            <w:tcW w:w="4110" w:type="dxa"/>
            <w:shd w:val="clear" w:color="auto" w:fill="F0F5F2"/>
          </w:tcPr>
          <w:p w14:paraId="02A0B044" w14:textId="77777777" w:rsidR="00000B84" w:rsidRDefault="00000000">
            <w:pPr>
              <w:pStyle w:val="TableText"/>
            </w:pPr>
            <w:r>
              <w:t>Elidio Tome Pamba</w:t>
            </w:r>
          </w:p>
        </w:tc>
      </w:tr>
      <w:tr w:rsidR="00000B84" w14:paraId="6E10FF46" w14:textId="77777777">
        <w:trPr>
          <w:cantSplit/>
        </w:trPr>
        <w:tc>
          <w:tcPr>
            <w:tcW w:w="1406" w:type="dxa"/>
            <w:shd w:val="clear" w:color="auto" w:fill="FFFFFF"/>
          </w:tcPr>
          <w:p w14:paraId="5C2E252D" w14:textId="77777777" w:rsidR="00000B84" w:rsidRDefault="00000000">
            <w:pPr>
              <w:pStyle w:val="TableText"/>
            </w:pPr>
            <w:r>
              <w:t>0701 / 702</w:t>
            </w:r>
          </w:p>
        </w:tc>
        <w:tc>
          <w:tcPr>
            <w:tcW w:w="4630" w:type="dxa"/>
            <w:shd w:val="clear" w:color="auto" w:fill="FFFFFF"/>
          </w:tcPr>
          <w:p w14:paraId="7155080F" w14:textId="77777777" w:rsidR="00000B84" w:rsidRDefault="00000000">
            <w:pPr>
              <w:pStyle w:val="TableText"/>
            </w:pPr>
            <w:r>
              <w:t>Elisio Aniceto Marinho Dos Santos</w:t>
            </w:r>
          </w:p>
        </w:tc>
        <w:tc>
          <w:tcPr>
            <w:tcW w:w="4110" w:type="dxa"/>
            <w:shd w:val="clear" w:color="auto" w:fill="FFFFFF"/>
          </w:tcPr>
          <w:p w14:paraId="66232A0C" w14:textId="77777777" w:rsidR="00000B84" w:rsidRDefault="00000000">
            <w:pPr>
              <w:pStyle w:val="TableText"/>
            </w:pPr>
            <w:r>
              <w:t>Elisio Aniceto Dos Santos</w:t>
            </w:r>
          </w:p>
        </w:tc>
      </w:tr>
      <w:tr w:rsidR="00000B84" w14:paraId="077E56C5" w14:textId="77777777">
        <w:trPr>
          <w:cantSplit/>
        </w:trPr>
        <w:tc>
          <w:tcPr>
            <w:tcW w:w="1406" w:type="dxa"/>
            <w:shd w:val="clear" w:color="auto" w:fill="F0F5F2"/>
          </w:tcPr>
          <w:p w14:paraId="1D1E165F" w14:textId="77777777" w:rsidR="00000B84" w:rsidRDefault="00000000">
            <w:pPr>
              <w:pStyle w:val="TableText"/>
            </w:pPr>
            <w:r>
              <w:t>0732 / 733</w:t>
            </w:r>
          </w:p>
        </w:tc>
        <w:tc>
          <w:tcPr>
            <w:tcW w:w="4630" w:type="dxa"/>
            <w:shd w:val="clear" w:color="auto" w:fill="F0F5F2"/>
          </w:tcPr>
          <w:p w14:paraId="264CEA65" w14:textId="77777777" w:rsidR="00000B84" w:rsidRDefault="00000000">
            <w:pPr>
              <w:pStyle w:val="TableText"/>
            </w:pPr>
            <w:r>
              <w:t>Esmeraldo Frederico Joaquim Jorge</w:t>
            </w:r>
          </w:p>
        </w:tc>
        <w:tc>
          <w:tcPr>
            <w:tcW w:w="4110" w:type="dxa"/>
            <w:shd w:val="clear" w:color="auto" w:fill="F0F5F2"/>
          </w:tcPr>
          <w:p w14:paraId="6FC8DAC9" w14:textId="77777777" w:rsidR="00000B84" w:rsidRDefault="00000000">
            <w:pPr>
              <w:pStyle w:val="TableText"/>
            </w:pPr>
            <w:r>
              <w:t>Esmeraldo Frederico Jorge</w:t>
            </w:r>
          </w:p>
        </w:tc>
      </w:tr>
      <w:tr w:rsidR="00000B84" w14:paraId="1A8D1EBE" w14:textId="77777777">
        <w:trPr>
          <w:cantSplit/>
        </w:trPr>
        <w:tc>
          <w:tcPr>
            <w:tcW w:w="1406" w:type="dxa"/>
            <w:shd w:val="clear" w:color="auto" w:fill="FFFFFF"/>
          </w:tcPr>
          <w:p w14:paraId="14D37FE3" w14:textId="77777777" w:rsidR="00000B84" w:rsidRDefault="00000000">
            <w:pPr>
              <w:pStyle w:val="TableText"/>
            </w:pPr>
            <w:r>
              <w:t>0734 / 735</w:t>
            </w:r>
          </w:p>
        </w:tc>
        <w:tc>
          <w:tcPr>
            <w:tcW w:w="4630" w:type="dxa"/>
            <w:shd w:val="clear" w:color="auto" w:fill="FFFFFF"/>
          </w:tcPr>
          <w:p w14:paraId="10DDE369" w14:textId="77777777" w:rsidR="00000B84" w:rsidRDefault="00000000">
            <w:pPr>
              <w:pStyle w:val="TableText"/>
            </w:pPr>
            <w:r>
              <w:t>Estenio Joaquim Estenio Joaquim  Becman</w:t>
            </w:r>
          </w:p>
        </w:tc>
        <w:tc>
          <w:tcPr>
            <w:tcW w:w="4110" w:type="dxa"/>
            <w:shd w:val="clear" w:color="auto" w:fill="FFFFFF"/>
          </w:tcPr>
          <w:p w14:paraId="2B69F29C" w14:textId="77777777" w:rsidR="00000B84" w:rsidRDefault="00000000">
            <w:pPr>
              <w:pStyle w:val="TableText"/>
            </w:pPr>
            <w:r>
              <w:t>Estenio Joaquim Becman</w:t>
            </w:r>
          </w:p>
        </w:tc>
      </w:tr>
      <w:tr w:rsidR="00000B84" w14:paraId="32BF0B3C" w14:textId="77777777">
        <w:trPr>
          <w:cantSplit/>
        </w:trPr>
        <w:tc>
          <w:tcPr>
            <w:tcW w:w="1406" w:type="dxa"/>
            <w:shd w:val="clear" w:color="auto" w:fill="F0F5F2"/>
          </w:tcPr>
          <w:p w14:paraId="32E13139" w14:textId="77777777" w:rsidR="00000B84" w:rsidRDefault="00000000">
            <w:pPr>
              <w:pStyle w:val="TableText"/>
            </w:pPr>
            <w:r>
              <w:t>0754 / 755</w:t>
            </w:r>
          </w:p>
        </w:tc>
        <w:tc>
          <w:tcPr>
            <w:tcW w:w="4630" w:type="dxa"/>
            <w:shd w:val="clear" w:color="auto" w:fill="F0F5F2"/>
          </w:tcPr>
          <w:p w14:paraId="042A1527" w14:textId="77777777" w:rsidR="00000B84" w:rsidRDefault="00000000">
            <w:pPr>
              <w:pStyle w:val="TableText"/>
            </w:pPr>
            <w:r>
              <w:t>Fadil Raibo Victor Raibo Victor Victor</w:t>
            </w:r>
          </w:p>
        </w:tc>
        <w:tc>
          <w:tcPr>
            <w:tcW w:w="4110" w:type="dxa"/>
            <w:shd w:val="clear" w:color="auto" w:fill="F0F5F2"/>
          </w:tcPr>
          <w:p w14:paraId="5D7A2A8B" w14:textId="77777777" w:rsidR="00000B84" w:rsidRDefault="00000000">
            <w:pPr>
              <w:pStyle w:val="TableText"/>
            </w:pPr>
            <w:r>
              <w:t>Fadil Raibo Victor</w:t>
            </w:r>
          </w:p>
        </w:tc>
      </w:tr>
      <w:tr w:rsidR="00000B84" w14:paraId="72372460" w14:textId="77777777">
        <w:trPr>
          <w:cantSplit/>
        </w:trPr>
        <w:tc>
          <w:tcPr>
            <w:tcW w:w="1406" w:type="dxa"/>
            <w:shd w:val="clear" w:color="auto" w:fill="FFFFFF"/>
          </w:tcPr>
          <w:p w14:paraId="661ED67C" w14:textId="77777777" w:rsidR="00000B84" w:rsidRDefault="00000000">
            <w:pPr>
              <w:pStyle w:val="TableText"/>
            </w:pPr>
            <w:r>
              <w:t>0764 / 765</w:t>
            </w:r>
          </w:p>
        </w:tc>
        <w:tc>
          <w:tcPr>
            <w:tcW w:w="4630" w:type="dxa"/>
            <w:shd w:val="clear" w:color="auto" w:fill="FFFFFF"/>
          </w:tcPr>
          <w:p w14:paraId="48173D25" w14:textId="77777777" w:rsidR="00000B84" w:rsidRDefault="00000000">
            <w:pPr>
              <w:pStyle w:val="TableText"/>
            </w:pPr>
            <w:r>
              <w:t>Faruque Lambique Rozero Mugudufo</w:t>
            </w:r>
          </w:p>
        </w:tc>
        <w:tc>
          <w:tcPr>
            <w:tcW w:w="4110" w:type="dxa"/>
            <w:shd w:val="clear" w:color="auto" w:fill="FFFFFF"/>
          </w:tcPr>
          <w:p w14:paraId="3E919613" w14:textId="77777777" w:rsidR="00000B84" w:rsidRDefault="00000000">
            <w:pPr>
              <w:pStyle w:val="TableText"/>
            </w:pPr>
            <w:r>
              <w:t>Faruque Lambique Mugudufo</w:t>
            </w:r>
          </w:p>
        </w:tc>
      </w:tr>
      <w:tr w:rsidR="00000B84" w14:paraId="035B25D3" w14:textId="77777777">
        <w:trPr>
          <w:cantSplit/>
        </w:trPr>
        <w:tc>
          <w:tcPr>
            <w:tcW w:w="1406" w:type="dxa"/>
            <w:shd w:val="clear" w:color="auto" w:fill="F0F5F2"/>
          </w:tcPr>
          <w:p w14:paraId="487B7009" w14:textId="77777777" w:rsidR="00000B84" w:rsidRDefault="00000000">
            <w:pPr>
              <w:pStyle w:val="TableText"/>
            </w:pPr>
            <w:r>
              <w:t>0770 / 771</w:t>
            </w:r>
          </w:p>
        </w:tc>
        <w:tc>
          <w:tcPr>
            <w:tcW w:w="4630" w:type="dxa"/>
            <w:shd w:val="clear" w:color="auto" w:fill="F0F5F2"/>
          </w:tcPr>
          <w:p w14:paraId="4285D82B" w14:textId="77777777" w:rsidR="00000B84" w:rsidRDefault="00000000">
            <w:pPr>
              <w:pStyle w:val="TableText"/>
            </w:pPr>
            <w:r>
              <w:t>Faustino Novais Terciano Maulana</w:t>
            </w:r>
          </w:p>
        </w:tc>
        <w:tc>
          <w:tcPr>
            <w:tcW w:w="4110" w:type="dxa"/>
            <w:shd w:val="clear" w:color="auto" w:fill="F0F5F2"/>
          </w:tcPr>
          <w:p w14:paraId="23C2CDBA" w14:textId="77777777" w:rsidR="00000B84" w:rsidRDefault="00000000">
            <w:pPr>
              <w:pStyle w:val="TableText"/>
            </w:pPr>
            <w:r>
              <w:t>Faustino Novais Maulana</w:t>
            </w:r>
          </w:p>
        </w:tc>
      </w:tr>
      <w:tr w:rsidR="00000B84" w14:paraId="0F235F6F" w14:textId="77777777">
        <w:trPr>
          <w:cantSplit/>
        </w:trPr>
        <w:tc>
          <w:tcPr>
            <w:tcW w:w="1406" w:type="dxa"/>
            <w:shd w:val="clear" w:color="auto" w:fill="FFFFFF"/>
          </w:tcPr>
          <w:p w14:paraId="5AC6CD8B" w14:textId="77777777" w:rsidR="00000B84" w:rsidRDefault="00000000">
            <w:pPr>
              <w:pStyle w:val="TableText"/>
            </w:pPr>
            <w:r>
              <w:t>0774 / 775</w:t>
            </w:r>
          </w:p>
        </w:tc>
        <w:tc>
          <w:tcPr>
            <w:tcW w:w="4630" w:type="dxa"/>
            <w:shd w:val="clear" w:color="auto" w:fill="FFFFFF"/>
          </w:tcPr>
          <w:p w14:paraId="17C828B0" w14:textId="77777777" w:rsidR="00000B84" w:rsidRDefault="00000000">
            <w:pPr>
              <w:pStyle w:val="TableText"/>
            </w:pPr>
            <w:r>
              <w:t>Felgas Da Fina Francisco Outra Coisa Outra Coisa</w:t>
            </w:r>
          </w:p>
        </w:tc>
        <w:tc>
          <w:tcPr>
            <w:tcW w:w="4110" w:type="dxa"/>
            <w:shd w:val="clear" w:color="auto" w:fill="FFFFFF"/>
          </w:tcPr>
          <w:p w14:paraId="74CD9D95" w14:textId="77777777" w:rsidR="00000B84" w:rsidRDefault="00000000">
            <w:pPr>
              <w:pStyle w:val="TableText"/>
            </w:pPr>
            <w:r>
              <w:t>Felgas Da Fina Coisa</w:t>
            </w:r>
          </w:p>
        </w:tc>
      </w:tr>
      <w:tr w:rsidR="00000B84" w14:paraId="40C492A1" w14:textId="77777777">
        <w:trPr>
          <w:cantSplit/>
        </w:trPr>
        <w:tc>
          <w:tcPr>
            <w:tcW w:w="1406" w:type="dxa"/>
            <w:shd w:val="clear" w:color="auto" w:fill="F0F5F2"/>
          </w:tcPr>
          <w:p w14:paraId="5B10D401" w14:textId="77777777" w:rsidR="00000B84" w:rsidRDefault="00000000">
            <w:pPr>
              <w:pStyle w:val="TableText"/>
            </w:pPr>
            <w:r>
              <w:t>0795 / 796</w:t>
            </w:r>
          </w:p>
        </w:tc>
        <w:tc>
          <w:tcPr>
            <w:tcW w:w="4630" w:type="dxa"/>
            <w:shd w:val="clear" w:color="auto" w:fill="F0F5F2"/>
          </w:tcPr>
          <w:p w14:paraId="2FA20A6C" w14:textId="77777777" w:rsidR="00000B84" w:rsidRDefault="00000000">
            <w:pPr>
              <w:pStyle w:val="TableText"/>
            </w:pPr>
            <w:r>
              <w:t>Fernando Cândido Fernando Adelino</w:t>
            </w:r>
          </w:p>
        </w:tc>
        <w:tc>
          <w:tcPr>
            <w:tcW w:w="4110" w:type="dxa"/>
            <w:shd w:val="clear" w:color="auto" w:fill="F0F5F2"/>
          </w:tcPr>
          <w:p w14:paraId="7676A5D3" w14:textId="77777777" w:rsidR="00000B84" w:rsidRDefault="00000000">
            <w:pPr>
              <w:pStyle w:val="TableText"/>
            </w:pPr>
            <w:r>
              <w:t>Fernando Cândido Adelino</w:t>
            </w:r>
          </w:p>
        </w:tc>
      </w:tr>
      <w:tr w:rsidR="00000B84" w14:paraId="7CCDFE24" w14:textId="77777777">
        <w:trPr>
          <w:cantSplit/>
        </w:trPr>
        <w:tc>
          <w:tcPr>
            <w:tcW w:w="1406" w:type="dxa"/>
            <w:shd w:val="clear" w:color="auto" w:fill="FFFFFF"/>
          </w:tcPr>
          <w:p w14:paraId="5039F172" w14:textId="77777777" w:rsidR="00000B84" w:rsidRDefault="00000000">
            <w:pPr>
              <w:pStyle w:val="TableText"/>
            </w:pPr>
            <w:r>
              <w:lastRenderedPageBreak/>
              <w:t>0801 / 802</w:t>
            </w:r>
          </w:p>
        </w:tc>
        <w:tc>
          <w:tcPr>
            <w:tcW w:w="4630" w:type="dxa"/>
            <w:shd w:val="clear" w:color="auto" w:fill="FFFFFF"/>
          </w:tcPr>
          <w:p w14:paraId="59F07CC7" w14:textId="77777777" w:rsidR="00000B84" w:rsidRDefault="00000000">
            <w:pPr>
              <w:pStyle w:val="TableText"/>
            </w:pPr>
            <w:r>
              <w:t>Fernando Fernando Ribeiro Munhiro</w:t>
            </w:r>
          </w:p>
        </w:tc>
        <w:tc>
          <w:tcPr>
            <w:tcW w:w="4110" w:type="dxa"/>
            <w:shd w:val="clear" w:color="auto" w:fill="FFFFFF"/>
          </w:tcPr>
          <w:p w14:paraId="79EFBA60" w14:textId="77777777" w:rsidR="00000B84" w:rsidRDefault="00000000">
            <w:pPr>
              <w:pStyle w:val="TableText"/>
            </w:pPr>
            <w:r>
              <w:t>Fernando Fernando Munhiro</w:t>
            </w:r>
          </w:p>
        </w:tc>
      </w:tr>
      <w:tr w:rsidR="00000B84" w14:paraId="7EE0A590" w14:textId="77777777">
        <w:trPr>
          <w:cantSplit/>
        </w:trPr>
        <w:tc>
          <w:tcPr>
            <w:tcW w:w="1406" w:type="dxa"/>
            <w:shd w:val="clear" w:color="auto" w:fill="F0F5F2"/>
          </w:tcPr>
          <w:p w14:paraId="059BA24B" w14:textId="77777777" w:rsidR="00000B84" w:rsidRDefault="00000000">
            <w:pPr>
              <w:pStyle w:val="TableText"/>
            </w:pPr>
            <w:r>
              <w:t>0802 / 803</w:t>
            </w:r>
          </w:p>
        </w:tc>
        <w:tc>
          <w:tcPr>
            <w:tcW w:w="4630" w:type="dxa"/>
            <w:shd w:val="clear" w:color="auto" w:fill="F0F5F2"/>
          </w:tcPr>
          <w:p w14:paraId="3EADCA6C" w14:textId="77777777" w:rsidR="00000B84" w:rsidRDefault="00000000">
            <w:pPr>
              <w:pStyle w:val="TableText"/>
            </w:pPr>
            <w:r>
              <w:t>Fernando Francisco Fernando Francisco Inácio</w:t>
            </w:r>
          </w:p>
        </w:tc>
        <w:tc>
          <w:tcPr>
            <w:tcW w:w="4110" w:type="dxa"/>
            <w:shd w:val="clear" w:color="auto" w:fill="F0F5F2"/>
          </w:tcPr>
          <w:p w14:paraId="2C3B6D66" w14:textId="77777777" w:rsidR="00000B84" w:rsidRDefault="00000000">
            <w:pPr>
              <w:pStyle w:val="TableText"/>
            </w:pPr>
            <w:r>
              <w:t>Fernando Francisco Inácio</w:t>
            </w:r>
          </w:p>
        </w:tc>
      </w:tr>
      <w:tr w:rsidR="00000B84" w14:paraId="514C23B2" w14:textId="77777777">
        <w:trPr>
          <w:cantSplit/>
        </w:trPr>
        <w:tc>
          <w:tcPr>
            <w:tcW w:w="1406" w:type="dxa"/>
            <w:shd w:val="clear" w:color="auto" w:fill="FFFFFF"/>
          </w:tcPr>
          <w:p w14:paraId="0B3C7868" w14:textId="77777777" w:rsidR="00000B84" w:rsidRDefault="00000000">
            <w:pPr>
              <w:pStyle w:val="TableText"/>
            </w:pPr>
            <w:r>
              <w:t>0837 / 838</w:t>
            </w:r>
          </w:p>
        </w:tc>
        <w:tc>
          <w:tcPr>
            <w:tcW w:w="4630" w:type="dxa"/>
            <w:shd w:val="clear" w:color="auto" w:fill="FFFFFF"/>
          </w:tcPr>
          <w:p w14:paraId="29E3E142" w14:textId="77777777" w:rsidR="00000B84" w:rsidRDefault="00000000">
            <w:pPr>
              <w:pStyle w:val="TableText"/>
            </w:pPr>
            <w:r>
              <w:t>Fortino Fortunato Ricardo Salvador</w:t>
            </w:r>
          </w:p>
        </w:tc>
        <w:tc>
          <w:tcPr>
            <w:tcW w:w="4110" w:type="dxa"/>
            <w:shd w:val="clear" w:color="auto" w:fill="FFFFFF"/>
          </w:tcPr>
          <w:p w14:paraId="264572A6" w14:textId="77777777" w:rsidR="00000B84" w:rsidRDefault="00000000">
            <w:pPr>
              <w:pStyle w:val="TableText"/>
            </w:pPr>
            <w:r>
              <w:t>Fortino Fortunato Salvador</w:t>
            </w:r>
          </w:p>
        </w:tc>
      </w:tr>
      <w:tr w:rsidR="00000B84" w14:paraId="096687A4" w14:textId="77777777">
        <w:trPr>
          <w:cantSplit/>
        </w:trPr>
        <w:tc>
          <w:tcPr>
            <w:tcW w:w="1406" w:type="dxa"/>
            <w:shd w:val="clear" w:color="auto" w:fill="F0F5F2"/>
          </w:tcPr>
          <w:p w14:paraId="710231E3" w14:textId="77777777" w:rsidR="00000B84" w:rsidRDefault="00000000">
            <w:pPr>
              <w:pStyle w:val="TableText"/>
            </w:pPr>
            <w:r>
              <w:t>0859 / 860</w:t>
            </w:r>
          </w:p>
        </w:tc>
        <w:tc>
          <w:tcPr>
            <w:tcW w:w="4630" w:type="dxa"/>
            <w:shd w:val="clear" w:color="auto" w:fill="F0F5F2"/>
          </w:tcPr>
          <w:p w14:paraId="7C40C394" w14:textId="77777777" w:rsidR="00000B84" w:rsidRDefault="00000000">
            <w:pPr>
              <w:pStyle w:val="TableText"/>
            </w:pPr>
            <w:r>
              <w:t>Frederico Feliciano Alfredo Alfredo</w:t>
            </w:r>
          </w:p>
        </w:tc>
        <w:tc>
          <w:tcPr>
            <w:tcW w:w="4110" w:type="dxa"/>
            <w:shd w:val="clear" w:color="auto" w:fill="F0F5F2"/>
          </w:tcPr>
          <w:p w14:paraId="5B9BF72E" w14:textId="77777777" w:rsidR="00000B84" w:rsidRDefault="00000000">
            <w:pPr>
              <w:pStyle w:val="TableText"/>
            </w:pPr>
            <w:r>
              <w:t>Frederico Feliciano Alfredo</w:t>
            </w:r>
          </w:p>
        </w:tc>
      </w:tr>
      <w:tr w:rsidR="00000B84" w14:paraId="16236F2F" w14:textId="77777777">
        <w:trPr>
          <w:cantSplit/>
        </w:trPr>
        <w:tc>
          <w:tcPr>
            <w:tcW w:w="1406" w:type="dxa"/>
            <w:shd w:val="clear" w:color="auto" w:fill="FFFFFF"/>
          </w:tcPr>
          <w:p w14:paraId="3D6E4F95" w14:textId="77777777" w:rsidR="00000B84" w:rsidRDefault="00000000">
            <w:pPr>
              <w:pStyle w:val="TableText"/>
            </w:pPr>
            <w:r>
              <w:t>0860 / 861</w:t>
            </w:r>
          </w:p>
        </w:tc>
        <w:tc>
          <w:tcPr>
            <w:tcW w:w="4630" w:type="dxa"/>
            <w:shd w:val="clear" w:color="auto" w:fill="FFFFFF"/>
          </w:tcPr>
          <w:p w14:paraId="4BEFD906" w14:textId="77777777" w:rsidR="00000B84" w:rsidRDefault="00000000">
            <w:pPr>
              <w:pStyle w:val="TableText"/>
            </w:pPr>
            <w:r>
              <w:t>Frederico Francisco Elias Moçambique</w:t>
            </w:r>
          </w:p>
        </w:tc>
        <w:tc>
          <w:tcPr>
            <w:tcW w:w="4110" w:type="dxa"/>
            <w:shd w:val="clear" w:color="auto" w:fill="FFFFFF"/>
          </w:tcPr>
          <w:p w14:paraId="4B65A979" w14:textId="77777777" w:rsidR="00000B84" w:rsidRDefault="00000000">
            <w:pPr>
              <w:pStyle w:val="TableText"/>
            </w:pPr>
            <w:r>
              <w:t>Frederico Francisco Moçambique</w:t>
            </w:r>
          </w:p>
        </w:tc>
      </w:tr>
      <w:tr w:rsidR="00000B84" w14:paraId="0749F018" w14:textId="77777777">
        <w:trPr>
          <w:cantSplit/>
        </w:trPr>
        <w:tc>
          <w:tcPr>
            <w:tcW w:w="1406" w:type="dxa"/>
            <w:shd w:val="clear" w:color="auto" w:fill="F0F5F2"/>
          </w:tcPr>
          <w:p w14:paraId="686D2AF3" w14:textId="77777777" w:rsidR="00000B84" w:rsidRDefault="00000000">
            <w:pPr>
              <w:pStyle w:val="TableText"/>
            </w:pPr>
            <w:r>
              <w:t>0864 / 865</w:t>
            </w:r>
          </w:p>
        </w:tc>
        <w:tc>
          <w:tcPr>
            <w:tcW w:w="4630" w:type="dxa"/>
            <w:shd w:val="clear" w:color="auto" w:fill="F0F5F2"/>
          </w:tcPr>
          <w:p w14:paraId="3F15940E" w14:textId="77777777" w:rsidR="00000B84" w:rsidRDefault="00000000">
            <w:pPr>
              <w:pStyle w:val="TableText"/>
            </w:pPr>
            <w:r>
              <w:t>Fungai Aizeque Matuvela Ilaque</w:t>
            </w:r>
          </w:p>
        </w:tc>
        <w:tc>
          <w:tcPr>
            <w:tcW w:w="4110" w:type="dxa"/>
            <w:shd w:val="clear" w:color="auto" w:fill="F0F5F2"/>
          </w:tcPr>
          <w:p w14:paraId="39DDA684" w14:textId="77777777" w:rsidR="00000B84" w:rsidRDefault="00000000">
            <w:pPr>
              <w:pStyle w:val="TableText"/>
            </w:pPr>
            <w:r>
              <w:t>Fungai Aizeque Ilaque</w:t>
            </w:r>
          </w:p>
        </w:tc>
      </w:tr>
      <w:tr w:rsidR="00000B84" w14:paraId="548F1DE7" w14:textId="77777777">
        <w:trPr>
          <w:cantSplit/>
        </w:trPr>
        <w:tc>
          <w:tcPr>
            <w:tcW w:w="1406" w:type="dxa"/>
            <w:shd w:val="clear" w:color="auto" w:fill="FFFFFF"/>
          </w:tcPr>
          <w:p w14:paraId="3A8C8FE7" w14:textId="77777777" w:rsidR="00000B84" w:rsidRDefault="00000000">
            <w:pPr>
              <w:pStyle w:val="TableText"/>
            </w:pPr>
            <w:r>
              <w:t>0929 / 930</w:t>
            </w:r>
          </w:p>
        </w:tc>
        <w:tc>
          <w:tcPr>
            <w:tcW w:w="4630" w:type="dxa"/>
            <w:shd w:val="clear" w:color="auto" w:fill="FFFFFF"/>
          </w:tcPr>
          <w:p w14:paraId="3D7959D3" w14:textId="77777777" w:rsidR="00000B84" w:rsidRDefault="00000000">
            <w:pPr>
              <w:pStyle w:val="TableText"/>
            </w:pPr>
            <w:r>
              <w:t>Gordinho Tamiga Mutitima Mutitima</w:t>
            </w:r>
          </w:p>
        </w:tc>
        <w:tc>
          <w:tcPr>
            <w:tcW w:w="4110" w:type="dxa"/>
            <w:shd w:val="clear" w:color="auto" w:fill="FFFFFF"/>
          </w:tcPr>
          <w:p w14:paraId="7377C360" w14:textId="77777777" w:rsidR="00000B84" w:rsidRDefault="00000000">
            <w:pPr>
              <w:pStyle w:val="TableText"/>
            </w:pPr>
            <w:r>
              <w:t>Gordinho Tamiga Mutitima</w:t>
            </w:r>
          </w:p>
        </w:tc>
      </w:tr>
      <w:tr w:rsidR="00000B84" w14:paraId="3D30C27D" w14:textId="77777777">
        <w:trPr>
          <w:cantSplit/>
        </w:trPr>
        <w:tc>
          <w:tcPr>
            <w:tcW w:w="1406" w:type="dxa"/>
            <w:shd w:val="clear" w:color="auto" w:fill="F0F5F2"/>
          </w:tcPr>
          <w:p w14:paraId="117B13A4" w14:textId="77777777" w:rsidR="00000B84" w:rsidRDefault="00000000">
            <w:pPr>
              <w:pStyle w:val="TableText"/>
            </w:pPr>
            <w:r>
              <w:t>0940 / 941</w:t>
            </w:r>
          </w:p>
        </w:tc>
        <w:tc>
          <w:tcPr>
            <w:tcW w:w="4630" w:type="dxa"/>
            <w:shd w:val="clear" w:color="auto" w:fill="F0F5F2"/>
          </w:tcPr>
          <w:p w14:paraId="39AD438F" w14:textId="77777777" w:rsidR="00000B84" w:rsidRDefault="00000000">
            <w:pPr>
              <w:pStyle w:val="TableText"/>
            </w:pPr>
            <w:r>
              <w:t>Gulamo Gulamo Sérgio Evaristo Augusto</w:t>
            </w:r>
          </w:p>
        </w:tc>
        <w:tc>
          <w:tcPr>
            <w:tcW w:w="4110" w:type="dxa"/>
            <w:shd w:val="clear" w:color="auto" w:fill="F0F5F2"/>
          </w:tcPr>
          <w:p w14:paraId="47059BA4" w14:textId="77777777" w:rsidR="00000B84" w:rsidRDefault="00000000">
            <w:pPr>
              <w:pStyle w:val="TableText"/>
            </w:pPr>
            <w:r>
              <w:t>Gulamo Gulamo Augusto</w:t>
            </w:r>
          </w:p>
        </w:tc>
      </w:tr>
      <w:tr w:rsidR="00000B84" w14:paraId="14B15405" w14:textId="77777777">
        <w:trPr>
          <w:cantSplit/>
        </w:trPr>
        <w:tc>
          <w:tcPr>
            <w:tcW w:w="1406" w:type="dxa"/>
            <w:shd w:val="clear" w:color="auto" w:fill="FFFFFF"/>
          </w:tcPr>
          <w:p w14:paraId="12A1FC12" w14:textId="77777777" w:rsidR="00000B84" w:rsidRDefault="00000000">
            <w:pPr>
              <w:pStyle w:val="TableText"/>
            </w:pPr>
            <w:r>
              <w:t>0943 / 944</w:t>
            </w:r>
          </w:p>
        </w:tc>
        <w:tc>
          <w:tcPr>
            <w:tcW w:w="4630" w:type="dxa"/>
            <w:shd w:val="clear" w:color="auto" w:fill="FFFFFF"/>
          </w:tcPr>
          <w:p w14:paraId="6B4FFD07" w14:textId="77777777" w:rsidR="00000B84" w:rsidRDefault="00000000">
            <w:pPr>
              <w:pStyle w:val="TableText"/>
            </w:pPr>
            <w:r>
              <w:t>Hassane Bizioque Rosario Benendiua</w:t>
            </w:r>
          </w:p>
        </w:tc>
        <w:tc>
          <w:tcPr>
            <w:tcW w:w="4110" w:type="dxa"/>
            <w:shd w:val="clear" w:color="auto" w:fill="FFFFFF"/>
          </w:tcPr>
          <w:p w14:paraId="76AAE21C" w14:textId="77777777" w:rsidR="00000B84" w:rsidRDefault="00000000">
            <w:pPr>
              <w:pStyle w:val="TableText"/>
            </w:pPr>
            <w:r>
              <w:t>Hassane Bizioque Benendiua</w:t>
            </w:r>
          </w:p>
        </w:tc>
      </w:tr>
      <w:tr w:rsidR="00000B84" w14:paraId="3E3068EA" w14:textId="77777777">
        <w:trPr>
          <w:cantSplit/>
        </w:trPr>
        <w:tc>
          <w:tcPr>
            <w:tcW w:w="1406" w:type="dxa"/>
            <w:shd w:val="clear" w:color="auto" w:fill="F0F5F2"/>
          </w:tcPr>
          <w:p w14:paraId="71F1036E" w14:textId="77777777" w:rsidR="00000B84" w:rsidRDefault="00000000">
            <w:pPr>
              <w:pStyle w:val="TableText"/>
            </w:pPr>
            <w:r>
              <w:t>1005 / 1006</w:t>
            </w:r>
          </w:p>
        </w:tc>
        <w:tc>
          <w:tcPr>
            <w:tcW w:w="4630" w:type="dxa"/>
            <w:shd w:val="clear" w:color="auto" w:fill="F0F5F2"/>
          </w:tcPr>
          <w:p w14:paraId="461D74F8" w14:textId="77777777" w:rsidR="00000B84" w:rsidRDefault="00000000">
            <w:pPr>
              <w:pStyle w:val="TableText"/>
            </w:pPr>
            <w:r>
              <w:t>Inoque Fernando Dos Santos Liasse Henriques</w:t>
            </w:r>
          </w:p>
        </w:tc>
        <w:tc>
          <w:tcPr>
            <w:tcW w:w="4110" w:type="dxa"/>
            <w:shd w:val="clear" w:color="auto" w:fill="F0F5F2"/>
          </w:tcPr>
          <w:p w14:paraId="731D180C" w14:textId="77777777" w:rsidR="00000B84" w:rsidRDefault="00000000">
            <w:pPr>
              <w:pStyle w:val="TableText"/>
            </w:pPr>
            <w:r>
              <w:t>Inoque Fernando Henriques</w:t>
            </w:r>
          </w:p>
        </w:tc>
      </w:tr>
      <w:tr w:rsidR="00000B84" w14:paraId="3E08A982" w14:textId="77777777">
        <w:trPr>
          <w:cantSplit/>
        </w:trPr>
        <w:tc>
          <w:tcPr>
            <w:tcW w:w="1406" w:type="dxa"/>
            <w:shd w:val="clear" w:color="auto" w:fill="FFFFFF"/>
          </w:tcPr>
          <w:p w14:paraId="6235A9DB" w14:textId="77777777" w:rsidR="00000B84" w:rsidRDefault="00000000">
            <w:pPr>
              <w:pStyle w:val="TableText"/>
            </w:pPr>
            <w:r>
              <w:t>1044 / 1045</w:t>
            </w:r>
          </w:p>
        </w:tc>
        <w:tc>
          <w:tcPr>
            <w:tcW w:w="4630" w:type="dxa"/>
            <w:shd w:val="clear" w:color="auto" w:fill="FFFFFF"/>
          </w:tcPr>
          <w:p w14:paraId="3FC21006" w14:textId="77777777" w:rsidR="00000B84" w:rsidRDefault="00000000">
            <w:pPr>
              <w:pStyle w:val="TableText"/>
            </w:pPr>
            <w:r>
              <w:t>Ivanilson Francisco Martins Lima Mourão</w:t>
            </w:r>
          </w:p>
        </w:tc>
        <w:tc>
          <w:tcPr>
            <w:tcW w:w="4110" w:type="dxa"/>
            <w:shd w:val="clear" w:color="auto" w:fill="FFFFFF"/>
          </w:tcPr>
          <w:p w14:paraId="12ED8B60" w14:textId="77777777" w:rsidR="00000B84" w:rsidRDefault="00000000">
            <w:pPr>
              <w:pStyle w:val="TableText"/>
            </w:pPr>
            <w:r>
              <w:t>Ivanilson Francisco Mourão</w:t>
            </w:r>
          </w:p>
        </w:tc>
      </w:tr>
      <w:tr w:rsidR="00000B84" w14:paraId="78B5813F" w14:textId="77777777">
        <w:trPr>
          <w:cantSplit/>
        </w:trPr>
        <w:tc>
          <w:tcPr>
            <w:tcW w:w="1406" w:type="dxa"/>
            <w:shd w:val="clear" w:color="auto" w:fill="F0F5F2"/>
          </w:tcPr>
          <w:p w14:paraId="6D5BAC93" w14:textId="77777777" w:rsidR="00000B84" w:rsidRDefault="00000000">
            <w:pPr>
              <w:pStyle w:val="TableText"/>
            </w:pPr>
            <w:r>
              <w:t>1052 / 1053</w:t>
            </w:r>
          </w:p>
        </w:tc>
        <w:tc>
          <w:tcPr>
            <w:tcW w:w="4630" w:type="dxa"/>
            <w:shd w:val="clear" w:color="auto" w:fill="F0F5F2"/>
          </w:tcPr>
          <w:p w14:paraId="70F88720" w14:textId="77777777" w:rsidR="00000B84" w:rsidRDefault="00000000">
            <w:pPr>
              <w:pStyle w:val="TableText"/>
            </w:pPr>
            <w:r>
              <w:t>Jacinto Muaneliua Paulo Augusto</w:t>
            </w:r>
          </w:p>
        </w:tc>
        <w:tc>
          <w:tcPr>
            <w:tcW w:w="4110" w:type="dxa"/>
            <w:shd w:val="clear" w:color="auto" w:fill="F0F5F2"/>
          </w:tcPr>
          <w:p w14:paraId="0964BD0E" w14:textId="77777777" w:rsidR="00000B84" w:rsidRDefault="00000000">
            <w:pPr>
              <w:pStyle w:val="TableText"/>
            </w:pPr>
            <w:r>
              <w:t>Jacinto Muaneliua Augusto</w:t>
            </w:r>
          </w:p>
        </w:tc>
      </w:tr>
      <w:tr w:rsidR="00000B84" w14:paraId="0F564A9C" w14:textId="77777777">
        <w:trPr>
          <w:cantSplit/>
        </w:trPr>
        <w:tc>
          <w:tcPr>
            <w:tcW w:w="1406" w:type="dxa"/>
            <w:shd w:val="clear" w:color="auto" w:fill="FFFFFF"/>
          </w:tcPr>
          <w:p w14:paraId="662C52CF" w14:textId="77777777" w:rsidR="00000B84" w:rsidRDefault="00000000">
            <w:pPr>
              <w:pStyle w:val="TableText"/>
            </w:pPr>
            <w:r>
              <w:t>1071 / 1072</w:t>
            </w:r>
          </w:p>
        </w:tc>
        <w:tc>
          <w:tcPr>
            <w:tcW w:w="4630" w:type="dxa"/>
            <w:shd w:val="clear" w:color="auto" w:fill="FFFFFF"/>
          </w:tcPr>
          <w:p w14:paraId="4D71B207" w14:textId="77777777" w:rsidR="00000B84" w:rsidRDefault="00000000">
            <w:pPr>
              <w:pStyle w:val="TableText"/>
            </w:pPr>
            <w:r>
              <w:t>Jaksson Saramento Mário Mussago</w:t>
            </w:r>
          </w:p>
        </w:tc>
        <w:tc>
          <w:tcPr>
            <w:tcW w:w="4110" w:type="dxa"/>
            <w:shd w:val="clear" w:color="auto" w:fill="FFFFFF"/>
          </w:tcPr>
          <w:p w14:paraId="1DC7A6CA" w14:textId="77777777" w:rsidR="00000B84" w:rsidRDefault="00000000">
            <w:pPr>
              <w:pStyle w:val="TableText"/>
            </w:pPr>
            <w:r>
              <w:t>Jaksson Saramento Mussago</w:t>
            </w:r>
          </w:p>
        </w:tc>
      </w:tr>
      <w:tr w:rsidR="00000B84" w14:paraId="11339CA1" w14:textId="77777777">
        <w:trPr>
          <w:cantSplit/>
        </w:trPr>
        <w:tc>
          <w:tcPr>
            <w:tcW w:w="1406" w:type="dxa"/>
            <w:shd w:val="clear" w:color="auto" w:fill="F0F5F2"/>
          </w:tcPr>
          <w:p w14:paraId="7C78F120" w14:textId="77777777" w:rsidR="00000B84" w:rsidRDefault="00000000">
            <w:pPr>
              <w:pStyle w:val="TableText"/>
            </w:pPr>
            <w:r>
              <w:t>1073 / 1074</w:t>
            </w:r>
          </w:p>
        </w:tc>
        <w:tc>
          <w:tcPr>
            <w:tcW w:w="4630" w:type="dxa"/>
            <w:shd w:val="clear" w:color="auto" w:fill="F0F5F2"/>
          </w:tcPr>
          <w:p w14:paraId="46C74A24" w14:textId="77777777" w:rsidR="00000B84" w:rsidRDefault="00000000">
            <w:pPr>
              <w:pStyle w:val="TableText"/>
            </w:pPr>
            <w:r>
              <w:t>Jamal António Samuel Mucubela</w:t>
            </w:r>
          </w:p>
        </w:tc>
        <w:tc>
          <w:tcPr>
            <w:tcW w:w="4110" w:type="dxa"/>
            <w:shd w:val="clear" w:color="auto" w:fill="F0F5F2"/>
          </w:tcPr>
          <w:p w14:paraId="6674281C" w14:textId="77777777" w:rsidR="00000B84" w:rsidRDefault="00000000">
            <w:pPr>
              <w:pStyle w:val="TableText"/>
            </w:pPr>
            <w:r>
              <w:t>Jamal António Mucubela</w:t>
            </w:r>
          </w:p>
        </w:tc>
      </w:tr>
      <w:tr w:rsidR="00000B84" w14:paraId="301E19A8" w14:textId="77777777">
        <w:trPr>
          <w:cantSplit/>
        </w:trPr>
        <w:tc>
          <w:tcPr>
            <w:tcW w:w="1406" w:type="dxa"/>
            <w:shd w:val="clear" w:color="auto" w:fill="FFFFFF"/>
          </w:tcPr>
          <w:p w14:paraId="040C99E5" w14:textId="77777777" w:rsidR="00000B84" w:rsidRDefault="00000000">
            <w:pPr>
              <w:pStyle w:val="TableText"/>
            </w:pPr>
            <w:r>
              <w:t>1074 / 1075</w:t>
            </w:r>
          </w:p>
        </w:tc>
        <w:tc>
          <w:tcPr>
            <w:tcW w:w="4630" w:type="dxa"/>
            <w:shd w:val="clear" w:color="auto" w:fill="FFFFFF"/>
          </w:tcPr>
          <w:p w14:paraId="72788BA7" w14:textId="77777777" w:rsidR="00000B84" w:rsidRDefault="00000000">
            <w:pPr>
              <w:pStyle w:val="TableText"/>
            </w:pPr>
            <w:r>
              <w:t>Jamilo Alfândega Fazenda Rabeca</w:t>
            </w:r>
          </w:p>
        </w:tc>
        <w:tc>
          <w:tcPr>
            <w:tcW w:w="4110" w:type="dxa"/>
            <w:shd w:val="clear" w:color="auto" w:fill="FFFFFF"/>
          </w:tcPr>
          <w:p w14:paraId="15927EFB" w14:textId="77777777" w:rsidR="00000B84" w:rsidRDefault="00000000">
            <w:pPr>
              <w:pStyle w:val="TableText"/>
            </w:pPr>
            <w:r>
              <w:t>Jamilo Alfândega Rabeca</w:t>
            </w:r>
          </w:p>
        </w:tc>
      </w:tr>
      <w:tr w:rsidR="00000B84" w14:paraId="0EC4746F" w14:textId="77777777">
        <w:trPr>
          <w:cantSplit/>
        </w:trPr>
        <w:tc>
          <w:tcPr>
            <w:tcW w:w="1406" w:type="dxa"/>
            <w:shd w:val="clear" w:color="auto" w:fill="F0F5F2"/>
          </w:tcPr>
          <w:p w14:paraId="0DCB1DE6" w14:textId="77777777" w:rsidR="00000B84" w:rsidRDefault="00000000">
            <w:pPr>
              <w:pStyle w:val="TableText"/>
            </w:pPr>
            <w:r>
              <w:t>1079 / 1080</w:t>
            </w:r>
          </w:p>
        </w:tc>
        <w:tc>
          <w:tcPr>
            <w:tcW w:w="4630" w:type="dxa"/>
            <w:shd w:val="clear" w:color="auto" w:fill="F0F5F2"/>
          </w:tcPr>
          <w:p w14:paraId="4446A831" w14:textId="77777777" w:rsidR="00000B84" w:rsidRDefault="00000000">
            <w:pPr>
              <w:pStyle w:val="TableText"/>
            </w:pPr>
            <w:r>
              <w:t>Janota Manuel Da Silva Potugal</w:t>
            </w:r>
          </w:p>
        </w:tc>
        <w:tc>
          <w:tcPr>
            <w:tcW w:w="4110" w:type="dxa"/>
            <w:shd w:val="clear" w:color="auto" w:fill="F0F5F2"/>
          </w:tcPr>
          <w:p w14:paraId="65AF3D02" w14:textId="77777777" w:rsidR="00000B84" w:rsidRDefault="00000000">
            <w:pPr>
              <w:pStyle w:val="TableText"/>
            </w:pPr>
            <w:r>
              <w:t>Janota Manuel Potugal</w:t>
            </w:r>
          </w:p>
        </w:tc>
      </w:tr>
      <w:tr w:rsidR="00000B84" w14:paraId="3A5A84A0" w14:textId="77777777">
        <w:trPr>
          <w:cantSplit/>
        </w:trPr>
        <w:tc>
          <w:tcPr>
            <w:tcW w:w="1406" w:type="dxa"/>
            <w:shd w:val="clear" w:color="auto" w:fill="FFFFFF"/>
          </w:tcPr>
          <w:p w14:paraId="21B37FB9" w14:textId="77777777" w:rsidR="00000B84" w:rsidRDefault="00000000">
            <w:pPr>
              <w:pStyle w:val="TableText"/>
            </w:pPr>
            <w:r>
              <w:t>1102 / 1103</w:t>
            </w:r>
          </w:p>
        </w:tc>
        <w:tc>
          <w:tcPr>
            <w:tcW w:w="4630" w:type="dxa"/>
            <w:shd w:val="clear" w:color="auto" w:fill="FFFFFF"/>
          </w:tcPr>
          <w:p w14:paraId="7E3794ED" w14:textId="77777777" w:rsidR="00000B84" w:rsidRDefault="00000000">
            <w:pPr>
              <w:pStyle w:val="TableText"/>
            </w:pPr>
            <w:r>
              <w:t>Joao Nhenguereira Joao Eugenio Nhengereira</w:t>
            </w:r>
          </w:p>
        </w:tc>
        <w:tc>
          <w:tcPr>
            <w:tcW w:w="4110" w:type="dxa"/>
            <w:shd w:val="clear" w:color="auto" w:fill="FFFFFF"/>
          </w:tcPr>
          <w:p w14:paraId="35593532" w14:textId="77777777" w:rsidR="00000B84" w:rsidRDefault="00000000">
            <w:pPr>
              <w:pStyle w:val="TableText"/>
            </w:pPr>
            <w:r>
              <w:t>Joao Nhenguereira Nhengereira</w:t>
            </w:r>
          </w:p>
        </w:tc>
      </w:tr>
      <w:tr w:rsidR="00000B84" w14:paraId="6595CB25" w14:textId="77777777">
        <w:trPr>
          <w:cantSplit/>
        </w:trPr>
        <w:tc>
          <w:tcPr>
            <w:tcW w:w="1406" w:type="dxa"/>
            <w:shd w:val="clear" w:color="auto" w:fill="F0F5F2"/>
          </w:tcPr>
          <w:p w14:paraId="3D9EB036" w14:textId="77777777" w:rsidR="00000B84" w:rsidRDefault="00000000">
            <w:pPr>
              <w:pStyle w:val="TableText"/>
            </w:pPr>
            <w:r>
              <w:t>1108 / 1109</w:t>
            </w:r>
          </w:p>
        </w:tc>
        <w:tc>
          <w:tcPr>
            <w:tcW w:w="4630" w:type="dxa"/>
            <w:shd w:val="clear" w:color="auto" w:fill="F0F5F2"/>
          </w:tcPr>
          <w:p w14:paraId="0BDAE967" w14:textId="77777777" w:rsidR="00000B84" w:rsidRDefault="00000000">
            <w:pPr>
              <w:pStyle w:val="TableText"/>
            </w:pPr>
            <w:r>
              <w:t>Joaquim Atanásio Fernando Atanisio</w:t>
            </w:r>
          </w:p>
        </w:tc>
        <w:tc>
          <w:tcPr>
            <w:tcW w:w="4110" w:type="dxa"/>
            <w:shd w:val="clear" w:color="auto" w:fill="F0F5F2"/>
          </w:tcPr>
          <w:p w14:paraId="6838C977" w14:textId="77777777" w:rsidR="00000B84" w:rsidRDefault="00000000">
            <w:pPr>
              <w:pStyle w:val="TableText"/>
            </w:pPr>
            <w:r>
              <w:t>Joaquim Atanásio Atanisio</w:t>
            </w:r>
          </w:p>
        </w:tc>
      </w:tr>
      <w:tr w:rsidR="00000B84" w14:paraId="7FC2AD0A" w14:textId="77777777">
        <w:trPr>
          <w:cantSplit/>
        </w:trPr>
        <w:tc>
          <w:tcPr>
            <w:tcW w:w="1406" w:type="dxa"/>
            <w:shd w:val="clear" w:color="auto" w:fill="FFFFFF"/>
          </w:tcPr>
          <w:p w14:paraId="3E9F4061" w14:textId="77777777" w:rsidR="00000B84" w:rsidRDefault="00000000">
            <w:pPr>
              <w:pStyle w:val="TableText"/>
            </w:pPr>
            <w:r>
              <w:t>1109 / 1110</w:t>
            </w:r>
          </w:p>
        </w:tc>
        <w:tc>
          <w:tcPr>
            <w:tcW w:w="4630" w:type="dxa"/>
            <w:shd w:val="clear" w:color="auto" w:fill="FFFFFF"/>
          </w:tcPr>
          <w:p w14:paraId="7E759F54" w14:textId="77777777" w:rsidR="00000B84" w:rsidRDefault="00000000">
            <w:pPr>
              <w:pStyle w:val="TableText"/>
            </w:pPr>
            <w:r>
              <w:t>Joaquim Felisberto Manuel Abdala</w:t>
            </w:r>
          </w:p>
        </w:tc>
        <w:tc>
          <w:tcPr>
            <w:tcW w:w="4110" w:type="dxa"/>
            <w:shd w:val="clear" w:color="auto" w:fill="FFFFFF"/>
          </w:tcPr>
          <w:p w14:paraId="016E4E68" w14:textId="77777777" w:rsidR="00000B84" w:rsidRDefault="00000000">
            <w:pPr>
              <w:pStyle w:val="TableText"/>
            </w:pPr>
            <w:r>
              <w:t>Joaquim Felisberto Abdala</w:t>
            </w:r>
          </w:p>
        </w:tc>
      </w:tr>
      <w:tr w:rsidR="00000B84" w14:paraId="0F8260A4" w14:textId="77777777">
        <w:trPr>
          <w:cantSplit/>
        </w:trPr>
        <w:tc>
          <w:tcPr>
            <w:tcW w:w="1406" w:type="dxa"/>
            <w:shd w:val="clear" w:color="auto" w:fill="F0F5F2"/>
          </w:tcPr>
          <w:p w14:paraId="6A7560DA" w14:textId="77777777" w:rsidR="00000B84" w:rsidRDefault="00000000">
            <w:pPr>
              <w:pStyle w:val="TableText"/>
            </w:pPr>
            <w:r>
              <w:t>1133 / 1134</w:t>
            </w:r>
          </w:p>
        </w:tc>
        <w:tc>
          <w:tcPr>
            <w:tcW w:w="4630" w:type="dxa"/>
            <w:shd w:val="clear" w:color="auto" w:fill="F0F5F2"/>
          </w:tcPr>
          <w:p w14:paraId="3411791E" w14:textId="77777777" w:rsidR="00000B84" w:rsidRDefault="00000000">
            <w:pPr>
              <w:pStyle w:val="TableText"/>
            </w:pPr>
            <w:r>
              <w:t>Jonasse Manuel Macário Tandouse</w:t>
            </w:r>
          </w:p>
        </w:tc>
        <w:tc>
          <w:tcPr>
            <w:tcW w:w="4110" w:type="dxa"/>
            <w:shd w:val="clear" w:color="auto" w:fill="F0F5F2"/>
          </w:tcPr>
          <w:p w14:paraId="1D603949" w14:textId="77777777" w:rsidR="00000B84" w:rsidRDefault="00000000">
            <w:pPr>
              <w:pStyle w:val="TableText"/>
            </w:pPr>
            <w:r>
              <w:t>Jonasse Manuel Tandouse</w:t>
            </w:r>
          </w:p>
        </w:tc>
      </w:tr>
      <w:tr w:rsidR="00000B84" w14:paraId="67035F84" w14:textId="77777777">
        <w:trPr>
          <w:cantSplit/>
        </w:trPr>
        <w:tc>
          <w:tcPr>
            <w:tcW w:w="1406" w:type="dxa"/>
            <w:shd w:val="clear" w:color="auto" w:fill="FFFFFF"/>
          </w:tcPr>
          <w:p w14:paraId="17C2331F" w14:textId="77777777" w:rsidR="00000B84" w:rsidRDefault="00000000">
            <w:pPr>
              <w:pStyle w:val="TableText"/>
            </w:pPr>
            <w:r>
              <w:t>1164 / 1165</w:t>
            </w:r>
          </w:p>
        </w:tc>
        <w:tc>
          <w:tcPr>
            <w:tcW w:w="4630" w:type="dxa"/>
            <w:shd w:val="clear" w:color="auto" w:fill="FFFFFF"/>
          </w:tcPr>
          <w:p w14:paraId="102FE0F1" w14:textId="77777777" w:rsidR="00000B84" w:rsidRDefault="00000000">
            <w:pPr>
              <w:pStyle w:val="TableText"/>
            </w:pPr>
            <w:r>
              <w:t>Jose Felizardo Sulemanr Companhia</w:t>
            </w:r>
          </w:p>
        </w:tc>
        <w:tc>
          <w:tcPr>
            <w:tcW w:w="4110" w:type="dxa"/>
            <w:shd w:val="clear" w:color="auto" w:fill="FFFFFF"/>
          </w:tcPr>
          <w:p w14:paraId="17D52544" w14:textId="77777777" w:rsidR="00000B84" w:rsidRDefault="00000000">
            <w:pPr>
              <w:pStyle w:val="TableText"/>
            </w:pPr>
            <w:r>
              <w:t>Jose Felizardo Companhia</w:t>
            </w:r>
          </w:p>
        </w:tc>
      </w:tr>
      <w:tr w:rsidR="00000B84" w14:paraId="30C6742D" w14:textId="77777777">
        <w:trPr>
          <w:cantSplit/>
        </w:trPr>
        <w:tc>
          <w:tcPr>
            <w:tcW w:w="1406" w:type="dxa"/>
            <w:shd w:val="clear" w:color="auto" w:fill="F0F5F2"/>
          </w:tcPr>
          <w:p w14:paraId="0774458A" w14:textId="77777777" w:rsidR="00000B84" w:rsidRDefault="00000000">
            <w:pPr>
              <w:pStyle w:val="TableText"/>
            </w:pPr>
            <w:r>
              <w:t>1172 / 1173</w:t>
            </w:r>
          </w:p>
        </w:tc>
        <w:tc>
          <w:tcPr>
            <w:tcW w:w="4630" w:type="dxa"/>
            <w:shd w:val="clear" w:color="auto" w:fill="F0F5F2"/>
          </w:tcPr>
          <w:p w14:paraId="129C78E8" w14:textId="77777777" w:rsidR="00000B84" w:rsidRDefault="00000000">
            <w:pPr>
              <w:pStyle w:val="TableText"/>
            </w:pPr>
            <w:r>
              <w:t>José Mussa José Mussa Rodriguês</w:t>
            </w:r>
          </w:p>
        </w:tc>
        <w:tc>
          <w:tcPr>
            <w:tcW w:w="4110" w:type="dxa"/>
            <w:shd w:val="clear" w:color="auto" w:fill="F0F5F2"/>
          </w:tcPr>
          <w:p w14:paraId="17D7117C" w14:textId="77777777" w:rsidR="00000B84" w:rsidRDefault="00000000">
            <w:pPr>
              <w:pStyle w:val="TableText"/>
            </w:pPr>
            <w:r>
              <w:t>José Mussa Rodriguês</w:t>
            </w:r>
          </w:p>
        </w:tc>
      </w:tr>
      <w:tr w:rsidR="00000B84" w14:paraId="58140674" w14:textId="77777777">
        <w:trPr>
          <w:cantSplit/>
        </w:trPr>
        <w:tc>
          <w:tcPr>
            <w:tcW w:w="1406" w:type="dxa"/>
            <w:shd w:val="clear" w:color="auto" w:fill="FFFFFF"/>
          </w:tcPr>
          <w:p w14:paraId="4863A9AE" w14:textId="77777777" w:rsidR="00000B84" w:rsidRDefault="00000000">
            <w:pPr>
              <w:pStyle w:val="TableText"/>
            </w:pPr>
            <w:r>
              <w:t>1177 / 1178</w:t>
            </w:r>
          </w:p>
        </w:tc>
        <w:tc>
          <w:tcPr>
            <w:tcW w:w="4630" w:type="dxa"/>
            <w:shd w:val="clear" w:color="auto" w:fill="FFFFFF"/>
          </w:tcPr>
          <w:p w14:paraId="32714F0E" w14:textId="77777777" w:rsidR="00000B84" w:rsidRDefault="00000000">
            <w:pPr>
              <w:pStyle w:val="TableText"/>
            </w:pPr>
            <w:r>
              <w:t>Josias Marques Massapata Viola</w:t>
            </w:r>
          </w:p>
        </w:tc>
        <w:tc>
          <w:tcPr>
            <w:tcW w:w="4110" w:type="dxa"/>
            <w:shd w:val="clear" w:color="auto" w:fill="FFFFFF"/>
          </w:tcPr>
          <w:p w14:paraId="3FF29391" w14:textId="77777777" w:rsidR="00000B84" w:rsidRDefault="00000000">
            <w:pPr>
              <w:pStyle w:val="TableText"/>
            </w:pPr>
            <w:r>
              <w:t>Josias Marques Viola</w:t>
            </w:r>
          </w:p>
        </w:tc>
      </w:tr>
      <w:tr w:rsidR="00000B84" w14:paraId="6D119556" w14:textId="77777777">
        <w:trPr>
          <w:cantSplit/>
        </w:trPr>
        <w:tc>
          <w:tcPr>
            <w:tcW w:w="1406" w:type="dxa"/>
            <w:shd w:val="clear" w:color="auto" w:fill="F0F5F2"/>
          </w:tcPr>
          <w:p w14:paraId="134875BF" w14:textId="77777777" w:rsidR="00000B84" w:rsidRDefault="00000000">
            <w:pPr>
              <w:pStyle w:val="TableText"/>
            </w:pPr>
            <w:r>
              <w:t>1179 / 1180</w:t>
            </w:r>
          </w:p>
        </w:tc>
        <w:tc>
          <w:tcPr>
            <w:tcW w:w="4630" w:type="dxa"/>
            <w:shd w:val="clear" w:color="auto" w:fill="F0F5F2"/>
          </w:tcPr>
          <w:p w14:paraId="5DD9DF8D" w14:textId="77777777" w:rsidR="00000B84" w:rsidRDefault="00000000">
            <w:pPr>
              <w:pStyle w:val="TableText"/>
            </w:pPr>
            <w:r>
              <w:t>Josué Sebastião Da Costa Dengua</w:t>
            </w:r>
          </w:p>
        </w:tc>
        <w:tc>
          <w:tcPr>
            <w:tcW w:w="4110" w:type="dxa"/>
            <w:shd w:val="clear" w:color="auto" w:fill="F0F5F2"/>
          </w:tcPr>
          <w:p w14:paraId="0A6202C9" w14:textId="77777777" w:rsidR="00000B84" w:rsidRDefault="00000000">
            <w:pPr>
              <w:pStyle w:val="TableText"/>
            </w:pPr>
            <w:r>
              <w:t>Josué Sebastião Dengua</w:t>
            </w:r>
          </w:p>
        </w:tc>
      </w:tr>
      <w:tr w:rsidR="00000B84" w14:paraId="00B260ED" w14:textId="77777777">
        <w:trPr>
          <w:cantSplit/>
        </w:trPr>
        <w:tc>
          <w:tcPr>
            <w:tcW w:w="1406" w:type="dxa"/>
            <w:shd w:val="clear" w:color="auto" w:fill="FFFFFF"/>
          </w:tcPr>
          <w:p w14:paraId="569AE68C" w14:textId="77777777" w:rsidR="00000B84" w:rsidRDefault="00000000">
            <w:pPr>
              <w:pStyle w:val="TableText"/>
            </w:pPr>
            <w:r>
              <w:t>1201 / 1202</w:t>
            </w:r>
          </w:p>
        </w:tc>
        <w:tc>
          <w:tcPr>
            <w:tcW w:w="4630" w:type="dxa"/>
            <w:shd w:val="clear" w:color="auto" w:fill="FFFFFF"/>
          </w:tcPr>
          <w:p w14:paraId="0F8B6EB1" w14:textId="77777777" w:rsidR="00000B84" w:rsidRDefault="00000000">
            <w:pPr>
              <w:pStyle w:val="TableText"/>
            </w:pPr>
            <w:r>
              <w:t>Kelven Bonifácio Rosário Munerane</w:t>
            </w:r>
          </w:p>
        </w:tc>
        <w:tc>
          <w:tcPr>
            <w:tcW w:w="4110" w:type="dxa"/>
            <w:shd w:val="clear" w:color="auto" w:fill="FFFFFF"/>
          </w:tcPr>
          <w:p w14:paraId="73222A01" w14:textId="77777777" w:rsidR="00000B84" w:rsidRDefault="00000000">
            <w:pPr>
              <w:pStyle w:val="TableText"/>
            </w:pPr>
            <w:r>
              <w:t>Kelven Bonifácio Munerane</w:t>
            </w:r>
          </w:p>
        </w:tc>
      </w:tr>
      <w:tr w:rsidR="00000B84" w14:paraId="4D9C50DB" w14:textId="77777777">
        <w:trPr>
          <w:cantSplit/>
        </w:trPr>
        <w:tc>
          <w:tcPr>
            <w:tcW w:w="1406" w:type="dxa"/>
            <w:shd w:val="clear" w:color="auto" w:fill="F0F5F2"/>
          </w:tcPr>
          <w:p w14:paraId="563D219D" w14:textId="77777777" w:rsidR="00000B84" w:rsidRDefault="00000000">
            <w:pPr>
              <w:pStyle w:val="TableText"/>
            </w:pPr>
            <w:r>
              <w:t>1214 / 1215</w:t>
            </w:r>
          </w:p>
        </w:tc>
        <w:tc>
          <w:tcPr>
            <w:tcW w:w="4630" w:type="dxa"/>
            <w:shd w:val="clear" w:color="auto" w:fill="F0F5F2"/>
          </w:tcPr>
          <w:p w14:paraId="023F62C0" w14:textId="77777777" w:rsidR="00000B84" w:rsidRDefault="00000000">
            <w:pPr>
              <w:pStyle w:val="TableText"/>
            </w:pPr>
            <w:r>
              <w:t>Latifo Agimo Latifo Agimo Nibeue</w:t>
            </w:r>
          </w:p>
        </w:tc>
        <w:tc>
          <w:tcPr>
            <w:tcW w:w="4110" w:type="dxa"/>
            <w:shd w:val="clear" w:color="auto" w:fill="F0F5F2"/>
          </w:tcPr>
          <w:p w14:paraId="54BC0F1B" w14:textId="77777777" w:rsidR="00000B84" w:rsidRDefault="00000000">
            <w:pPr>
              <w:pStyle w:val="TableText"/>
            </w:pPr>
            <w:r>
              <w:t>Latifo Agimo Nibeue</w:t>
            </w:r>
          </w:p>
        </w:tc>
      </w:tr>
      <w:tr w:rsidR="00000B84" w14:paraId="1F903390" w14:textId="77777777">
        <w:trPr>
          <w:cantSplit/>
        </w:trPr>
        <w:tc>
          <w:tcPr>
            <w:tcW w:w="1406" w:type="dxa"/>
            <w:shd w:val="clear" w:color="auto" w:fill="FFFFFF"/>
          </w:tcPr>
          <w:p w14:paraId="00D6CE6F" w14:textId="77777777" w:rsidR="00000B84" w:rsidRDefault="00000000">
            <w:pPr>
              <w:pStyle w:val="TableText"/>
            </w:pPr>
            <w:r>
              <w:t>1222 / 1223</w:t>
            </w:r>
          </w:p>
        </w:tc>
        <w:tc>
          <w:tcPr>
            <w:tcW w:w="4630" w:type="dxa"/>
            <w:shd w:val="clear" w:color="auto" w:fill="FFFFFF"/>
          </w:tcPr>
          <w:p w14:paraId="4BBA28E1" w14:textId="77777777" w:rsidR="00000B84" w:rsidRDefault="00000000">
            <w:pPr>
              <w:pStyle w:val="TableText"/>
            </w:pPr>
            <w:r>
              <w:t>Leandro Francisco Elias Moçambique Moçambique</w:t>
            </w:r>
          </w:p>
        </w:tc>
        <w:tc>
          <w:tcPr>
            <w:tcW w:w="4110" w:type="dxa"/>
            <w:shd w:val="clear" w:color="auto" w:fill="FFFFFF"/>
          </w:tcPr>
          <w:p w14:paraId="3FBF0E31" w14:textId="77777777" w:rsidR="00000B84" w:rsidRDefault="00000000">
            <w:pPr>
              <w:pStyle w:val="TableText"/>
            </w:pPr>
            <w:r>
              <w:t>Leandro Francisco Moçambique</w:t>
            </w:r>
          </w:p>
        </w:tc>
      </w:tr>
      <w:tr w:rsidR="00000B84" w14:paraId="28133092" w14:textId="77777777">
        <w:trPr>
          <w:cantSplit/>
        </w:trPr>
        <w:tc>
          <w:tcPr>
            <w:tcW w:w="1406" w:type="dxa"/>
            <w:shd w:val="clear" w:color="auto" w:fill="F0F5F2"/>
          </w:tcPr>
          <w:p w14:paraId="7A16D2E8" w14:textId="77777777" w:rsidR="00000B84" w:rsidRDefault="00000000">
            <w:pPr>
              <w:pStyle w:val="TableText"/>
            </w:pPr>
            <w:r>
              <w:t>1251 / 1252</w:t>
            </w:r>
          </w:p>
        </w:tc>
        <w:tc>
          <w:tcPr>
            <w:tcW w:w="4630" w:type="dxa"/>
            <w:shd w:val="clear" w:color="auto" w:fill="F0F5F2"/>
          </w:tcPr>
          <w:p w14:paraId="58A605F1" w14:textId="77777777" w:rsidR="00000B84" w:rsidRDefault="00000000">
            <w:pPr>
              <w:pStyle w:val="TableText"/>
            </w:pPr>
            <w:r>
              <w:t>Lorindo Costa Jolorida Lorindo Costa</w:t>
            </w:r>
          </w:p>
        </w:tc>
        <w:tc>
          <w:tcPr>
            <w:tcW w:w="4110" w:type="dxa"/>
            <w:shd w:val="clear" w:color="auto" w:fill="F0F5F2"/>
          </w:tcPr>
          <w:p w14:paraId="743ECB89" w14:textId="77777777" w:rsidR="00000B84" w:rsidRDefault="00000000">
            <w:pPr>
              <w:pStyle w:val="TableText"/>
            </w:pPr>
            <w:r>
              <w:t>Lorindo Costa Costa</w:t>
            </w:r>
          </w:p>
        </w:tc>
      </w:tr>
      <w:tr w:rsidR="00000B84" w14:paraId="0F63FAA6" w14:textId="77777777">
        <w:trPr>
          <w:cantSplit/>
        </w:trPr>
        <w:tc>
          <w:tcPr>
            <w:tcW w:w="1406" w:type="dxa"/>
            <w:shd w:val="clear" w:color="auto" w:fill="FFFFFF"/>
          </w:tcPr>
          <w:p w14:paraId="033B16CD" w14:textId="77777777" w:rsidR="00000B84" w:rsidRDefault="00000000">
            <w:pPr>
              <w:pStyle w:val="TableText"/>
            </w:pPr>
            <w:r>
              <w:t>1285 / 1286</w:t>
            </w:r>
          </w:p>
        </w:tc>
        <w:tc>
          <w:tcPr>
            <w:tcW w:w="4630" w:type="dxa"/>
            <w:shd w:val="clear" w:color="auto" w:fill="FFFFFF"/>
          </w:tcPr>
          <w:p w14:paraId="0CE66E13" w14:textId="77777777" w:rsidR="00000B84" w:rsidRDefault="00000000">
            <w:pPr>
              <w:pStyle w:val="TableText"/>
            </w:pPr>
            <w:r>
              <w:t>Luquel Macario Luquel Macário Almeida</w:t>
            </w:r>
          </w:p>
        </w:tc>
        <w:tc>
          <w:tcPr>
            <w:tcW w:w="4110" w:type="dxa"/>
            <w:shd w:val="clear" w:color="auto" w:fill="FFFFFF"/>
          </w:tcPr>
          <w:p w14:paraId="7F1979D6" w14:textId="77777777" w:rsidR="00000B84" w:rsidRDefault="00000000">
            <w:pPr>
              <w:pStyle w:val="TableText"/>
            </w:pPr>
            <w:r>
              <w:t>Luquel Macario Almeida</w:t>
            </w:r>
          </w:p>
        </w:tc>
      </w:tr>
      <w:tr w:rsidR="00000B84" w14:paraId="693AF708" w14:textId="77777777">
        <w:trPr>
          <w:cantSplit/>
        </w:trPr>
        <w:tc>
          <w:tcPr>
            <w:tcW w:w="1406" w:type="dxa"/>
            <w:shd w:val="clear" w:color="auto" w:fill="F0F5F2"/>
          </w:tcPr>
          <w:p w14:paraId="09937CDD" w14:textId="77777777" w:rsidR="00000B84" w:rsidRDefault="00000000">
            <w:pPr>
              <w:pStyle w:val="TableText"/>
            </w:pPr>
            <w:r>
              <w:t>1299 / 1300</w:t>
            </w:r>
          </w:p>
        </w:tc>
        <w:tc>
          <w:tcPr>
            <w:tcW w:w="4630" w:type="dxa"/>
            <w:shd w:val="clear" w:color="auto" w:fill="F0F5F2"/>
          </w:tcPr>
          <w:p w14:paraId="7A29D37E" w14:textId="77777777" w:rsidR="00000B84" w:rsidRDefault="00000000">
            <w:pPr>
              <w:pStyle w:val="TableText"/>
            </w:pPr>
            <w:r>
              <w:t>Mamudo Miguel Maganja Maganja</w:t>
            </w:r>
          </w:p>
        </w:tc>
        <w:tc>
          <w:tcPr>
            <w:tcW w:w="4110" w:type="dxa"/>
            <w:shd w:val="clear" w:color="auto" w:fill="F0F5F2"/>
          </w:tcPr>
          <w:p w14:paraId="31A3853B" w14:textId="77777777" w:rsidR="00000B84" w:rsidRDefault="00000000">
            <w:pPr>
              <w:pStyle w:val="TableText"/>
            </w:pPr>
            <w:r>
              <w:t>Mamudo Miguel Maganja</w:t>
            </w:r>
          </w:p>
        </w:tc>
      </w:tr>
      <w:tr w:rsidR="00000B84" w14:paraId="60ED22A5" w14:textId="77777777">
        <w:trPr>
          <w:cantSplit/>
        </w:trPr>
        <w:tc>
          <w:tcPr>
            <w:tcW w:w="1406" w:type="dxa"/>
            <w:shd w:val="clear" w:color="auto" w:fill="FFFFFF"/>
          </w:tcPr>
          <w:p w14:paraId="1623DC81" w14:textId="77777777" w:rsidR="00000B84" w:rsidRDefault="00000000">
            <w:pPr>
              <w:pStyle w:val="TableText"/>
            </w:pPr>
            <w:r>
              <w:t>1309 / 1310</w:t>
            </w:r>
          </w:p>
        </w:tc>
        <w:tc>
          <w:tcPr>
            <w:tcW w:w="4630" w:type="dxa"/>
            <w:shd w:val="clear" w:color="auto" w:fill="FFFFFF"/>
          </w:tcPr>
          <w:p w14:paraId="78CEF83B" w14:textId="77777777" w:rsidR="00000B84" w:rsidRDefault="00000000">
            <w:pPr>
              <w:pStyle w:val="TableText"/>
            </w:pPr>
            <w:r>
              <w:t>Manuel Agostinho Massaud Massaud</w:t>
            </w:r>
          </w:p>
        </w:tc>
        <w:tc>
          <w:tcPr>
            <w:tcW w:w="4110" w:type="dxa"/>
            <w:shd w:val="clear" w:color="auto" w:fill="FFFFFF"/>
          </w:tcPr>
          <w:p w14:paraId="3715F88E" w14:textId="77777777" w:rsidR="00000B84" w:rsidRDefault="00000000">
            <w:pPr>
              <w:pStyle w:val="TableText"/>
            </w:pPr>
            <w:r>
              <w:t>Manuel Agostinho Massaud</w:t>
            </w:r>
          </w:p>
        </w:tc>
      </w:tr>
      <w:tr w:rsidR="00000B84" w14:paraId="713B4B82" w14:textId="77777777">
        <w:trPr>
          <w:cantSplit/>
        </w:trPr>
        <w:tc>
          <w:tcPr>
            <w:tcW w:w="1406" w:type="dxa"/>
            <w:shd w:val="clear" w:color="auto" w:fill="F0F5F2"/>
          </w:tcPr>
          <w:p w14:paraId="04570397" w14:textId="77777777" w:rsidR="00000B84" w:rsidRDefault="00000000">
            <w:pPr>
              <w:pStyle w:val="TableText"/>
            </w:pPr>
            <w:r>
              <w:t>1324 / 1325</w:t>
            </w:r>
          </w:p>
        </w:tc>
        <w:tc>
          <w:tcPr>
            <w:tcW w:w="4630" w:type="dxa"/>
            <w:shd w:val="clear" w:color="auto" w:fill="F0F5F2"/>
          </w:tcPr>
          <w:p w14:paraId="19315DB2" w14:textId="77777777" w:rsidR="00000B84" w:rsidRDefault="00000000">
            <w:pPr>
              <w:pStyle w:val="TableText"/>
            </w:pPr>
            <w:r>
              <w:t>Manuel Moisés Madeira Mazamanga</w:t>
            </w:r>
          </w:p>
        </w:tc>
        <w:tc>
          <w:tcPr>
            <w:tcW w:w="4110" w:type="dxa"/>
            <w:shd w:val="clear" w:color="auto" w:fill="F0F5F2"/>
          </w:tcPr>
          <w:p w14:paraId="15E44517" w14:textId="77777777" w:rsidR="00000B84" w:rsidRDefault="00000000">
            <w:pPr>
              <w:pStyle w:val="TableText"/>
            </w:pPr>
            <w:r>
              <w:t>Manuel Moisés Mazamanga</w:t>
            </w:r>
          </w:p>
        </w:tc>
      </w:tr>
      <w:tr w:rsidR="00000B84" w14:paraId="23D0CB38" w14:textId="77777777">
        <w:trPr>
          <w:cantSplit/>
        </w:trPr>
        <w:tc>
          <w:tcPr>
            <w:tcW w:w="1406" w:type="dxa"/>
            <w:shd w:val="clear" w:color="auto" w:fill="FFFFFF"/>
          </w:tcPr>
          <w:p w14:paraId="0ACCB75C" w14:textId="77777777" w:rsidR="00000B84" w:rsidRDefault="00000000">
            <w:pPr>
              <w:pStyle w:val="TableText"/>
            </w:pPr>
            <w:r>
              <w:lastRenderedPageBreak/>
              <w:t>1343 / 1344</w:t>
            </w:r>
          </w:p>
        </w:tc>
        <w:tc>
          <w:tcPr>
            <w:tcW w:w="4630" w:type="dxa"/>
            <w:shd w:val="clear" w:color="auto" w:fill="FFFFFF"/>
          </w:tcPr>
          <w:p w14:paraId="6AA30515" w14:textId="77777777" w:rsidR="00000B84" w:rsidRDefault="00000000">
            <w:pPr>
              <w:pStyle w:val="TableText"/>
            </w:pPr>
            <w:r>
              <w:t>Marcelino Hilario Pinto Hilario Pinto</w:t>
            </w:r>
          </w:p>
        </w:tc>
        <w:tc>
          <w:tcPr>
            <w:tcW w:w="4110" w:type="dxa"/>
            <w:shd w:val="clear" w:color="auto" w:fill="FFFFFF"/>
          </w:tcPr>
          <w:p w14:paraId="0B06ED78" w14:textId="77777777" w:rsidR="00000B84" w:rsidRDefault="00000000">
            <w:pPr>
              <w:pStyle w:val="TableText"/>
            </w:pPr>
            <w:r>
              <w:t>Marcelino Hilario Pinto</w:t>
            </w:r>
          </w:p>
        </w:tc>
      </w:tr>
      <w:tr w:rsidR="00000B84" w14:paraId="2FEA38E4" w14:textId="77777777">
        <w:trPr>
          <w:cantSplit/>
        </w:trPr>
        <w:tc>
          <w:tcPr>
            <w:tcW w:w="1406" w:type="dxa"/>
            <w:shd w:val="clear" w:color="auto" w:fill="F0F5F2"/>
          </w:tcPr>
          <w:p w14:paraId="1C10E6C8" w14:textId="77777777" w:rsidR="00000B84" w:rsidRDefault="00000000">
            <w:pPr>
              <w:pStyle w:val="TableText"/>
            </w:pPr>
            <w:r>
              <w:t>1381 / 1382</w:t>
            </w:r>
          </w:p>
        </w:tc>
        <w:tc>
          <w:tcPr>
            <w:tcW w:w="4630" w:type="dxa"/>
            <w:shd w:val="clear" w:color="auto" w:fill="F0F5F2"/>
          </w:tcPr>
          <w:p w14:paraId="4F724C6A" w14:textId="77777777" w:rsidR="00000B84" w:rsidRDefault="00000000">
            <w:pPr>
              <w:pStyle w:val="TableText"/>
            </w:pPr>
            <w:r>
              <w:t>Martins Celestino Bastiao Macandasse</w:t>
            </w:r>
          </w:p>
        </w:tc>
        <w:tc>
          <w:tcPr>
            <w:tcW w:w="4110" w:type="dxa"/>
            <w:shd w:val="clear" w:color="auto" w:fill="F0F5F2"/>
          </w:tcPr>
          <w:p w14:paraId="6EEA5C77" w14:textId="77777777" w:rsidR="00000B84" w:rsidRDefault="00000000">
            <w:pPr>
              <w:pStyle w:val="TableText"/>
            </w:pPr>
            <w:r>
              <w:t>Martins Celestino Macandasse</w:t>
            </w:r>
          </w:p>
        </w:tc>
      </w:tr>
      <w:tr w:rsidR="00000B84" w14:paraId="5BF3CB74" w14:textId="77777777">
        <w:trPr>
          <w:cantSplit/>
        </w:trPr>
        <w:tc>
          <w:tcPr>
            <w:tcW w:w="1406" w:type="dxa"/>
            <w:shd w:val="clear" w:color="auto" w:fill="FFFFFF"/>
          </w:tcPr>
          <w:p w14:paraId="47955FD0" w14:textId="77777777" w:rsidR="00000B84" w:rsidRDefault="00000000">
            <w:pPr>
              <w:pStyle w:val="TableText"/>
            </w:pPr>
            <w:r>
              <w:t>1400 / 1401</w:t>
            </w:r>
          </w:p>
        </w:tc>
        <w:tc>
          <w:tcPr>
            <w:tcW w:w="4630" w:type="dxa"/>
            <w:shd w:val="clear" w:color="auto" w:fill="FFFFFF"/>
          </w:tcPr>
          <w:p w14:paraId="4889985C" w14:textId="77777777" w:rsidR="00000B84" w:rsidRDefault="00000000">
            <w:pPr>
              <w:pStyle w:val="TableText"/>
            </w:pPr>
            <w:r>
              <w:t>Matos Albuquerque De Jesus Maria</w:t>
            </w:r>
          </w:p>
        </w:tc>
        <w:tc>
          <w:tcPr>
            <w:tcW w:w="4110" w:type="dxa"/>
            <w:shd w:val="clear" w:color="auto" w:fill="FFFFFF"/>
          </w:tcPr>
          <w:p w14:paraId="61A6ED8B" w14:textId="77777777" w:rsidR="00000B84" w:rsidRDefault="00000000">
            <w:pPr>
              <w:pStyle w:val="TableText"/>
            </w:pPr>
            <w:r>
              <w:t>Matos Albuquerque Maria</w:t>
            </w:r>
          </w:p>
        </w:tc>
      </w:tr>
      <w:tr w:rsidR="00000B84" w14:paraId="59DBEB34" w14:textId="77777777">
        <w:trPr>
          <w:cantSplit/>
        </w:trPr>
        <w:tc>
          <w:tcPr>
            <w:tcW w:w="1406" w:type="dxa"/>
            <w:shd w:val="clear" w:color="auto" w:fill="F0F5F2"/>
          </w:tcPr>
          <w:p w14:paraId="32D118CD" w14:textId="77777777" w:rsidR="00000B84" w:rsidRDefault="00000000">
            <w:pPr>
              <w:pStyle w:val="TableText"/>
            </w:pPr>
            <w:r>
              <w:t>1408 / 1409</w:t>
            </w:r>
          </w:p>
        </w:tc>
        <w:tc>
          <w:tcPr>
            <w:tcW w:w="4630" w:type="dxa"/>
            <w:shd w:val="clear" w:color="auto" w:fill="F0F5F2"/>
          </w:tcPr>
          <w:p w14:paraId="1AB14D63" w14:textId="77777777" w:rsidR="00000B84" w:rsidRDefault="00000000">
            <w:pPr>
              <w:pStyle w:val="TableText"/>
            </w:pPr>
            <w:r>
              <w:t>Melvin Afonso Alberto Macopola</w:t>
            </w:r>
          </w:p>
        </w:tc>
        <w:tc>
          <w:tcPr>
            <w:tcW w:w="4110" w:type="dxa"/>
            <w:shd w:val="clear" w:color="auto" w:fill="F0F5F2"/>
          </w:tcPr>
          <w:p w14:paraId="1EF28B6F" w14:textId="77777777" w:rsidR="00000B84" w:rsidRDefault="00000000">
            <w:pPr>
              <w:pStyle w:val="TableText"/>
            </w:pPr>
            <w:r>
              <w:t>Melvin Afonso Macopola</w:t>
            </w:r>
          </w:p>
        </w:tc>
      </w:tr>
      <w:tr w:rsidR="00000B84" w14:paraId="65671064" w14:textId="77777777">
        <w:trPr>
          <w:cantSplit/>
        </w:trPr>
        <w:tc>
          <w:tcPr>
            <w:tcW w:w="1406" w:type="dxa"/>
            <w:shd w:val="clear" w:color="auto" w:fill="FFFFFF"/>
          </w:tcPr>
          <w:p w14:paraId="64DB0779" w14:textId="77777777" w:rsidR="00000B84" w:rsidRDefault="00000000">
            <w:pPr>
              <w:pStyle w:val="TableText"/>
            </w:pPr>
            <w:r>
              <w:t>1410 / 1411</w:t>
            </w:r>
          </w:p>
        </w:tc>
        <w:tc>
          <w:tcPr>
            <w:tcW w:w="4630" w:type="dxa"/>
            <w:shd w:val="clear" w:color="auto" w:fill="FFFFFF"/>
          </w:tcPr>
          <w:p w14:paraId="41BAA824" w14:textId="77777777" w:rsidR="00000B84" w:rsidRDefault="00000000">
            <w:pPr>
              <w:pStyle w:val="TableText"/>
            </w:pPr>
            <w:r>
              <w:t>Meque Jaime Marcelino Mundulai</w:t>
            </w:r>
          </w:p>
        </w:tc>
        <w:tc>
          <w:tcPr>
            <w:tcW w:w="4110" w:type="dxa"/>
            <w:shd w:val="clear" w:color="auto" w:fill="FFFFFF"/>
          </w:tcPr>
          <w:p w14:paraId="30D1383C" w14:textId="77777777" w:rsidR="00000B84" w:rsidRDefault="00000000">
            <w:pPr>
              <w:pStyle w:val="TableText"/>
            </w:pPr>
            <w:r>
              <w:t>Meque Jaime Mundulai</w:t>
            </w:r>
          </w:p>
        </w:tc>
      </w:tr>
      <w:tr w:rsidR="00000B84" w14:paraId="2F9DF6E7" w14:textId="77777777">
        <w:trPr>
          <w:cantSplit/>
        </w:trPr>
        <w:tc>
          <w:tcPr>
            <w:tcW w:w="1406" w:type="dxa"/>
            <w:shd w:val="clear" w:color="auto" w:fill="F0F5F2"/>
          </w:tcPr>
          <w:p w14:paraId="3DECA7D1" w14:textId="77777777" w:rsidR="00000B84" w:rsidRDefault="00000000">
            <w:pPr>
              <w:pStyle w:val="TableText"/>
            </w:pPr>
            <w:r>
              <w:t>1413 / 1414</w:t>
            </w:r>
          </w:p>
        </w:tc>
        <w:tc>
          <w:tcPr>
            <w:tcW w:w="4630" w:type="dxa"/>
            <w:shd w:val="clear" w:color="auto" w:fill="F0F5F2"/>
          </w:tcPr>
          <w:p w14:paraId="3AEECE73" w14:textId="77777777" w:rsidR="00000B84" w:rsidRDefault="00000000">
            <w:pPr>
              <w:pStyle w:val="TableText"/>
            </w:pPr>
            <w:r>
              <w:t>Messias Atanasio Victorino Moreira</w:t>
            </w:r>
          </w:p>
        </w:tc>
        <w:tc>
          <w:tcPr>
            <w:tcW w:w="4110" w:type="dxa"/>
            <w:shd w:val="clear" w:color="auto" w:fill="F0F5F2"/>
          </w:tcPr>
          <w:p w14:paraId="7672DD3A" w14:textId="77777777" w:rsidR="00000B84" w:rsidRDefault="00000000">
            <w:pPr>
              <w:pStyle w:val="TableText"/>
            </w:pPr>
            <w:r>
              <w:t>Messias Atanasio Moreira</w:t>
            </w:r>
          </w:p>
        </w:tc>
      </w:tr>
      <w:tr w:rsidR="00000B84" w14:paraId="681290A5" w14:textId="77777777">
        <w:trPr>
          <w:cantSplit/>
        </w:trPr>
        <w:tc>
          <w:tcPr>
            <w:tcW w:w="1406" w:type="dxa"/>
            <w:shd w:val="clear" w:color="auto" w:fill="FFFFFF"/>
          </w:tcPr>
          <w:p w14:paraId="5A15C712" w14:textId="77777777" w:rsidR="00000B84" w:rsidRDefault="00000000">
            <w:pPr>
              <w:pStyle w:val="TableText"/>
            </w:pPr>
            <w:r>
              <w:t>1460 / 1461</w:t>
            </w:r>
          </w:p>
        </w:tc>
        <w:tc>
          <w:tcPr>
            <w:tcW w:w="4630" w:type="dxa"/>
            <w:shd w:val="clear" w:color="auto" w:fill="FFFFFF"/>
          </w:tcPr>
          <w:p w14:paraId="1082DE80" w14:textId="77777777" w:rsidR="00000B84" w:rsidRDefault="00000000">
            <w:pPr>
              <w:pStyle w:val="TableText"/>
            </w:pPr>
            <w:r>
              <w:t>Mudingue Arlindo Rodrigues Tamalia</w:t>
            </w:r>
          </w:p>
        </w:tc>
        <w:tc>
          <w:tcPr>
            <w:tcW w:w="4110" w:type="dxa"/>
            <w:shd w:val="clear" w:color="auto" w:fill="FFFFFF"/>
          </w:tcPr>
          <w:p w14:paraId="079E89A1" w14:textId="77777777" w:rsidR="00000B84" w:rsidRDefault="00000000">
            <w:pPr>
              <w:pStyle w:val="TableText"/>
            </w:pPr>
            <w:r>
              <w:t>Mudingue Arlindo Tamalia</w:t>
            </w:r>
          </w:p>
        </w:tc>
      </w:tr>
      <w:tr w:rsidR="00000B84" w14:paraId="75B12F64" w14:textId="77777777">
        <w:trPr>
          <w:cantSplit/>
        </w:trPr>
        <w:tc>
          <w:tcPr>
            <w:tcW w:w="1406" w:type="dxa"/>
            <w:shd w:val="clear" w:color="auto" w:fill="F0F5F2"/>
          </w:tcPr>
          <w:p w14:paraId="2B43FBC2" w14:textId="77777777" w:rsidR="00000B84" w:rsidRDefault="00000000">
            <w:pPr>
              <w:pStyle w:val="TableText"/>
            </w:pPr>
            <w:r>
              <w:t>1474 / 1475</w:t>
            </w:r>
          </w:p>
        </w:tc>
        <w:tc>
          <w:tcPr>
            <w:tcW w:w="4630" w:type="dxa"/>
            <w:shd w:val="clear" w:color="auto" w:fill="F0F5F2"/>
          </w:tcPr>
          <w:p w14:paraId="6A1E17F1" w14:textId="77777777" w:rsidR="00000B84" w:rsidRDefault="00000000">
            <w:pPr>
              <w:pStyle w:val="TableText"/>
            </w:pPr>
            <w:r>
              <w:t>Nélio Adelino Faz-Bem Adriano Adriano</w:t>
            </w:r>
          </w:p>
        </w:tc>
        <w:tc>
          <w:tcPr>
            <w:tcW w:w="4110" w:type="dxa"/>
            <w:shd w:val="clear" w:color="auto" w:fill="F0F5F2"/>
          </w:tcPr>
          <w:p w14:paraId="1F8969EB" w14:textId="77777777" w:rsidR="00000B84" w:rsidRDefault="00000000">
            <w:pPr>
              <w:pStyle w:val="TableText"/>
            </w:pPr>
            <w:r>
              <w:t>Nélio Adelino Adriano</w:t>
            </w:r>
          </w:p>
        </w:tc>
      </w:tr>
      <w:tr w:rsidR="00000B84" w14:paraId="07AB2619" w14:textId="77777777">
        <w:trPr>
          <w:cantSplit/>
        </w:trPr>
        <w:tc>
          <w:tcPr>
            <w:tcW w:w="1406" w:type="dxa"/>
            <w:shd w:val="clear" w:color="auto" w:fill="FFFFFF"/>
          </w:tcPr>
          <w:p w14:paraId="2973F30F" w14:textId="77777777" w:rsidR="00000B84" w:rsidRDefault="00000000">
            <w:pPr>
              <w:pStyle w:val="TableText"/>
            </w:pPr>
            <w:r>
              <w:t>1496 / 1497</w:t>
            </w:r>
          </w:p>
        </w:tc>
        <w:tc>
          <w:tcPr>
            <w:tcW w:w="4630" w:type="dxa"/>
            <w:shd w:val="clear" w:color="auto" w:fill="FFFFFF"/>
          </w:tcPr>
          <w:p w14:paraId="6040574C" w14:textId="77777777" w:rsidR="00000B84" w:rsidRDefault="00000000">
            <w:pPr>
              <w:pStyle w:val="TableText"/>
            </w:pPr>
            <w:r>
              <w:t>Nelson Florêncio Dos Santos Mulima</w:t>
            </w:r>
          </w:p>
        </w:tc>
        <w:tc>
          <w:tcPr>
            <w:tcW w:w="4110" w:type="dxa"/>
            <w:shd w:val="clear" w:color="auto" w:fill="FFFFFF"/>
          </w:tcPr>
          <w:p w14:paraId="1F61D813" w14:textId="77777777" w:rsidR="00000B84" w:rsidRDefault="00000000">
            <w:pPr>
              <w:pStyle w:val="TableText"/>
            </w:pPr>
            <w:r>
              <w:t>Nelson Florêncio Mulima</w:t>
            </w:r>
          </w:p>
        </w:tc>
      </w:tr>
      <w:tr w:rsidR="00000B84" w14:paraId="2D107CF0" w14:textId="77777777">
        <w:trPr>
          <w:cantSplit/>
        </w:trPr>
        <w:tc>
          <w:tcPr>
            <w:tcW w:w="1406" w:type="dxa"/>
            <w:shd w:val="clear" w:color="auto" w:fill="F0F5F2"/>
          </w:tcPr>
          <w:p w14:paraId="4BE154B7" w14:textId="77777777" w:rsidR="00000B84" w:rsidRDefault="00000000">
            <w:pPr>
              <w:pStyle w:val="TableText"/>
            </w:pPr>
            <w:r>
              <w:t>1499 / 1500</w:t>
            </w:r>
          </w:p>
        </w:tc>
        <w:tc>
          <w:tcPr>
            <w:tcW w:w="4630" w:type="dxa"/>
            <w:shd w:val="clear" w:color="auto" w:fill="F0F5F2"/>
          </w:tcPr>
          <w:p w14:paraId="1E7BBCD6" w14:textId="77777777" w:rsidR="00000B84" w:rsidRDefault="00000000">
            <w:pPr>
              <w:pStyle w:val="TableText"/>
            </w:pPr>
            <w:r>
              <w:t>Nelson Francisco Xavier Nascimento</w:t>
            </w:r>
          </w:p>
        </w:tc>
        <w:tc>
          <w:tcPr>
            <w:tcW w:w="4110" w:type="dxa"/>
            <w:shd w:val="clear" w:color="auto" w:fill="F0F5F2"/>
          </w:tcPr>
          <w:p w14:paraId="0C0814BE" w14:textId="77777777" w:rsidR="00000B84" w:rsidRDefault="00000000">
            <w:pPr>
              <w:pStyle w:val="TableText"/>
            </w:pPr>
            <w:r>
              <w:t>Nelson Francisco Nascimento</w:t>
            </w:r>
          </w:p>
        </w:tc>
      </w:tr>
      <w:tr w:rsidR="00000B84" w14:paraId="24522E53" w14:textId="77777777">
        <w:trPr>
          <w:cantSplit/>
        </w:trPr>
        <w:tc>
          <w:tcPr>
            <w:tcW w:w="1406" w:type="dxa"/>
            <w:shd w:val="clear" w:color="auto" w:fill="FFFFFF"/>
          </w:tcPr>
          <w:p w14:paraId="6C95DAB4" w14:textId="77777777" w:rsidR="00000B84" w:rsidRDefault="00000000">
            <w:pPr>
              <w:pStyle w:val="TableText"/>
            </w:pPr>
            <w:r>
              <w:t>1530 / 1531</w:t>
            </w:r>
          </w:p>
        </w:tc>
        <w:tc>
          <w:tcPr>
            <w:tcW w:w="4630" w:type="dxa"/>
            <w:shd w:val="clear" w:color="auto" w:fill="FFFFFF"/>
          </w:tcPr>
          <w:p w14:paraId="4BF40B39" w14:textId="77777777" w:rsidR="00000B84" w:rsidRDefault="00000000">
            <w:pPr>
              <w:pStyle w:val="TableText"/>
            </w:pPr>
            <w:r>
              <w:t>Noemio Albano Azevedo Mussera</w:t>
            </w:r>
          </w:p>
        </w:tc>
        <w:tc>
          <w:tcPr>
            <w:tcW w:w="4110" w:type="dxa"/>
            <w:shd w:val="clear" w:color="auto" w:fill="FFFFFF"/>
          </w:tcPr>
          <w:p w14:paraId="6C5F6FD5" w14:textId="77777777" w:rsidR="00000B84" w:rsidRDefault="00000000">
            <w:pPr>
              <w:pStyle w:val="TableText"/>
            </w:pPr>
            <w:r>
              <w:t>Noemio Albano Mussera</w:t>
            </w:r>
          </w:p>
        </w:tc>
      </w:tr>
      <w:tr w:rsidR="00000B84" w14:paraId="5C0F2A6A" w14:textId="77777777">
        <w:trPr>
          <w:cantSplit/>
        </w:trPr>
        <w:tc>
          <w:tcPr>
            <w:tcW w:w="1406" w:type="dxa"/>
            <w:shd w:val="clear" w:color="auto" w:fill="F0F5F2"/>
          </w:tcPr>
          <w:p w14:paraId="7FC7E803" w14:textId="77777777" w:rsidR="00000B84" w:rsidRDefault="00000000">
            <w:pPr>
              <w:pStyle w:val="TableText"/>
            </w:pPr>
            <w:r>
              <w:t>1535 / 1536</w:t>
            </w:r>
          </w:p>
        </w:tc>
        <w:tc>
          <w:tcPr>
            <w:tcW w:w="4630" w:type="dxa"/>
            <w:shd w:val="clear" w:color="auto" w:fill="F0F5F2"/>
          </w:tcPr>
          <w:p w14:paraId="331CAE55" w14:textId="77777777" w:rsidR="00000B84" w:rsidRDefault="00000000">
            <w:pPr>
              <w:pStyle w:val="TableText"/>
            </w:pPr>
            <w:r>
              <w:t>Nordino Antonio Samuel Mocubela</w:t>
            </w:r>
          </w:p>
        </w:tc>
        <w:tc>
          <w:tcPr>
            <w:tcW w:w="4110" w:type="dxa"/>
            <w:shd w:val="clear" w:color="auto" w:fill="F0F5F2"/>
          </w:tcPr>
          <w:p w14:paraId="6E58B470" w14:textId="77777777" w:rsidR="00000B84" w:rsidRDefault="00000000">
            <w:pPr>
              <w:pStyle w:val="TableText"/>
            </w:pPr>
            <w:r>
              <w:t>Nordino Antonio Mocubela</w:t>
            </w:r>
          </w:p>
        </w:tc>
      </w:tr>
      <w:tr w:rsidR="00000B84" w14:paraId="7E248E10" w14:textId="77777777">
        <w:trPr>
          <w:cantSplit/>
        </w:trPr>
        <w:tc>
          <w:tcPr>
            <w:tcW w:w="1406" w:type="dxa"/>
            <w:shd w:val="clear" w:color="auto" w:fill="FFFFFF"/>
          </w:tcPr>
          <w:p w14:paraId="4CDB1CEB" w14:textId="77777777" w:rsidR="00000B84" w:rsidRDefault="00000000">
            <w:pPr>
              <w:pStyle w:val="TableText"/>
            </w:pPr>
            <w:r>
              <w:t>1543 / 1544</w:t>
            </w:r>
          </w:p>
        </w:tc>
        <w:tc>
          <w:tcPr>
            <w:tcW w:w="4630" w:type="dxa"/>
            <w:shd w:val="clear" w:color="auto" w:fill="FFFFFF"/>
          </w:tcPr>
          <w:p w14:paraId="0CF1393E" w14:textId="77777777" w:rsidR="00000B84" w:rsidRDefault="00000000">
            <w:pPr>
              <w:pStyle w:val="TableText"/>
            </w:pPr>
            <w:r>
              <w:t>Octavio Patricio Maliango Repolho</w:t>
            </w:r>
          </w:p>
        </w:tc>
        <w:tc>
          <w:tcPr>
            <w:tcW w:w="4110" w:type="dxa"/>
            <w:shd w:val="clear" w:color="auto" w:fill="FFFFFF"/>
          </w:tcPr>
          <w:p w14:paraId="1D2DB925" w14:textId="77777777" w:rsidR="00000B84" w:rsidRDefault="00000000">
            <w:pPr>
              <w:pStyle w:val="TableText"/>
            </w:pPr>
            <w:r>
              <w:t>Octavio Patricio Repolho</w:t>
            </w:r>
          </w:p>
        </w:tc>
      </w:tr>
      <w:tr w:rsidR="00000B84" w14:paraId="39268439" w14:textId="77777777">
        <w:trPr>
          <w:cantSplit/>
        </w:trPr>
        <w:tc>
          <w:tcPr>
            <w:tcW w:w="1406" w:type="dxa"/>
            <w:shd w:val="clear" w:color="auto" w:fill="F0F5F2"/>
          </w:tcPr>
          <w:p w14:paraId="5B6B02E8" w14:textId="77777777" w:rsidR="00000B84" w:rsidRDefault="00000000">
            <w:pPr>
              <w:pStyle w:val="TableText"/>
            </w:pPr>
            <w:r>
              <w:t>1559 / 1560</w:t>
            </w:r>
          </w:p>
        </w:tc>
        <w:tc>
          <w:tcPr>
            <w:tcW w:w="4630" w:type="dxa"/>
            <w:shd w:val="clear" w:color="auto" w:fill="F0F5F2"/>
          </w:tcPr>
          <w:p w14:paraId="335B6B4E" w14:textId="77777777" w:rsidR="00000B84" w:rsidRDefault="00000000">
            <w:pPr>
              <w:pStyle w:val="TableText"/>
            </w:pPr>
            <w:r>
              <w:t>Onório Júlio Almeida Subuana Almeida Subuana</w:t>
            </w:r>
          </w:p>
        </w:tc>
        <w:tc>
          <w:tcPr>
            <w:tcW w:w="4110" w:type="dxa"/>
            <w:shd w:val="clear" w:color="auto" w:fill="F0F5F2"/>
          </w:tcPr>
          <w:p w14:paraId="55304DD3" w14:textId="77777777" w:rsidR="00000B84" w:rsidRDefault="00000000">
            <w:pPr>
              <w:pStyle w:val="TableText"/>
            </w:pPr>
            <w:r>
              <w:t>Onório Júlio Subuana</w:t>
            </w:r>
          </w:p>
        </w:tc>
      </w:tr>
      <w:tr w:rsidR="00000B84" w14:paraId="7832FAD0" w14:textId="77777777">
        <w:trPr>
          <w:cantSplit/>
        </w:trPr>
        <w:tc>
          <w:tcPr>
            <w:tcW w:w="1406" w:type="dxa"/>
            <w:shd w:val="clear" w:color="auto" w:fill="FFFFFF"/>
          </w:tcPr>
          <w:p w14:paraId="15AB601E" w14:textId="77777777" w:rsidR="00000B84" w:rsidRDefault="00000000">
            <w:pPr>
              <w:pStyle w:val="TableText"/>
            </w:pPr>
            <w:r>
              <w:t>1575 / 1576</w:t>
            </w:r>
          </w:p>
        </w:tc>
        <w:tc>
          <w:tcPr>
            <w:tcW w:w="4630" w:type="dxa"/>
            <w:shd w:val="clear" w:color="auto" w:fill="FFFFFF"/>
          </w:tcPr>
          <w:p w14:paraId="6A931778" w14:textId="77777777" w:rsidR="00000B84" w:rsidRDefault="00000000">
            <w:pPr>
              <w:pStyle w:val="TableText"/>
            </w:pPr>
            <w:r>
              <w:t>Ossumane Momade Assuede Rachide</w:t>
            </w:r>
          </w:p>
        </w:tc>
        <w:tc>
          <w:tcPr>
            <w:tcW w:w="4110" w:type="dxa"/>
            <w:shd w:val="clear" w:color="auto" w:fill="FFFFFF"/>
          </w:tcPr>
          <w:p w14:paraId="27F835C1" w14:textId="77777777" w:rsidR="00000B84" w:rsidRDefault="00000000">
            <w:pPr>
              <w:pStyle w:val="TableText"/>
            </w:pPr>
            <w:r>
              <w:t>Ossumane Momade Rachide</w:t>
            </w:r>
          </w:p>
        </w:tc>
      </w:tr>
      <w:tr w:rsidR="00000B84" w14:paraId="5080DE1F" w14:textId="77777777">
        <w:trPr>
          <w:cantSplit/>
        </w:trPr>
        <w:tc>
          <w:tcPr>
            <w:tcW w:w="1406" w:type="dxa"/>
            <w:shd w:val="clear" w:color="auto" w:fill="F0F5F2"/>
          </w:tcPr>
          <w:p w14:paraId="56CCE543" w14:textId="77777777" w:rsidR="00000B84" w:rsidRDefault="00000000">
            <w:pPr>
              <w:pStyle w:val="TableText"/>
            </w:pPr>
            <w:r>
              <w:t>1579 / 1580</w:t>
            </w:r>
          </w:p>
        </w:tc>
        <w:tc>
          <w:tcPr>
            <w:tcW w:w="4630" w:type="dxa"/>
            <w:shd w:val="clear" w:color="auto" w:fill="F0F5F2"/>
          </w:tcPr>
          <w:p w14:paraId="0D84242B" w14:textId="77777777" w:rsidR="00000B84" w:rsidRDefault="00000000">
            <w:pPr>
              <w:pStyle w:val="TableText"/>
            </w:pPr>
            <w:r>
              <w:t>Osvaldo Fernando Gueze Fernando Gueze</w:t>
            </w:r>
          </w:p>
        </w:tc>
        <w:tc>
          <w:tcPr>
            <w:tcW w:w="4110" w:type="dxa"/>
            <w:shd w:val="clear" w:color="auto" w:fill="F0F5F2"/>
          </w:tcPr>
          <w:p w14:paraId="216C3D85" w14:textId="77777777" w:rsidR="00000B84" w:rsidRDefault="00000000">
            <w:pPr>
              <w:pStyle w:val="TableText"/>
            </w:pPr>
            <w:r>
              <w:t>Osvaldo Fernando Gueze</w:t>
            </w:r>
          </w:p>
        </w:tc>
      </w:tr>
      <w:tr w:rsidR="00000B84" w14:paraId="200D7881" w14:textId="77777777">
        <w:trPr>
          <w:cantSplit/>
        </w:trPr>
        <w:tc>
          <w:tcPr>
            <w:tcW w:w="1406" w:type="dxa"/>
            <w:shd w:val="clear" w:color="auto" w:fill="FFFFFF"/>
          </w:tcPr>
          <w:p w14:paraId="7AD63E0C" w14:textId="77777777" w:rsidR="00000B84" w:rsidRDefault="00000000">
            <w:pPr>
              <w:pStyle w:val="TableText"/>
            </w:pPr>
            <w:r>
              <w:t>1596 / 1597</w:t>
            </w:r>
          </w:p>
        </w:tc>
        <w:tc>
          <w:tcPr>
            <w:tcW w:w="4630" w:type="dxa"/>
            <w:shd w:val="clear" w:color="auto" w:fill="FFFFFF"/>
          </w:tcPr>
          <w:p w14:paraId="08175D0E" w14:textId="77777777" w:rsidR="00000B84" w:rsidRDefault="00000000">
            <w:pPr>
              <w:pStyle w:val="TableText"/>
            </w:pPr>
            <w:r>
              <w:t>Paulino Domingos José Araújo José Araújo</w:t>
            </w:r>
          </w:p>
        </w:tc>
        <w:tc>
          <w:tcPr>
            <w:tcW w:w="4110" w:type="dxa"/>
            <w:shd w:val="clear" w:color="auto" w:fill="FFFFFF"/>
          </w:tcPr>
          <w:p w14:paraId="03599DF5" w14:textId="77777777" w:rsidR="00000B84" w:rsidRDefault="00000000">
            <w:pPr>
              <w:pStyle w:val="TableText"/>
            </w:pPr>
            <w:r>
              <w:t>Paulino Domingos Araújo</w:t>
            </w:r>
          </w:p>
        </w:tc>
      </w:tr>
      <w:tr w:rsidR="00000B84" w14:paraId="25BE70D7" w14:textId="77777777">
        <w:trPr>
          <w:cantSplit/>
        </w:trPr>
        <w:tc>
          <w:tcPr>
            <w:tcW w:w="1406" w:type="dxa"/>
            <w:shd w:val="clear" w:color="auto" w:fill="F0F5F2"/>
          </w:tcPr>
          <w:p w14:paraId="3FD49EB1" w14:textId="77777777" w:rsidR="00000B84" w:rsidRDefault="00000000">
            <w:pPr>
              <w:pStyle w:val="TableText"/>
            </w:pPr>
            <w:r>
              <w:t>1671 / 1672</w:t>
            </w:r>
          </w:p>
        </w:tc>
        <w:tc>
          <w:tcPr>
            <w:tcW w:w="4630" w:type="dxa"/>
            <w:shd w:val="clear" w:color="auto" w:fill="F0F5F2"/>
          </w:tcPr>
          <w:p w14:paraId="5AD8BE1F" w14:textId="77777777" w:rsidR="00000B84" w:rsidRDefault="00000000">
            <w:pPr>
              <w:pStyle w:val="TableText"/>
            </w:pPr>
            <w:r>
              <w:t>Raimundo Vicente Gemusse Nhatangalanga</w:t>
            </w:r>
          </w:p>
        </w:tc>
        <w:tc>
          <w:tcPr>
            <w:tcW w:w="4110" w:type="dxa"/>
            <w:shd w:val="clear" w:color="auto" w:fill="F0F5F2"/>
          </w:tcPr>
          <w:p w14:paraId="48029296" w14:textId="77777777" w:rsidR="00000B84" w:rsidRDefault="00000000">
            <w:pPr>
              <w:pStyle w:val="TableText"/>
            </w:pPr>
            <w:r>
              <w:t>Raimundo Vicente Nhatangalanga</w:t>
            </w:r>
          </w:p>
        </w:tc>
      </w:tr>
      <w:tr w:rsidR="00000B84" w14:paraId="5B03514F" w14:textId="77777777">
        <w:trPr>
          <w:cantSplit/>
        </w:trPr>
        <w:tc>
          <w:tcPr>
            <w:tcW w:w="1406" w:type="dxa"/>
            <w:shd w:val="clear" w:color="auto" w:fill="FFFFFF"/>
          </w:tcPr>
          <w:p w14:paraId="15FBB49C" w14:textId="77777777" w:rsidR="00000B84" w:rsidRDefault="00000000">
            <w:pPr>
              <w:pStyle w:val="TableText"/>
            </w:pPr>
            <w:r>
              <w:t>1672 / 1673</w:t>
            </w:r>
          </w:p>
        </w:tc>
        <w:tc>
          <w:tcPr>
            <w:tcW w:w="4630" w:type="dxa"/>
            <w:shd w:val="clear" w:color="auto" w:fill="FFFFFF"/>
          </w:tcPr>
          <w:p w14:paraId="744C899A" w14:textId="77777777" w:rsidR="00000B84" w:rsidRDefault="00000000">
            <w:pPr>
              <w:pStyle w:val="TableText"/>
            </w:pPr>
            <w:r>
              <w:t>Raissone Alfândega Fazenda Rabeca</w:t>
            </w:r>
          </w:p>
        </w:tc>
        <w:tc>
          <w:tcPr>
            <w:tcW w:w="4110" w:type="dxa"/>
            <w:shd w:val="clear" w:color="auto" w:fill="FFFFFF"/>
          </w:tcPr>
          <w:p w14:paraId="3747DD58" w14:textId="77777777" w:rsidR="00000B84" w:rsidRDefault="00000000">
            <w:pPr>
              <w:pStyle w:val="TableText"/>
            </w:pPr>
            <w:r>
              <w:t>Raissone Alfândega Rabeca</w:t>
            </w:r>
          </w:p>
        </w:tc>
      </w:tr>
      <w:tr w:rsidR="00000B84" w14:paraId="692B5F50" w14:textId="77777777">
        <w:trPr>
          <w:cantSplit/>
        </w:trPr>
        <w:tc>
          <w:tcPr>
            <w:tcW w:w="1406" w:type="dxa"/>
            <w:shd w:val="clear" w:color="auto" w:fill="F0F5F2"/>
          </w:tcPr>
          <w:p w14:paraId="29532376" w14:textId="77777777" w:rsidR="00000B84" w:rsidRDefault="00000000">
            <w:pPr>
              <w:pStyle w:val="TableText"/>
            </w:pPr>
            <w:r>
              <w:t>1675 / 1676</w:t>
            </w:r>
          </w:p>
        </w:tc>
        <w:tc>
          <w:tcPr>
            <w:tcW w:w="4630" w:type="dxa"/>
            <w:shd w:val="clear" w:color="auto" w:fill="F0F5F2"/>
          </w:tcPr>
          <w:p w14:paraId="75841E96" w14:textId="77777777" w:rsidR="00000B84" w:rsidRDefault="00000000">
            <w:pPr>
              <w:pStyle w:val="TableText"/>
            </w:pPr>
            <w:r>
              <w:t>Ramadane Nordine Juma Mamudo</w:t>
            </w:r>
          </w:p>
        </w:tc>
        <w:tc>
          <w:tcPr>
            <w:tcW w:w="4110" w:type="dxa"/>
            <w:shd w:val="clear" w:color="auto" w:fill="F0F5F2"/>
          </w:tcPr>
          <w:p w14:paraId="68964D96" w14:textId="77777777" w:rsidR="00000B84" w:rsidRDefault="00000000">
            <w:pPr>
              <w:pStyle w:val="TableText"/>
            </w:pPr>
            <w:r>
              <w:t>Ramadane Nordine Mamudo</w:t>
            </w:r>
          </w:p>
        </w:tc>
      </w:tr>
      <w:tr w:rsidR="00000B84" w14:paraId="6CB58CA6" w14:textId="77777777">
        <w:trPr>
          <w:cantSplit/>
        </w:trPr>
        <w:tc>
          <w:tcPr>
            <w:tcW w:w="1406" w:type="dxa"/>
            <w:shd w:val="clear" w:color="auto" w:fill="FFFFFF"/>
          </w:tcPr>
          <w:p w14:paraId="3FF46883" w14:textId="77777777" w:rsidR="00000B84" w:rsidRDefault="00000000">
            <w:pPr>
              <w:pStyle w:val="TableText"/>
            </w:pPr>
            <w:r>
              <w:t>1700 / 1701</w:t>
            </w:r>
          </w:p>
        </w:tc>
        <w:tc>
          <w:tcPr>
            <w:tcW w:w="4630" w:type="dxa"/>
            <w:shd w:val="clear" w:color="auto" w:fill="FFFFFF"/>
          </w:tcPr>
          <w:p w14:paraId="1E5A4B60" w14:textId="77777777" w:rsidR="00000B84" w:rsidRDefault="00000000">
            <w:pPr>
              <w:pStyle w:val="TableText"/>
            </w:pPr>
            <w:r>
              <w:t>Ricardo Hercilio Artur Emilio Bocage</w:t>
            </w:r>
          </w:p>
        </w:tc>
        <w:tc>
          <w:tcPr>
            <w:tcW w:w="4110" w:type="dxa"/>
            <w:shd w:val="clear" w:color="auto" w:fill="FFFFFF"/>
          </w:tcPr>
          <w:p w14:paraId="090A56EE" w14:textId="77777777" w:rsidR="00000B84" w:rsidRDefault="00000000">
            <w:pPr>
              <w:pStyle w:val="TableText"/>
            </w:pPr>
            <w:r>
              <w:t>Ricardo Hercilio Bocage</w:t>
            </w:r>
          </w:p>
        </w:tc>
      </w:tr>
      <w:tr w:rsidR="00000B84" w14:paraId="7CB7624A" w14:textId="77777777">
        <w:trPr>
          <w:cantSplit/>
        </w:trPr>
        <w:tc>
          <w:tcPr>
            <w:tcW w:w="1406" w:type="dxa"/>
            <w:shd w:val="clear" w:color="auto" w:fill="F0F5F2"/>
          </w:tcPr>
          <w:p w14:paraId="0BE1B23F" w14:textId="77777777" w:rsidR="00000B84" w:rsidRDefault="00000000">
            <w:pPr>
              <w:pStyle w:val="TableText"/>
            </w:pPr>
            <w:r>
              <w:t>1704 / 1705</w:t>
            </w:r>
          </w:p>
        </w:tc>
        <w:tc>
          <w:tcPr>
            <w:tcW w:w="4630" w:type="dxa"/>
            <w:shd w:val="clear" w:color="auto" w:fill="F0F5F2"/>
          </w:tcPr>
          <w:p w14:paraId="6C7FCAC3" w14:textId="77777777" w:rsidR="00000B84" w:rsidRDefault="00000000">
            <w:pPr>
              <w:pStyle w:val="TableText"/>
            </w:pPr>
            <w:r>
              <w:t>Roberto Mafalda Barros Manuel Torres</w:t>
            </w:r>
          </w:p>
        </w:tc>
        <w:tc>
          <w:tcPr>
            <w:tcW w:w="4110" w:type="dxa"/>
            <w:shd w:val="clear" w:color="auto" w:fill="F0F5F2"/>
          </w:tcPr>
          <w:p w14:paraId="7D929DA9" w14:textId="77777777" w:rsidR="00000B84" w:rsidRDefault="00000000">
            <w:pPr>
              <w:pStyle w:val="TableText"/>
            </w:pPr>
            <w:r>
              <w:t>Roberto Mafalda Torres</w:t>
            </w:r>
          </w:p>
        </w:tc>
      </w:tr>
      <w:tr w:rsidR="00000B84" w14:paraId="593B20E5" w14:textId="77777777">
        <w:trPr>
          <w:cantSplit/>
        </w:trPr>
        <w:tc>
          <w:tcPr>
            <w:tcW w:w="1406" w:type="dxa"/>
            <w:shd w:val="clear" w:color="auto" w:fill="FFFFFF"/>
          </w:tcPr>
          <w:p w14:paraId="2242A181" w14:textId="77777777" w:rsidR="00000B84" w:rsidRDefault="00000000">
            <w:pPr>
              <w:pStyle w:val="TableText"/>
            </w:pPr>
            <w:r>
              <w:t>1705 / 1706</w:t>
            </w:r>
          </w:p>
        </w:tc>
        <w:tc>
          <w:tcPr>
            <w:tcW w:w="4630" w:type="dxa"/>
            <w:shd w:val="clear" w:color="auto" w:fill="FFFFFF"/>
          </w:tcPr>
          <w:p w14:paraId="713A85A3" w14:textId="77777777" w:rsidR="00000B84" w:rsidRDefault="00000000">
            <w:pPr>
              <w:pStyle w:val="TableText"/>
            </w:pPr>
            <w:r>
              <w:t>Robson Arnaldo Horacio Catequeta</w:t>
            </w:r>
          </w:p>
        </w:tc>
        <w:tc>
          <w:tcPr>
            <w:tcW w:w="4110" w:type="dxa"/>
            <w:shd w:val="clear" w:color="auto" w:fill="FFFFFF"/>
          </w:tcPr>
          <w:p w14:paraId="6D25ABC2" w14:textId="77777777" w:rsidR="00000B84" w:rsidRDefault="00000000">
            <w:pPr>
              <w:pStyle w:val="TableText"/>
            </w:pPr>
            <w:r>
              <w:t>Robson Arnaldo Catequeta</w:t>
            </w:r>
          </w:p>
        </w:tc>
      </w:tr>
      <w:tr w:rsidR="00000B84" w14:paraId="5DF4BD4C" w14:textId="77777777">
        <w:trPr>
          <w:cantSplit/>
        </w:trPr>
        <w:tc>
          <w:tcPr>
            <w:tcW w:w="1406" w:type="dxa"/>
            <w:shd w:val="clear" w:color="auto" w:fill="F0F5F2"/>
          </w:tcPr>
          <w:p w14:paraId="4C69CEED" w14:textId="77777777" w:rsidR="00000B84" w:rsidRDefault="00000000">
            <w:pPr>
              <w:pStyle w:val="TableText"/>
            </w:pPr>
            <w:r>
              <w:t>1716 / 1717</w:t>
            </w:r>
          </w:p>
        </w:tc>
        <w:tc>
          <w:tcPr>
            <w:tcW w:w="4630" w:type="dxa"/>
            <w:shd w:val="clear" w:color="auto" w:fill="F0F5F2"/>
          </w:tcPr>
          <w:p w14:paraId="12343CDB" w14:textId="77777777" w:rsidR="00000B84" w:rsidRDefault="00000000">
            <w:pPr>
              <w:pStyle w:val="TableText"/>
            </w:pPr>
            <w:r>
              <w:t>Rosário Carlos Rosário Carlos Rafael Malua</w:t>
            </w:r>
          </w:p>
        </w:tc>
        <w:tc>
          <w:tcPr>
            <w:tcW w:w="4110" w:type="dxa"/>
            <w:shd w:val="clear" w:color="auto" w:fill="F0F5F2"/>
          </w:tcPr>
          <w:p w14:paraId="790F6077" w14:textId="77777777" w:rsidR="00000B84" w:rsidRDefault="00000000">
            <w:pPr>
              <w:pStyle w:val="TableText"/>
            </w:pPr>
            <w:r>
              <w:t>Rosário Carlos Malua</w:t>
            </w:r>
          </w:p>
        </w:tc>
      </w:tr>
      <w:tr w:rsidR="00000B84" w14:paraId="4F746D10" w14:textId="77777777">
        <w:trPr>
          <w:cantSplit/>
        </w:trPr>
        <w:tc>
          <w:tcPr>
            <w:tcW w:w="1406" w:type="dxa"/>
            <w:shd w:val="clear" w:color="auto" w:fill="FFFFFF"/>
          </w:tcPr>
          <w:p w14:paraId="110F076C" w14:textId="77777777" w:rsidR="00000B84" w:rsidRDefault="00000000">
            <w:pPr>
              <w:pStyle w:val="TableText"/>
            </w:pPr>
            <w:r>
              <w:t>1736 / 1737</w:t>
            </w:r>
          </w:p>
        </w:tc>
        <w:tc>
          <w:tcPr>
            <w:tcW w:w="4630" w:type="dxa"/>
            <w:shd w:val="clear" w:color="auto" w:fill="FFFFFF"/>
          </w:tcPr>
          <w:p w14:paraId="089C628D" w14:textId="77777777" w:rsidR="00000B84" w:rsidRDefault="00000000">
            <w:pPr>
              <w:pStyle w:val="TableText"/>
            </w:pPr>
            <w:r>
              <w:t>Salazar Armindo Joaquim Salazar</w:t>
            </w:r>
          </w:p>
        </w:tc>
        <w:tc>
          <w:tcPr>
            <w:tcW w:w="4110" w:type="dxa"/>
            <w:shd w:val="clear" w:color="auto" w:fill="FFFFFF"/>
          </w:tcPr>
          <w:p w14:paraId="727D640E" w14:textId="77777777" w:rsidR="00000B84" w:rsidRDefault="00000000">
            <w:pPr>
              <w:pStyle w:val="TableText"/>
            </w:pPr>
            <w:r>
              <w:t>Salazar Armindo Salazar</w:t>
            </w:r>
          </w:p>
        </w:tc>
      </w:tr>
      <w:tr w:rsidR="00000B84" w14:paraId="00B7C802" w14:textId="77777777">
        <w:trPr>
          <w:cantSplit/>
        </w:trPr>
        <w:tc>
          <w:tcPr>
            <w:tcW w:w="1406" w:type="dxa"/>
            <w:shd w:val="clear" w:color="auto" w:fill="F0F5F2"/>
          </w:tcPr>
          <w:p w14:paraId="4088E1F1" w14:textId="77777777" w:rsidR="00000B84" w:rsidRDefault="00000000">
            <w:pPr>
              <w:pStyle w:val="TableText"/>
            </w:pPr>
            <w:r>
              <w:t>1749 / 1750</w:t>
            </w:r>
          </w:p>
        </w:tc>
        <w:tc>
          <w:tcPr>
            <w:tcW w:w="4630" w:type="dxa"/>
            <w:shd w:val="clear" w:color="auto" w:fill="F0F5F2"/>
          </w:tcPr>
          <w:p w14:paraId="5E50C04D" w14:textId="77777777" w:rsidR="00000B84" w:rsidRDefault="00000000">
            <w:pPr>
              <w:pStyle w:val="TableText"/>
            </w:pPr>
            <w:r>
              <w:t>Samito Saramento Mário Mussago</w:t>
            </w:r>
          </w:p>
        </w:tc>
        <w:tc>
          <w:tcPr>
            <w:tcW w:w="4110" w:type="dxa"/>
            <w:shd w:val="clear" w:color="auto" w:fill="F0F5F2"/>
          </w:tcPr>
          <w:p w14:paraId="5AEE3D70" w14:textId="77777777" w:rsidR="00000B84" w:rsidRDefault="00000000">
            <w:pPr>
              <w:pStyle w:val="TableText"/>
            </w:pPr>
            <w:r>
              <w:t>Samito Saramento Mussago</w:t>
            </w:r>
          </w:p>
        </w:tc>
      </w:tr>
      <w:tr w:rsidR="00000B84" w14:paraId="4FD67AC1" w14:textId="77777777">
        <w:trPr>
          <w:cantSplit/>
        </w:trPr>
        <w:tc>
          <w:tcPr>
            <w:tcW w:w="1406" w:type="dxa"/>
            <w:shd w:val="clear" w:color="auto" w:fill="FFFFFF"/>
          </w:tcPr>
          <w:p w14:paraId="2580B1CC" w14:textId="77777777" w:rsidR="00000B84" w:rsidRDefault="00000000">
            <w:pPr>
              <w:pStyle w:val="TableText"/>
            </w:pPr>
            <w:r>
              <w:t>1763 / 1764</w:t>
            </w:r>
          </w:p>
        </w:tc>
        <w:tc>
          <w:tcPr>
            <w:tcW w:w="4630" w:type="dxa"/>
            <w:shd w:val="clear" w:color="auto" w:fill="FFFFFF"/>
          </w:tcPr>
          <w:p w14:paraId="55319402" w14:textId="77777777" w:rsidR="00000B84" w:rsidRDefault="00000000">
            <w:pPr>
              <w:pStyle w:val="TableText"/>
            </w:pPr>
            <w:r>
              <w:t>Santos Alberto Antonio Dos Santos</w:t>
            </w:r>
          </w:p>
        </w:tc>
        <w:tc>
          <w:tcPr>
            <w:tcW w:w="4110" w:type="dxa"/>
            <w:shd w:val="clear" w:color="auto" w:fill="FFFFFF"/>
          </w:tcPr>
          <w:p w14:paraId="6A07FF35" w14:textId="77777777" w:rsidR="00000B84" w:rsidRDefault="00000000">
            <w:pPr>
              <w:pStyle w:val="TableText"/>
            </w:pPr>
            <w:r>
              <w:t>Santos Alberto Dos Santos</w:t>
            </w:r>
          </w:p>
        </w:tc>
      </w:tr>
      <w:tr w:rsidR="00000B84" w14:paraId="03E3C566" w14:textId="77777777">
        <w:trPr>
          <w:cantSplit/>
        </w:trPr>
        <w:tc>
          <w:tcPr>
            <w:tcW w:w="1406" w:type="dxa"/>
            <w:shd w:val="clear" w:color="auto" w:fill="F0F5F2"/>
          </w:tcPr>
          <w:p w14:paraId="72302A88" w14:textId="77777777" w:rsidR="00000B84" w:rsidRDefault="00000000">
            <w:pPr>
              <w:pStyle w:val="TableText"/>
            </w:pPr>
            <w:r>
              <w:t>1773 / 1774</w:t>
            </w:r>
          </w:p>
        </w:tc>
        <w:tc>
          <w:tcPr>
            <w:tcW w:w="4630" w:type="dxa"/>
            <w:shd w:val="clear" w:color="auto" w:fill="F0F5F2"/>
          </w:tcPr>
          <w:p w14:paraId="3CDC9D3D" w14:textId="77777777" w:rsidR="00000B84" w:rsidRDefault="00000000">
            <w:pPr>
              <w:pStyle w:val="TableText"/>
            </w:pPr>
            <w:r>
              <w:t>Sasma Domingos Sasma Domingos Albano</w:t>
            </w:r>
          </w:p>
        </w:tc>
        <w:tc>
          <w:tcPr>
            <w:tcW w:w="4110" w:type="dxa"/>
            <w:shd w:val="clear" w:color="auto" w:fill="F0F5F2"/>
          </w:tcPr>
          <w:p w14:paraId="7689147C" w14:textId="77777777" w:rsidR="00000B84" w:rsidRDefault="00000000">
            <w:pPr>
              <w:pStyle w:val="TableText"/>
            </w:pPr>
            <w:r>
              <w:t>Sasma Domingos Albano</w:t>
            </w:r>
          </w:p>
        </w:tc>
      </w:tr>
      <w:tr w:rsidR="00000B84" w14:paraId="6BDB1B91" w14:textId="77777777">
        <w:trPr>
          <w:cantSplit/>
        </w:trPr>
        <w:tc>
          <w:tcPr>
            <w:tcW w:w="1406" w:type="dxa"/>
            <w:shd w:val="clear" w:color="auto" w:fill="FFFFFF"/>
          </w:tcPr>
          <w:p w14:paraId="54188058" w14:textId="77777777" w:rsidR="00000B84" w:rsidRDefault="00000000">
            <w:pPr>
              <w:pStyle w:val="TableText"/>
            </w:pPr>
            <w:r>
              <w:t>1777 / 1778</w:t>
            </w:r>
          </w:p>
        </w:tc>
        <w:tc>
          <w:tcPr>
            <w:tcW w:w="4630" w:type="dxa"/>
            <w:shd w:val="clear" w:color="auto" w:fill="FFFFFF"/>
          </w:tcPr>
          <w:p w14:paraId="4B0082D7" w14:textId="77777777" w:rsidR="00000B84" w:rsidRDefault="00000000">
            <w:pPr>
              <w:pStyle w:val="TableText"/>
            </w:pPr>
            <w:r>
              <w:t>Sdney Marcelo Falso Ricardo Viana</w:t>
            </w:r>
          </w:p>
        </w:tc>
        <w:tc>
          <w:tcPr>
            <w:tcW w:w="4110" w:type="dxa"/>
            <w:shd w:val="clear" w:color="auto" w:fill="FFFFFF"/>
          </w:tcPr>
          <w:p w14:paraId="6DA847E5" w14:textId="77777777" w:rsidR="00000B84" w:rsidRDefault="00000000">
            <w:pPr>
              <w:pStyle w:val="TableText"/>
            </w:pPr>
            <w:r>
              <w:t>Sdney Marcelo Viana</w:t>
            </w:r>
          </w:p>
        </w:tc>
      </w:tr>
      <w:tr w:rsidR="00000B84" w14:paraId="332048FD" w14:textId="77777777">
        <w:trPr>
          <w:cantSplit/>
        </w:trPr>
        <w:tc>
          <w:tcPr>
            <w:tcW w:w="1406" w:type="dxa"/>
            <w:shd w:val="clear" w:color="auto" w:fill="F0F5F2"/>
          </w:tcPr>
          <w:p w14:paraId="4FBD81C9" w14:textId="77777777" w:rsidR="00000B84" w:rsidRDefault="00000000">
            <w:pPr>
              <w:pStyle w:val="TableText"/>
            </w:pPr>
            <w:r>
              <w:t>1781 / 1782</w:t>
            </w:r>
          </w:p>
        </w:tc>
        <w:tc>
          <w:tcPr>
            <w:tcW w:w="4630" w:type="dxa"/>
            <w:shd w:val="clear" w:color="auto" w:fill="F0F5F2"/>
          </w:tcPr>
          <w:p w14:paraId="3428DC74" w14:textId="77777777" w:rsidR="00000B84" w:rsidRDefault="00000000">
            <w:pPr>
              <w:pStyle w:val="TableText"/>
            </w:pPr>
            <w:r>
              <w:t>Sebastiao Jorge Madeira Madeira</w:t>
            </w:r>
          </w:p>
        </w:tc>
        <w:tc>
          <w:tcPr>
            <w:tcW w:w="4110" w:type="dxa"/>
            <w:shd w:val="clear" w:color="auto" w:fill="F0F5F2"/>
          </w:tcPr>
          <w:p w14:paraId="1E9E1F37" w14:textId="77777777" w:rsidR="00000B84" w:rsidRDefault="00000000">
            <w:pPr>
              <w:pStyle w:val="TableText"/>
            </w:pPr>
            <w:r>
              <w:t>Sebastiao Jorge Madeira</w:t>
            </w:r>
          </w:p>
        </w:tc>
      </w:tr>
      <w:tr w:rsidR="00000B84" w14:paraId="2C039832" w14:textId="77777777">
        <w:trPr>
          <w:cantSplit/>
        </w:trPr>
        <w:tc>
          <w:tcPr>
            <w:tcW w:w="1406" w:type="dxa"/>
            <w:shd w:val="clear" w:color="auto" w:fill="FFFFFF"/>
          </w:tcPr>
          <w:p w14:paraId="789CDABD" w14:textId="77777777" w:rsidR="00000B84" w:rsidRDefault="00000000">
            <w:pPr>
              <w:pStyle w:val="TableText"/>
            </w:pPr>
            <w:r>
              <w:t>1782 / 1783</w:t>
            </w:r>
          </w:p>
        </w:tc>
        <w:tc>
          <w:tcPr>
            <w:tcW w:w="4630" w:type="dxa"/>
            <w:shd w:val="clear" w:color="auto" w:fill="FFFFFF"/>
          </w:tcPr>
          <w:p w14:paraId="348073C8" w14:textId="77777777" w:rsidR="00000B84" w:rsidRDefault="00000000">
            <w:pPr>
              <w:pStyle w:val="TableText"/>
            </w:pPr>
            <w:r>
              <w:t>Sebastião Marcelino Eduardo Jekson</w:t>
            </w:r>
          </w:p>
        </w:tc>
        <w:tc>
          <w:tcPr>
            <w:tcW w:w="4110" w:type="dxa"/>
            <w:shd w:val="clear" w:color="auto" w:fill="FFFFFF"/>
          </w:tcPr>
          <w:p w14:paraId="3EE68185" w14:textId="77777777" w:rsidR="00000B84" w:rsidRDefault="00000000">
            <w:pPr>
              <w:pStyle w:val="TableText"/>
            </w:pPr>
            <w:r>
              <w:t>Sebastião Marcelino Jekson</w:t>
            </w:r>
          </w:p>
        </w:tc>
      </w:tr>
      <w:tr w:rsidR="00000B84" w14:paraId="050FB186" w14:textId="77777777">
        <w:trPr>
          <w:cantSplit/>
        </w:trPr>
        <w:tc>
          <w:tcPr>
            <w:tcW w:w="1406" w:type="dxa"/>
            <w:shd w:val="clear" w:color="auto" w:fill="F0F5F2"/>
          </w:tcPr>
          <w:p w14:paraId="20F27794" w14:textId="77777777" w:rsidR="00000B84" w:rsidRDefault="00000000">
            <w:pPr>
              <w:pStyle w:val="TableText"/>
            </w:pPr>
            <w:r>
              <w:t>1823 / 1824</w:t>
            </w:r>
          </w:p>
        </w:tc>
        <w:tc>
          <w:tcPr>
            <w:tcW w:w="4630" w:type="dxa"/>
            <w:shd w:val="clear" w:color="auto" w:fill="F0F5F2"/>
          </w:tcPr>
          <w:p w14:paraId="10E23233" w14:textId="77777777" w:rsidR="00000B84" w:rsidRDefault="00000000">
            <w:pPr>
              <w:pStyle w:val="TableText"/>
            </w:pPr>
            <w:r>
              <w:t>Sílvio Tony Sílvio Tony Manuel Rodriguês</w:t>
            </w:r>
          </w:p>
        </w:tc>
        <w:tc>
          <w:tcPr>
            <w:tcW w:w="4110" w:type="dxa"/>
            <w:shd w:val="clear" w:color="auto" w:fill="F0F5F2"/>
          </w:tcPr>
          <w:p w14:paraId="50AC824D" w14:textId="77777777" w:rsidR="00000B84" w:rsidRDefault="00000000">
            <w:pPr>
              <w:pStyle w:val="TableText"/>
            </w:pPr>
            <w:r>
              <w:t>Sílvio Tony Rodriguês</w:t>
            </w:r>
          </w:p>
        </w:tc>
      </w:tr>
      <w:tr w:rsidR="00000B84" w14:paraId="7BD017A1" w14:textId="77777777">
        <w:trPr>
          <w:cantSplit/>
        </w:trPr>
        <w:tc>
          <w:tcPr>
            <w:tcW w:w="1406" w:type="dxa"/>
            <w:shd w:val="clear" w:color="auto" w:fill="FFFFFF"/>
          </w:tcPr>
          <w:p w14:paraId="461A0439" w14:textId="77777777" w:rsidR="00000B84" w:rsidRDefault="00000000">
            <w:pPr>
              <w:pStyle w:val="TableText"/>
            </w:pPr>
            <w:r>
              <w:lastRenderedPageBreak/>
              <w:t>1825 / 1826</w:t>
            </w:r>
          </w:p>
        </w:tc>
        <w:tc>
          <w:tcPr>
            <w:tcW w:w="4630" w:type="dxa"/>
            <w:shd w:val="clear" w:color="auto" w:fill="FFFFFF"/>
          </w:tcPr>
          <w:p w14:paraId="6F20CE6E" w14:textId="77777777" w:rsidR="00000B84" w:rsidRDefault="00000000">
            <w:pPr>
              <w:pStyle w:val="TableText"/>
            </w:pPr>
            <w:r>
              <w:t>Simon Adelino Simon Adelino Azuliua</w:t>
            </w:r>
          </w:p>
        </w:tc>
        <w:tc>
          <w:tcPr>
            <w:tcW w:w="4110" w:type="dxa"/>
            <w:shd w:val="clear" w:color="auto" w:fill="FFFFFF"/>
          </w:tcPr>
          <w:p w14:paraId="589C35FD" w14:textId="77777777" w:rsidR="00000B84" w:rsidRDefault="00000000">
            <w:pPr>
              <w:pStyle w:val="TableText"/>
            </w:pPr>
            <w:r>
              <w:t>Simon Adelino Azuliua</w:t>
            </w:r>
          </w:p>
        </w:tc>
      </w:tr>
      <w:tr w:rsidR="00000B84" w14:paraId="41F52429" w14:textId="77777777">
        <w:trPr>
          <w:cantSplit/>
        </w:trPr>
        <w:tc>
          <w:tcPr>
            <w:tcW w:w="1406" w:type="dxa"/>
            <w:shd w:val="clear" w:color="auto" w:fill="F0F5F2"/>
          </w:tcPr>
          <w:p w14:paraId="79276AD4" w14:textId="77777777" w:rsidR="00000B84" w:rsidRDefault="00000000">
            <w:pPr>
              <w:pStyle w:val="TableText"/>
            </w:pPr>
            <w:r>
              <w:t>1830 / 1831</w:t>
            </w:r>
          </w:p>
        </w:tc>
        <w:tc>
          <w:tcPr>
            <w:tcW w:w="4630" w:type="dxa"/>
            <w:shd w:val="clear" w:color="auto" w:fill="F0F5F2"/>
          </w:tcPr>
          <w:p w14:paraId="783A4438" w14:textId="77777777" w:rsidR="00000B84" w:rsidRDefault="00000000">
            <w:pPr>
              <w:pStyle w:val="TableText"/>
            </w:pPr>
            <w:r>
              <w:t>Sitelio Alferes Sitelio Alferes Salato</w:t>
            </w:r>
          </w:p>
        </w:tc>
        <w:tc>
          <w:tcPr>
            <w:tcW w:w="4110" w:type="dxa"/>
            <w:shd w:val="clear" w:color="auto" w:fill="F0F5F2"/>
          </w:tcPr>
          <w:p w14:paraId="6E580643" w14:textId="77777777" w:rsidR="00000B84" w:rsidRDefault="00000000">
            <w:pPr>
              <w:pStyle w:val="TableText"/>
            </w:pPr>
            <w:r>
              <w:t>Sitelio Alferes Salato</w:t>
            </w:r>
          </w:p>
        </w:tc>
      </w:tr>
      <w:tr w:rsidR="00000B84" w14:paraId="7A94A0C1" w14:textId="77777777">
        <w:trPr>
          <w:cantSplit/>
        </w:trPr>
        <w:tc>
          <w:tcPr>
            <w:tcW w:w="1406" w:type="dxa"/>
            <w:shd w:val="clear" w:color="auto" w:fill="FFFFFF"/>
          </w:tcPr>
          <w:p w14:paraId="7479216B" w14:textId="77777777" w:rsidR="00000B84" w:rsidRDefault="00000000">
            <w:pPr>
              <w:pStyle w:val="TableText"/>
            </w:pPr>
            <w:r>
              <w:t>1852 / 1853</w:t>
            </w:r>
          </w:p>
        </w:tc>
        <w:tc>
          <w:tcPr>
            <w:tcW w:w="4630" w:type="dxa"/>
            <w:shd w:val="clear" w:color="auto" w:fill="FFFFFF"/>
          </w:tcPr>
          <w:p w14:paraId="6603EE9E" w14:textId="77777777" w:rsidR="00000B84" w:rsidRDefault="00000000">
            <w:pPr>
              <w:pStyle w:val="TableText"/>
            </w:pPr>
            <w:r>
              <w:t>Tarcisio De Carvalho António Zangama</w:t>
            </w:r>
          </w:p>
        </w:tc>
        <w:tc>
          <w:tcPr>
            <w:tcW w:w="4110" w:type="dxa"/>
            <w:shd w:val="clear" w:color="auto" w:fill="FFFFFF"/>
          </w:tcPr>
          <w:p w14:paraId="3FE62134" w14:textId="77777777" w:rsidR="00000B84" w:rsidRDefault="00000000">
            <w:pPr>
              <w:pStyle w:val="TableText"/>
            </w:pPr>
            <w:r>
              <w:t>Tarcisio De Carvalho Zangama</w:t>
            </w:r>
          </w:p>
        </w:tc>
      </w:tr>
      <w:tr w:rsidR="00000B84" w14:paraId="35BA0F76" w14:textId="77777777">
        <w:trPr>
          <w:cantSplit/>
        </w:trPr>
        <w:tc>
          <w:tcPr>
            <w:tcW w:w="1406" w:type="dxa"/>
            <w:shd w:val="clear" w:color="auto" w:fill="F0F5F2"/>
          </w:tcPr>
          <w:p w14:paraId="32E7F64A" w14:textId="77777777" w:rsidR="00000B84" w:rsidRDefault="00000000">
            <w:pPr>
              <w:pStyle w:val="TableText"/>
            </w:pPr>
            <w:r>
              <w:t>1854 / 1855</w:t>
            </w:r>
          </w:p>
        </w:tc>
        <w:tc>
          <w:tcPr>
            <w:tcW w:w="4630" w:type="dxa"/>
            <w:shd w:val="clear" w:color="auto" w:fill="F0F5F2"/>
          </w:tcPr>
          <w:p w14:paraId="07E03733" w14:textId="77777777" w:rsidR="00000B84" w:rsidRDefault="00000000">
            <w:pPr>
              <w:pStyle w:val="TableText"/>
            </w:pPr>
            <w:r>
              <w:t>Tarcísio Inácio Mafunga Nanvenha</w:t>
            </w:r>
          </w:p>
        </w:tc>
        <w:tc>
          <w:tcPr>
            <w:tcW w:w="4110" w:type="dxa"/>
            <w:shd w:val="clear" w:color="auto" w:fill="F0F5F2"/>
          </w:tcPr>
          <w:p w14:paraId="3FB2497D" w14:textId="77777777" w:rsidR="00000B84" w:rsidRDefault="00000000">
            <w:pPr>
              <w:pStyle w:val="TableText"/>
            </w:pPr>
            <w:r>
              <w:t>Tarcísio Inácio Nanvenha</w:t>
            </w:r>
          </w:p>
        </w:tc>
      </w:tr>
      <w:tr w:rsidR="00000B84" w14:paraId="0B5A57D1" w14:textId="77777777">
        <w:trPr>
          <w:cantSplit/>
        </w:trPr>
        <w:tc>
          <w:tcPr>
            <w:tcW w:w="1406" w:type="dxa"/>
            <w:shd w:val="clear" w:color="auto" w:fill="FFFFFF"/>
          </w:tcPr>
          <w:p w14:paraId="3DEFED8C" w14:textId="77777777" w:rsidR="00000B84" w:rsidRDefault="00000000">
            <w:pPr>
              <w:pStyle w:val="TableText"/>
            </w:pPr>
            <w:r>
              <w:t>1856 / 1857</w:t>
            </w:r>
          </w:p>
        </w:tc>
        <w:tc>
          <w:tcPr>
            <w:tcW w:w="4630" w:type="dxa"/>
            <w:shd w:val="clear" w:color="auto" w:fill="FFFFFF"/>
          </w:tcPr>
          <w:p w14:paraId="3878D8DE" w14:textId="77777777" w:rsidR="00000B84" w:rsidRDefault="00000000">
            <w:pPr>
              <w:pStyle w:val="TableText"/>
            </w:pPr>
            <w:r>
              <w:t>Tauria Hermel Herminio Herminio Herminio</w:t>
            </w:r>
          </w:p>
        </w:tc>
        <w:tc>
          <w:tcPr>
            <w:tcW w:w="4110" w:type="dxa"/>
            <w:shd w:val="clear" w:color="auto" w:fill="FFFFFF"/>
          </w:tcPr>
          <w:p w14:paraId="0F24A1A8" w14:textId="77777777" w:rsidR="00000B84" w:rsidRDefault="00000000">
            <w:pPr>
              <w:pStyle w:val="TableText"/>
            </w:pPr>
            <w:r>
              <w:t>Tauria Hermel Herminio</w:t>
            </w:r>
          </w:p>
        </w:tc>
      </w:tr>
      <w:tr w:rsidR="00000B84" w14:paraId="6A3A03C9" w14:textId="77777777">
        <w:trPr>
          <w:cantSplit/>
        </w:trPr>
        <w:tc>
          <w:tcPr>
            <w:tcW w:w="1406" w:type="dxa"/>
            <w:shd w:val="clear" w:color="auto" w:fill="F0F5F2"/>
          </w:tcPr>
          <w:p w14:paraId="23E79FBB" w14:textId="77777777" w:rsidR="00000B84" w:rsidRDefault="00000000">
            <w:pPr>
              <w:pStyle w:val="TableText"/>
            </w:pPr>
            <w:r>
              <w:t>1923 / 1924</w:t>
            </w:r>
          </w:p>
        </w:tc>
        <w:tc>
          <w:tcPr>
            <w:tcW w:w="4630" w:type="dxa"/>
            <w:shd w:val="clear" w:color="auto" w:fill="F0F5F2"/>
          </w:tcPr>
          <w:p w14:paraId="07E78242" w14:textId="77777777" w:rsidR="00000B84" w:rsidRDefault="00000000">
            <w:pPr>
              <w:pStyle w:val="TableText"/>
            </w:pPr>
            <w:r>
              <w:t>Vanick Manuel Himede Vanick Manuel Himede</w:t>
            </w:r>
          </w:p>
        </w:tc>
        <w:tc>
          <w:tcPr>
            <w:tcW w:w="4110" w:type="dxa"/>
            <w:shd w:val="clear" w:color="auto" w:fill="F0F5F2"/>
          </w:tcPr>
          <w:p w14:paraId="577CCFBA" w14:textId="77777777" w:rsidR="00000B84" w:rsidRDefault="00000000">
            <w:pPr>
              <w:pStyle w:val="TableText"/>
            </w:pPr>
            <w:r>
              <w:t>Vanick Manuel Himede</w:t>
            </w:r>
          </w:p>
        </w:tc>
      </w:tr>
      <w:tr w:rsidR="00000B84" w14:paraId="55630A8C" w14:textId="77777777">
        <w:trPr>
          <w:cantSplit/>
        </w:trPr>
        <w:tc>
          <w:tcPr>
            <w:tcW w:w="1406" w:type="dxa"/>
            <w:shd w:val="clear" w:color="auto" w:fill="FFFFFF"/>
          </w:tcPr>
          <w:p w14:paraId="4EB02177" w14:textId="77777777" w:rsidR="00000B84" w:rsidRDefault="00000000">
            <w:pPr>
              <w:pStyle w:val="TableText"/>
            </w:pPr>
            <w:r>
              <w:t>1953 / 1954</w:t>
            </w:r>
          </w:p>
        </w:tc>
        <w:tc>
          <w:tcPr>
            <w:tcW w:w="4630" w:type="dxa"/>
            <w:shd w:val="clear" w:color="auto" w:fill="FFFFFF"/>
          </w:tcPr>
          <w:p w14:paraId="5600BE33" w14:textId="77777777" w:rsidR="00000B84" w:rsidRDefault="00000000">
            <w:pPr>
              <w:pStyle w:val="TableText"/>
            </w:pPr>
            <w:r>
              <w:t>Viriato Cândido Armando Dos Santos Bonde</w:t>
            </w:r>
          </w:p>
        </w:tc>
        <w:tc>
          <w:tcPr>
            <w:tcW w:w="4110" w:type="dxa"/>
            <w:shd w:val="clear" w:color="auto" w:fill="FFFFFF"/>
          </w:tcPr>
          <w:p w14:paraId="758DA0E9" w14:textId="77777777" w:rsidR="00000B84" w:rsidRDefault="00000000">
            <w:pPr>
              <w:pStyle w:val="TableText"/>
            </w:pPr>
            <w:r>
              <w:t>Viriato Cândido Bonde</w:t>
            </w:r>
          </w:p>
        </w:tc>
      </w:tr>
      <w:tr w:rsidR="00000B84" w14:paraId="37F66B96" w14:textId="77777777">
        <w:trPr>
          <w:cantSplit/>
        </w:trPr>
        <w:tc>
          <w:tcPr>
            <w:tcW w:w="1406" w:type="dxa"/>
            <w:shd w:val="clear" w:color="auto" w:fill="F0F5F2"/>
          </w:tcPr>
          <w:p w14:paraId="53987918" w14:textId="77777777" w:rsidR="00000B84" w:rsidRDefault="00000000">
            <w:pPr>
              <w:pStyle w:val="TableText"/>
            </w:pPr>
            <w:r>
              <w:t>1968 / 1969</w:t>
            </w:r>
          </w:p>
        </w:tc>
        <w:tc>
          <w:tcPr>
            <w:tcW w:w="4630" w:type="dxa"/>
            <w:shd w:val="clear" w:color="auto" w:fill="F0F5F2"/>
          </w:tcPr>
          <w:p w14:paraId="1B6A7E90" w14:textId="77777777" w:rsidR="00000B84" w:rsidRDefault="00000000">
            <w:pPr>
              <w:pStyle w:val="TableText"/>
            </w:pPr>
            <w:r>
              <w:t>Wilson Gregório Mizé Muademude</w:t>
            </w:r>
          </w:p>
        </w:tc>
        <w:tc>
          <w:tcPr>
            <w:tcW w:w="4110" w:type="dxa"/>
            <w:shd w:val="clear" w:color="auto" w:fill="F0F5F2"/>
          </w:tcPr>
          <w:p w14:paraId="5F8622EB" w14:textId="77777777" w:rsidR="00000B84" w:rsidRDefault="00000000">
            <w:pPr>
              <w:pStyle w:val="TableText"/>
            </w:pPr>
            <w:r>
              <w:t>Wilson Gregório Muademude</w:t>
            </w:r>
          </w:p>
        </w:tc>
      </w:tr>
      <w:tr w:rsidR="00000B84" w14:paraId="2888C4A1" w14:textId="77777777">
        <w:trPr>
          <w:cantSplit/>
        </w:trPr>
        <w:tc>
          <w:tcPr>
            <w:tcW w:w="1406" w:type="dxa"/>
            <w:shd w:val="clear" w:color="auto" w:fill="FFFFFF"/>
          </w:tcPr>
          <w:p w14:paraId="038A27A5" w14:textId="77777777" w:rsidR="00000B84" w:rsidRDefault="00000000">
            <w:pPr>
              <w:pStyle w:val="TableText"/>
            </w:pPr>
            <w:r>
              <w:t>1973 / 1974</w:t>
            </w:r>
          </w:p>
        </w:tc>
        <w:tc>
          <w:tcPr>
            <w:tcW w:w="4630" w:type="dxa"/>
            <w:shd w:val="clear" w:color="auto" w:fill="FFFFFF"/>
          </w:tcPr>
          <w:p w14:paraId="661FA9B9" w14:textId="77777777" w:rsidR="00000B84" w:rsidRDefault="00000000">
            <w:pPr>
              <w:pStyle w:val="TableText"/>
            </w:pPr>
            <w:r>
              <w:t>Wilson Nuno Wilson Nuno M Cassamo</w:t>
            </w:r>
          </w:p>
        </w:tc>
        <w:tc>
          <w:tcPr>
            <w:tcW w:w="4110" w:type="dxa"/>
            <w:shd w:val="clear" w:color="auto" w:fill="FFFFFF"/>
          </w:tcPr>
          <w:p w14:paraId="67BF14AB" w14:textId="77777777" w:rsidR="00000B84" w:rsidRDefault="00000000">
            <w:pPr>
              <w:pStyle w:val="TableText"/>
            </w:pPr>
            <w:r>
              <w:t>Wilson Nuno Cassamo</w:t>
            </w:r>
          </w:p>
        </w:tc>
      </w:tr>
      <w:tr w:rsidR="00000B84" w14:paraId="54103E73" w14:textId="77777777">
        <w:trPr>
          <w:cantSplit/>
        </w:trPr>
        <w:tc>
          <w:tcPr>
            <w:tcW w:w="1406" w:type="dxa"/>
            <w:shd w:val="clear" w:color="auto" w:fill="F0F5F2"/>
          </w:tcPr>
          <w:p w14:paraId="21EC2C88" w14:textId="77777777" w:rsidR="00000B84" w:rsidRDefault="00000000">
            <w:pPr>
              <w:pStyle w:val="TableText"/>
            </w:pPr>
            <w:r>
              <w:t>1997 / 1998</w:t>
            </w:r>
          </w:p>
        </w:tc>
        <w:tc>
          <w:tcPr>
            <w:tcW w:w="4630" w:type="dxa"/>
            <w:shd w:val="clear" w:color="auto" w:fill="F0F5F2"/>
          </w:tcPr>
          <w:p w14:paraId="7C75214A" w14:textId="77777777" w:rsidR="00000B84" w:rsidRDefault="00000000">
            <w:pPr>
              <w:pStyle w:val="TableText"/>
            </w:pPr>
            <w:r>
              <w:t>Zaquiro Antônio Mariano Portugal</w:t>
            </w:r>
          </w:p>
        </w:tc>
        <w:tc>
          <w:tcPr>
            <w:tcW w:w="4110" w:type="dxa"/>
            <w:shd w:val="clear" w:color="auto" w:fill="F0F5F2"/>
          </w:tcPr>
          <w:p w14:paraId="348B0374" w14:textId="77777777" w:rsidR="00000B84" w:rsidRDefault="00000000">
            <w:pPr>
              <w:pStyle w:val="TableText"/>
            </w:pPr>
            <w:r>
              <w:t>Zaquiro Antônio Portugal</w:t>
            </w:r>
          </w:p>
        </w:tc>
      </w:tr>
      <w:tr w:rsidR="00000B84" w14:paraId="1FC48783" w14:textId="77777777">
        <w:trPr>
          <w:cantSplit/>
        </w:trPr>
        <w:tc>
          <w:tcPr>
            <w:tcW w:w="1406" w:type="dxa"/>
            <w:shd w:val="clear" w:color="auto" w:fill="FFFFFF"/>
          </w:tcPr>
          <w:p w14:paraId="0E389C4B" w14:textId="77777777" w:rsidR="00000B84" w:rsidRDefault="00000000">
            <w:pPr>
              <w:pStyle w:val="TableText"/>
            </w:pPr>
            <w:r>
              <w:t>2016 / 2017</w:t>
            </w:r>
          </w:p>
        </w:tc>
        <w:tc>
          <w:tcPr>
            <w:tcW w:w="4630" w:type="dxa"/>
            <w:shd w:val="clear" w:color="auto" w:fill="FFFFFF"/>
          </w:tcPr>
          <w:p w14:paraId="2CD0ACE8" w14:textId="77777777" w:rsidR="00000B84" w:rsidRDefault="00000000">
            <w:pPr>
              <w:pStyle w:val="TableText"/>
            </w:pPr>
            <w:r>
              <w:t>Zito Rodrigues Montanha Domingos</w:t>
            </w:r>
          </w:p>
        </w:tc>
        <w:tc>
          <w:tcPr>
            <w:tcW w:w="4110" w:type="dxa"/>
            <w:shd w:val="clear" w:color="auto" w:fill="FFFFFF"/>
          </w:tcPr>
          <w:p w14:paraId="5C861AF1" w14:textId="77777777" w:rsidR="00000B84" w:rsidRDefault="00000000">
            <w:pPr>
              <w:pStyle w:val="TableText"/>
            </w:pPr>
            <w:r>
              <w:t>Zito Rodrigues Domingos</w:t>
            </w:r>
          </w:p>
        </w:tc>
      </w:tr>
    </w:tbl>
    <w:p w14:paraId="518F7F03" w14:textId="77777777" w:rsidR="00E62510" w:rsidRDefault="00E62510"/>
    <w:sectPr w:rsidR="00E62510" w:rsidSect="00034616">
      <w:footerReference w:type="default" r:id="rId8"/>
      <w:pgSz w:w="11906" w:h="16838"/>
      <w:pgMar w:top="920" w:right="880" w:bottom="1000" w:left="880" w:header="440" w:footer="44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546804" w14:textId="77777777" w:rsidR="00E62510" w:rsidRDefault="00E62510">
      <w:pPr>
        <w:spacing w:after="0" w:line="240" w:lineRule="auto"/>
      </w:pPr>
      <w:r>
        <w:separator/>
      </w:r>
    </w:p>
  </w:endnote>
  <w:endnote w:type="continuationSeparator" w:id="0">
    <w:p w14:paraId="44C23B7A" w14:textId="77777777" w:rsidR="00E62510" w:rsidRDefault="00E625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3B50C9" w14:textId="77777777" w:rsidR="00000B84" w:rsidRDefault="00000000">
    <w:pPr>
      <w:pStyle w:val="Footer"/>
      <w:jc w:val="right"/>
    </w:pPr>
    <w:r>
      <w:t xml:space="preserve">3 de Setembro de </w:t>
    </w:r>
    <w:proofErr w:type="gramStart"/>
    <w:r>
      <w:t>2026  |</w:t>
    </w:r>
    <w:proofErr w:type="gramEnd"/>
    <w:r>
      <w:t xml:space="preserve">  Página </w:t>
    </w:r>
    <w:r>
      <w:fldChar w:fldCharType="begin"/>
    </w:r>
    <w:r>
      <w:instrText>PAGE</w:instrText>
    </w:r>
    <w:r>
      <w:fldChar w:fldCharType="separate"/>
    </w:r>
    <w:r>
      <w:t>1</w:t>
    </w:r>
    <w:r>
      <w:fldChar w:fldCharType="end"/>
    </w:r>
    <w:r>
      <w:t xml:space="preserve"> de </w:t>
    </w:r>
    <w:r>
      <w:fldChar w:fldCharType="begin"/>
    </w:r>
    <w:r>
      <w:instrText>NUMPAGES</w:instrText>
    </w:r>
    <w:r>
      <w:fldChar w:fldCharType="separate"/>
    </w:r>
    <w: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669533" w14:textId="77777777" w:rsidR="00E62510" w:rsidRDefault="00E62510">
      <w:pPr>
        <w:spacing w:after="0" w:line="240" w:lineRule="auto"/>
      </w:pPr>
      <w:r>
        <w:separator/>
      </w:r>
    </w:p>
  </w:footnote>
  <w:footnote w:type="continuationSeparator" w:id="0">
    <w:p w14:paraId="65E3D54B" w14:textId="77777777" w:rsidR="00E62510" w:rsidRDefault="00E6251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18887479">
    <w:abstractNumId w:val="8"/>
  </w:num>
  <w:num w:numId="2" w16cid:durableId="1309020961">
    <w:abstractNumId w:val="6"/>
  </w:num>
  <w:num w:numId="3" w16cid:durableId="1722896385">
    <w:abstractNumId w:val="5"/>
  </w:num>
  <w:num w:numId="4" w16cid:durableId="160045746">
    <w:abstractNumId w:val="4"/>
  </w:num>
  <w:num w:numId="5" w16cid:durableId="748504108">
    <w:abstractNumId w:val="7"/>
  </w:num>
  <w:num w:numId="6" w16cid:durableId="619144131">
    <w:abstractNumId w:val="3"/>
  </w:num>
  <w:num w:numId="7" w16cid:durableId="849684703">
    <w:abstractNumId w:val="2"/>
  </w:num>
  <w:num w:numId="8" w16cid:durableId="169377082">
    <w:abstractNumId w:val="1"/>
  </w:num>
  <w:num w:numId="9" w16cid:durableId="18786600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00B84"/>
    <w:rsid w:val="0002786E"/>
    <w:rsid w:val="00034616"/>
    <w:rsid w:val="0006063C"/>
    <w:rsid w:val="0015074B"/>
    <w:rsid w:val="0029639D"/>
    <w:rsid w:val="00326F90"/>
    <w:rsid w:val="00AA1D8D"/>
    <w:rsid w:val="00AF4CD1"/>
    <w:rsid w:val="00B47730"/>
    <w:rsid w:val="00CB0664"/>
    <w:rsid w:val="00DE2509"/>
    <w:rsid w:val="00E62510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087ED94"/>
  <w14:defaultImageDpi w14:val="300"/>
  <w15:docId w15:val="{1B27565A-3B83-46C5-A933-740A5D2C74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120" w:line="264" w:lineRule="auto"/>
    </w:pPr>
    <w:rPr>
      <w:rFonts w:ascii="Arial" w:eastAsia="Arial" w:hAnsi="Arial" w:cs="Arial"/>
      <w:color w:val="202824"/>
      <w:sz w:val="21"/>
      <w:szCs w:val="21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b/>
      <w:bCs/>
      <w:color w:val="173F36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/>
      <w:outlineLvl w:val="1"/>
    </w:pPr>
    <w:rPr>
      <w:b/>
      <w:bCs/>
      <w:color w:val="173F36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b/>
      <w:bCs/>
      <w:color w:val="173F36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before="80" w:after="80" w:line="269" w:lineRule="auto"/>
    </w:pPr>
    <w:rPr>
      <w:color w:val="56615D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before="80" w:after="80" w:line="269" w:lineRule="auto"/>
    </w:pPr>
    <w:rPr>
      <w:color w:val="56615D"/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keepLines/>
      <w:spacing w:after="240" w:line="252" w:lineRule="auto"/>
    </w:pPr>
    <w:rPr>
      <w:b/>
      <w:bCs/>
      <w:color w:val="173F36"/>
      <w:sz w:val="48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keepNext/>
      <w:keepLines/>
      <w:spacing w:before="80" w:after="80" w:line="269" w:lineRule="auto"/>
    </w:pPr>
    <w:rPr>
      <w:color w:val="56615D"/>
      <w:sz w:val="18"/>
      <w:szCs w:val="18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TableText">
    <w:name w:val="Table Text"/>
    <w:pPr>
      <w:spacing w:after="0" w:line="269" w:lineRule="auto"/>
    </w:pPr>
    <w:rPr>
      <w:rFonts w:ascii="Arial" w:eastAsia="Arial" w:hAnsi="Arial" w:cs="Arial"/>
      <w:color w:val="202824"/>
      <w:sz w:val="18"/>
      <w:szCs w:val="18"/>
    </w:rPr>
  </w:style>
  <w:style w:type="paragraph" w:customStyle="1" w:styleId="TableHeader">
    <w:name w:val="Table Header"/>
    <w:pPr>
      <w:keepNext/>
      <w:keepLines/>
      <w:spacing w:after="0" w:line="269" w:lineRule="auto"/>
    </w:pPr>
    <w:rPr>
      <w:rFonts w:ascii="Arial" w:eastAsia="Arial" w:hAnsi="Arial" w:cs="Arial"/>
      <w:b/>
      <w:bCs/>
      <w:color w:val="FFFFFF"/>
      <w:sz w:val="18"/>
      <w:szCs w:val="18"/>
    </w:rPr>
  </w:style>
  <w:style w:type="paragraph" w:customStyle="1" w:styleId="ReportSmall">
    <w:name w:val="Report Small"/>
    <w:pPr>
      <w:spacing w:before="80" w:after="80" w:line="269" w:lineRule="auto"/>
    </w:pPr>
    <w:rPr>
      <w:rFonts w:ascii="Arial" w:eastAsia="Arial" w:hAnsi="Arial" w:cs="Arial"/>
      <w:color w:val="56615D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26</Pages>
  <Words>8586</Words>
  <Characters>46365</Characters>
  <Application>Microsoft Office Word</Application>
  <DocSecurity>0</DocSecurity>
  <Lines>386</Lines>
  <Paragraphs>109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54842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Relatório do trabalho — Preenchimento dos Termos de Bolsa</dc:title>
  <dc:subject>Resultados, formatação, verificação e registo das alterações aos nomes</dc:subject>
  <dc:creator>Projecto de preenchimento dos Termos de Bolsa</dc:creator>
  <cp:keywords/>
  <dc:description/>
  <cp:lastModifiedBy>Dércio Renato Micas</cp:lastModifiedBy>
  <cp:revision>3</cp:revision>
  <dcterms:created xsi:type="dcterms:W3CDTF">2013-12-23T23:15:00Z</dcterms:created>
  <dcterms:modified xsi:type="dcterms:W3CDTF">2026-09-03T13:22:00Z</dcterms:modified>
  <cp:category/>
  <dc:language>pt-PT</dc:language>
</cp:coreProperties>
</file>